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1BC1E" w14:textId="77777777" w:rsidR="00C22922" w:rsidRDefault="00A57E56" w:rsidP="00F14EF6">
      <w:pPr>
        <w:spacing w:line="240" w:lineRule="auto"/>
        <w:jc w:val="center"/>
        <w:rPr>
          <w:rFonts w:ascii="Times New Roman" w:eastAsia="Times New Roman" w:hAnsi="Times New Roman"/>
          <w:b/>
        </w:rPr>
      </w:pPr>
      <w:r w:rsidRPr="00F14EF6">
        <w:rPr>
          <w:rFonts w:ascii="Times New Roman" w:eastAsia="Times New Roman" w:hAnsi="Times New Roman"/>
          <w:b/>
        </w:rPr>
        <w:t xml:space="preserve">AMENDED AND RESTATED </w:t>
      </w:r>
    </w:p>
    <w:p w14:paraId="09BF34F1" w14:textId="244EC67F" w:rsidR="00002430" w:rsidRPr="00F14EF6" w:rsidRDefault="00A57E56" w:rsidP="00F14EF6">
      <w:pPr>
        <w:spacing w:line="240" w:lineRule="auto"/>
        <w:jc w:val="center"/>
      </w:pPr>
      <w:r w:rsidRPr="00F14EF6">
        <w:rPr>
          <w:rFonts w:ascii="Times New Roman" w:eastAsia="Times New Roman" w:hAnsi="Times New Roman"/>
          <w:b/>
        </w:rPr>
        <w:t>BYLAWS</w:t>
      </w:r>
    </w:p>
    <w:p w14:paraId="075EA8E4" w14:textId="4F7DB327" w:rsidR="00002430" w:rsidRPr="00F14EF6" w:rsidRDefault="00A57E56" w:rsidP="00F14EF6">
      <w:pPr>
        <w:spacing w:line="240" w:lineRule="auto"/>
        <w:jc w:val="center"/>
      </w:pPr>
      <w:r w:rsidRPr="00F14EF6">
        <w:rPr>
          <w:rFonts w:ascii="Times New Roman" w:eastAsia="Times New Roman" w:hAnsi="Times New Roman"/>
          <w:b/>
        </w:rPr>
        <w:t>OF</w:t>
      </w:r>
      <w:r w:rsidR="00C22922">
        <w:rPr>
          <w:rFonts w:ascii="Times New Roman" w:eastAsia="Times New Roman" w:hAnsi="Times New Roman"/>
          <w:b/>
        </w:rPr>
        <w:t xml:space="preserve"> THE</w:t>
      </w:r>
    </w:p>
    <w:p w14:paraId="5581F42A" w14:textId="77777777" w:rsidR="00002430" w:rsidRPr="00F14EF6" w:rsidRDefault="00A57E56" w:rsidP="00F14EF6">
      <w:pPr>
        <w:spacing w:line="240" w:lineRule="auto"/>
        <w:jc w:val="center"/>
      </w:pPr>
      <w:r w:rsidRPr="00F14EF6">
        <w:rPr>
          <w:rFonts w:ascii="Times New Roman" w:eastAsia="Times New Roman" w:hAnsi="Times New Roman"/>
          <w:b/>
        </w:rPr>
        <w:t>NORTH CAROLINA YOUTH SOCCER ASSOCIATION, INC.</w:t>
      </w:r>
    </w:p>
    <w:p w14:paraId="7580D814" w14:textId="77777777" w:rsidR="00002430" w:rsidRPr="00F14EF6" w:rsidRDefault="00A57E56" w:rsidP="00F14EF6">
      <w:pPr>
        <w:spacing w:line="240" w:lineRule="auto"/>
        <w:jc w:val="center"/>
      </w:pPr>
      <w:r w:rsidRPr="00F14EF6">
        <w:rPr>
          <w:rFonts w:ascii="Times New Roman" w:eastAsia="Times New Roman" w:hAnsi="Times New Roman"/>
        </w:rPr>
        <w:t xml:space="preserve"> </w:t>
      </w:r>
    </w:p>
    <w:p w14:paraId="6AEE7BE3" w14:textId="77777777" w:rsidR="00002430" w:rsidRPr="00F14EF6" w:rsidRDefault="00A57E56" w:rsidP="00F14EF6">
      <w:pPr>
        <w:spacing w:line="240" w:lineRule="auto"/>
        <w:jc w:val="center"/>
      </w:pPr>
      <w:r w:rsidRPr="00F14EF6">
        <w:rPr>
          <w:rFonts w:ascii="Times New Roman" w:eastAsia="Times New Roman" w:hAnsi="Times New Roman"/>
        </w:rPr>
        <w:t>Effective Date: ____________, 2026</w:t>
      </w:r>
    </w:p>
    <w:p w14:paraId="5A13A0C9" w14:textId="77777777" w:rsidR="00002430" w:rsidRPr="00F14EF6" w:rsidRDefault="00A57E56" w:rsidP="00F14EF6">
      <w:pPr>
        <w:spacing w:line="240" w:lineRule="auto"/>
      </w:pPr>
      <w:r w:rsidRPr="00F14EF6">
        <w:br w:type="page"/>
      </w:r>
    </w:p>
    <w:p w14:paraId="78F94412" w14:textId="77777777" w:rsidR="00D6455C" w:rsidRDefault="00D6455C" w:rsidP="00D6455C">
      <w:pPr>
        <w:jc w:val="center"/>
      </w:pPr>
      <w:r>
        <w:rPr>
          <w:rFonts w:ascii="Times New Roman" w:eastAsia="Times New Roman" w:hAnsi="Times New Roman"/>
          <w:b/>
          <w:sz w:val="28"/>
        </w:rPr>
        <w:lastRenderedPageBreak/>
        <w:t>TABLE OF CONTENTS</w:t>
      </w:r>
    </w:p>
    <w:tbl>
      <w:tblPr>
        <w:tblStyle w:val="TableGrid"/>
        <w:tblW w:w="0" w:type="auto"/>
        <w:tblLook w:val="04A0" w:firstRow="1" w:lastRow="0" w:firstColumn="1" w:lastColumn="0" w:noHBand="0" w:noVBand="1"/>
      </w:tblPr>
      <w:tblGrid>
        <w:gridCol w:w="3325"/>
        <w:gridCol w:w="1397"/>
        <w:gridCol w:w="2384"/>
        <w:gridCol w:w="2244"/>
      </w:tblGrid>
      <w:tr w:rsidR="00D6455C" w14:paraId="43CA8134" w14:textId="77777777" w:rsidTr="00405B07">
        <w:tc>
          <w:tcPr>
            <w:tcW w:w="3325" w:type="dxa"/>
          </w:tcPr>
          <w:p w14:paraId="0DB56699" w14:textId="77777777" w:rsidR="00D6455C" w:rsidRDefault="00D6455C" w:rsidP="004B06BE">
            <w:r>
              <w:rPr>
                <w:rFonts w:ascii="Times New Roman" w:eastAsia="Times New Roman" w:hAnsi="Times New Roman"/>
                <w:b/>
                <w:sz w:val="20"/>
              </w:rPr>
              <w:t>Article</w:t>
            </w:r>
          </w:p>
        </w:tc>
        <w:tc>
          <w:tcPr>
            <w:tcW w:w="1397" w:type="dxa"/>
          </w:tcPr>
          <w:p w14:paraId="032DA76B" w14:textId="77777777" w:rsidR="00D6455C" w:rsidRDefault="00D6455C" w:rsidP="004B06BE">
            <w:r>
              <w:rPr>
                <w:rFonts w:ascii="Times New Roman" w:eastAsia="Times New Roman" w:hAnsi="Times New Roman"/>
                <w:b/>
                <w:sz w:val="20"/>
              </w:rPr>
              <w:t>Section</w:t>
            </w:r>
          </w:p>
        </w:tc>
        <w:tc>
          <w:tcPr>
            <w:tcW w:w="2384" w:type="dxa"/>
          </w:tcPr>
          <w:p w14:paraId="097C7151" w14:textId="77777777" w:rsidR="00D6455C" w:rsidRDefault="00D6455C" w:rsidP="004B06BE">
            <w:r>
              <w:rPr>
                <w:rFonts w:ascii="Times New Roman" w:eastAsia="Times New Roman" w:hAnsi="Times New Roman"/>
                <w:b/>
                <w:sz w:val="20"/>
              </w:rPr>
              <w:t>Title</w:t>
            </w:r>
          </w:p>
        </w:tc>
        <w:tc>
          <w:tcPr>
            <w:tcW w:w="2244" w:type="dxa"/>
          </w:tcPr>
          <w:p w14:paraId="0613E1CF" w14:textId="77777777" w:rsidR="00D6455C" w:rsidRDefault="00D6455C" w:rsidP="004B06BE">
            <w:r>
              <w:rPr>
                <w:rFonts w:ascii="Times New Roman" w:eastAsia="Times New Roman" w:hAnsi="Times New Roman"/>
                <w:b/>
                <w:sz w:val="20"/>
              </w:rPr>
              <w:t>Page</w:t>
            </w:r>
          </w:p>
        </w:tc>
      </w:tr>
      <w:tr w:rsidR="00D6455C" w14:paraId="6BAFD349" w14:textId="77777777" w:rsidTr="00405B07">
        <w:tc>
          <w:tcPr>
            <w:tcW w:w="3325" w:type="dxa"/>
          </w:tcPr>
          <w:p w14:paraId="4ACB8F9F" w14:textId="77777777" w:rsidR="00D6455C" w:rsidRDefault="00D6455C" w:rsidP="004B06BE">
            <w:r>
              <w:rPr>
                <w:rFonts w:ascii="Times New Roman" w:eastAsia="Times New Roman" w:hAnsi="Times New Roman"/>
                <w:sz w:val="20"/>
              </w:rPr>
              <w:t>Article I. OFFICES</w:t>
            </w:r>
          </w:p>
        </w:tc>
        <w:tc>
          <w:tcPr>
            <w:tcW w:w="1397" w:type="dxa"/>
          </w:tcPr>
          <w:p w14:paraId="7E5190A3" w14:textId="77777777" w:rsidR="00D6455C" w:rsidRDefault="00D6455C" w:rsidP="004B06BE">
            <w:r>
              <w:rPr>
                <w:rFonts w:ascii="Times New Roman" w:eastAsia="Times New Roman" w:hAnsi="Times New Roman"/>
                <w:sz w:val="20"/>
              </w:rPr>
              <w:t>Section 1</w:t>
            </w:r>
          </w:p>
        </w:tc>
        <w:tc>
          <w:tcPr>
            <w:tcW w:w="2384" w:type="dxa"/>
          </w:tcPr>
          <w:p w14:paraId="1A26C12B" w14:textId="77777777" w:rsidR="00D6455C" w:rsidRDefault="00D6455C" w:rsidP="004B06BE">
            <w:r>
              <w:rPr>
                <w:rFonts w:ascii="Times New Roman" w:eastAsia="Times New Roman" w:hAnsi="Times New Roman"/>
                <w:sz w:val="20"/>
              </w:rPr>
              <w:t>Principal and Registered Office</w:t>
            </w:r>
          </w:p>
        </w:tc>
        <w:tc>
          <w:tcPr>
            <w:tcW w:w="2244" w:type="dxa"/>
          </w:tcPr>
          <w:p w14:paraId="5BCD3D26" w14:textId="77777777" w:rsidR="00D6455C" w:rsidRDefault="00D6455C" w:rsidP="004B06BE">
            <w:r>
              <w:rPr>
                <w:rFonts w:ascii="Times New Roman" w:eastAsia="Times New Roman" w:hAnsi="Times New Roman"/>
                <w:sz w:val="20"/>
              </w:rPr>
              <w:t>1</w:t>
            </w:r>
          </w:p>
        </w:tc>
      </w:tr>
      <w:tr w:rsidR="00D6455C" w14:paraId="738292B1" w14:textId="77777777" w:rsidTr="00405B07">
        <w:tc>
          <w:tcPr>
            <w:tcW w:w="3325" w:type="dxa"/>
          </w:tcPr>
          <w:p w14:paraId="53499AB8" w14:textId="77777777" w:rsidR="00D6455C" w:rsidRDefault="00D6455C" w:rsidP="004B06BE">
            <w:r>
              <w:rPr>
                <w:rFonts w:ascii="Times New Roman" w:eastAsia="Times New Roman" w:hAnsi="Times New Roman"/>
                <w:sz w:val="20"/>
              </w:rPr>
              <w:t>Article I. OFFICES</w:t>
            </w:r>
          </w:p>
        </w:tc>
        <w:tc>
          <w:tcPr>
            <w:tcW w:w="1397" w:type="dxa"/>
          </w:tcPr>
          <w:p w14:paraId="49C160C8" w14:textId="77777777" w:rsidR="00D6455C" w:rsidRDefault="00D6455C" w:rsidP="004B06BE">
            <w:r>
              <w:rPr>
                <w:rFonts w:ascii="Times New Roman" w:eastAsia="Times New Roman" w:hAnsi="Times New Roman"/>
                <w:sz w:val="20"/>
              </w:rPr>
              <w:t>Section 2</w:t>
            </w:r>
          </w:p>
        </w:tc>
        <w:tc>
          <w:tcPr>
            <w:tcW w:w="2384" w:type="dxa"/>
          </w:tcPr>
          <w:p w14:paraId="1AAAADA1" w14:textId="77777777" w:rsidR="00D6455C" w:rsidRDefault="00D6455C" w:rsidP="004B06BE">
            <w:r>
              <w:rPr>
                <w:rFonts w:ascii="Times New Roman" w:eastAsia="Times New Roman" w:hAnsi="Times New Roman"/>
                <w:sz w:val="20"/>
              </w:rPr>
              <w:t>Other Offices</w:t>
            </w:r>
          </w:p>
        </w:tc>
        <w:tc>
          <w:tcPr>
            <w:tcW w:w="2244" w:type="dxa"/>
          </w:tcPr>
          <w:p w14:paraId="20D3AC38" w14:textId="77777777" w:rsidR="00D6455C" w:rsidRDefault="00D6455C" w:rsidP="004B06BE">
            <w:r>
              <w:rPr>
                <w:rFonts w:ascii="Times New Roman" w:eastAsia="Times New Roman" w:hAnsi="Times New Roman"/>
                <w:sz w:val="20"/>
              </w:rPr>
              <w:t>1</w:t>
            </w:r>
          </w:p>
        </w:tc>
      </w:tr>
      <w:tr w:rsidR="00D6455C" w14:paraId="301DD4EB" w14:textId="77777777" w:rsidTr="00405B07">
        <w:tc>
          <w:tcPr>
            <w:tcW w:w="3325" w:type="dxa"/>
          </w:tcPr>
          <w:p w14:paraId="734292E6" w14:textId="77777777" w:rsidR="00D6455C" w:rsidRDefault="00D6455C" w:rsidP="004B06BE">
            <w:r>
              <w:rPr>
                <w:rFonts w:ascii="Times New Roman" w:eastAsia="Times New Roman" w:hAnsi="Times New Roman"/>
                <w:sz w:val="20"/>
              </w:rPr>
              <w:t>Article I. OFFICES</w:t>
            </w:r>
          </w:p>
        </w:tc>
        <w:tc>
          <w:tcPr>
            <w:tcW w:w="1397" w:type="dxa"/>
          </w:tcPr>
          <w:p w14:paraId="5C0A7278" w14:textId="77777777" w:rsidR="00D6455C" w:rsidRDefault="00D6455C" w:rsidP="004B06BE">
            <w:r>
              <w:rPr>
                <w:rFonts w:ascii="Times New Roman" w:eastAsia="Times New Roman" w:hAnsi="Times New Roman"/>
                <w:sz w:val="20"/>
              </w:rPr>
              <w:t>Section 3</w:t>
            </w:r>
          </w:p>
        </w:tc>
        <w:tc>
          <w:tcPr>
            <w:tcW w:w="2384" w:type="dxa"/>
          </w:tcPr>
          <w:p w14:paraId="17D65B9C" w14:textId="77777777" w:rsidR="00D6455C" w:rsidRDefault="00D6455C" w:rsidP="004B06BE">
            <w:r>
              <w:rPr>
                <w:rFonts w:ascii="Times New Roman" w:eastAsia="Times New Roman" w:hAnsi="Times New Roman"/>
                <w:sz w:val="20"/>
              </w:rPr>
              <w:t>Purpose</w:t>
            </w:r>
          </w:p>
        </w:tc>
        <w:tc>
          <w:tcPr>
            <w:tcW w:w="2244" w:type="dxa"/>
          </w:tcPr>
          <w:p w14:paraId="1585265F" w14:textId="77777777" w:rsidR="00D6455C" w:rsidRDefault="00D6455C" w:rsidP="004B06BE">
            <w:r>
              <w:rPr>
                <w:rFonts w:ascii="Times New Roman" w:eastAsia="Times New Roman" w:hAnsi="Times New Roman"/>
                <w:sz w:val="20"/>
              </w:rPr>
              <w:t>1</w:t>
            </w:r>
          </w:p>
        </w:tc>
      </w:tr>
      <w:tr w:rsidR="00D6455C" w14:paraId="299C9D9A" w14:textId="77777777" w:rsidTr="00405B07">
        <w:tc>
          <w:tcPr>
            <w:tcW w:w="3325" w:type="dxa"/>
          </w:tcPr>
          <w:p w14:paraId="037DFD03" w14:textId="77777777" w:rsidR="00D6455C" w:rsidRDefault="00D6455C" w:rsidP="004B06BE">
            <w:r>
              <w:rPr>
                <w:rFonts w:ascii="Times New Roman" w:eastAsia="Times New Roman" w:hAnsi="Times New Roman"/>
                <w:sz w:val="20"/>
              </w:rPr>
              <w:t>Article II. DEFINITIONS</w:t>
            </w:r>
          </w:p>
        </w:tc>
        <w:tc>
          <w:tcPr>
            <w:tcW w:w="1397" w:type="dxa"/>
          </w:tcPr>
          <w:p w14:paraId="13601410" w14:textId="77777777" w:rsidR="00D6455C" w:rsidRDefault="00D6455C" w:rsidP="004B06BE">
            <w:r>
              <w:rPr>
                <w:rFonts w:ascii="Times New Roman" w:eastAsia="Times New Roman" w:hAnsi="Times New Roman"/>
                <w:sz w:val="20"/>
              </w:rPr>
              <w:t>Section 1</w:t>
            </w:r>
          </w:p>
        </w:tc>
        <w:tc>
          <w:tcPr>
            <w:tcW w:w="2384" w:type="dxa"/>
          </w:tcPr>
          <w:p w14:paraId="67EE7796" w14:textId="77777777" w:rsidR="00D6455C" w:rsidRDefault="00D6455C" w:rsidP="004B06BE">
            <w:r>
              <w:rPr>
                <w:rFonts w:ascii="Times New Roman" w:eastAsia="Times New Roman" w:hAnsi="Times New Roman"/>
                <w:sz w:val="20"/>
              </w:rPr>
              <w:t>Definitions</w:t>
            </w:r>
          </w:p>
        </w:tc>
        <w:tc>
          <w:tcPr>
            <w:tcW w:w="2244" w:type="dxa"/>
          </w:tcPr>
          <w:p w14:paraId="426EA429" w14:textId="77777777" w:rsidR="00D6455C" w:rsidRDefault="00D6455C" w:rsidP="004B06BE">
            <w:r>
              <w:rPr>
                <w:rFonts w:ascii="Times New Roman" w:eastAsia="Times New Roman" w:hAnsi="Times New Roman"/>
                <w:sz w:val="20"/>
              </w:rPr>
              <w:t>1</w:t>
            </w:r>
          </w:p>
        </w:tc>
      </w:tr>
      <w:tr w:rsidR="00D6455C" w14:paraId="35529645" w14:textId="77777777" w:rsidTr="00405B07">
        <w:tc>
          <w:tcPr>
            <w:tcW w:w="3325" w:type="dxa"/>
          </w:tcPr>
          <w:p w14:paraId="7856D537" w14:textId="77777777" w:rsidR="00D6455C" w:rsidRDefault="00D6455C" w:rsidP="004B06BE">
            <w:r>
              <w:rPr>
                <w:rFonts w:ascii="Times New Roman" w:eastAsia="Times New Roman" w:hAnsi="Times New Roman"/>
                <w:sz w:val="20"/>
              </w:rPr>
              <w:t>Article III. GEOGRAPHY OF OPERATIONS</w:t>
            </w:r>
          </w:p>
        </w:tc>
        <w:tc>
          <w:tcPr>
            <w:tcW w:w="1397" w:type="dxa"/>
          </w:tcPr>
          <w:p w14:paraId="363E88A1" w14:textId="77777777" w:rsidR="00D6455C" w:rsidRDefault="00D6455C" w:rsidP="004B06BE">
            <w:r>
              <w:rPr>
                <w:rFonts w:ascii="Times New Roman" w:eastAsia="Times New Roman" w:hAnsi="Times New Roman"/>
                <w:sz w:val="20"/>
              </w:rPr>
              <w:t>Section 1</w:t>
            </w:r>
          </w:p>
        </w:tc>
        <w:tc>
          <w:tcPr>
            <w:tcW w:w="2384" w:type="dxa"/>
          </w:tcPr>
          <w:p w14:paraId="180C66D3" w14:textId="77777777" w:rsidR="00D6455C" w:rsidRDefault="00D6455C" w:rsidP="004B06BE">
            <w:r>
              <w:rPr>
                <w:rFonts w:ascii="Times New Roman" w:eastAsia="Times New Roman" w:hAnsi="Times New Roman"/>
                <w:sz w:val="20"/>
              </w:rPr>
              <w:t>Boundaries</w:t>
            </w:r>
          </w:p>
        </w:tc>
        <w:tc>
          <w:tcPr>
            <w:tcW w:w="2244" w:type="dxa"/>
          </w:tcPr>
          <w:p w14:paraId="2ED17A6E" w14:textId="77777777" w:rsidR="00D6455C" w:rsidRDefault="00D6455C" w:rsidP="004B06BE">
            <w:r>
              <w:rPr>
                <w:rFonts w:ascii="Times New Roman" w:eastAsia="Times New Roman" w:hAnsi="Times New Roman"/>
                <w:sz w:val="20"/>
              </w:rPr>
              <w:t>3</w:t>
            </w:r>
          </w:p>
        </w:tc>
      </w:tr>
      <w:tr w:rsidR="00D6455C" w14:paraId="5AF8B1AE" w14:textId="77777777" w:rsidTr="00405B07">
        <w:tc>
          <w:tcPr>
            <w:tcW w:w="3325" w:type="dxa"/>
          </w:tcPr>
          <w:p w14:paraId="3C5B9368" w14:textId="77777777" w:rsidR="00D6455C" w:rsidRDefault="00D6455C" w:rsidP="004B06BE">
            <w:r>
              <w:rPr>
                <w:rFonts w:ascii="Times New Roman" w:eastAsia="Times New Roman" w:hAnsi="Times New Roman"/>
                <w:sz w:val="20"/>
              </w:rPr>
              <w:t>Article III. GEOGRAPHY OF OPERATIONS</w:t>
            </w:r>
          </w:p>
        </w:tc>
        <w:tc>
          <w:tcPr>
            <w:tcW w:w="1397" w:type="dxa"/>
          </w:tcPr>
          <w:p w14:paraId="2032DB6B" w14:textId="77777777" w:rsidR="00D6455C" w:rsidRDefault="00D6455C" w:rsidP="004B06BE">
            <w:r>
              <w:rPr>
                <w:rFonts w:ascii="Times New Roman" w:eastAsia="Times New Roman" w:hAnsi="Times New Roman"/>
                <w:sz w:val="20"/>
              </w:rPr>
              <w:t>Section 2</w:t>
            </w:r>
          </w:p>
        </w:tc>
        <w:tc>
          <w:tcPr>
            <w:tcW w:w="2384" w:type="dxa"/>
          </w:tcPr>
          <w:p w14:paraId="5A185B28" w14:textId="77777777" w:rsidR="00D6455C" w:rsidRDefault="00D6455C" w:rsidP="004B06BE">
            <w:r>
              <w:rPr>
                <w:rFonts w:ascii="Times New Roman" w:eastAsia="Times New Roman" w:hAnsi="Times New Roman"/>
                <w:sz w:val="20"/>
              </w:rPr>
              <w:t>Territory Administration</w:t>
            </w:r>
          </w:p>
        </w:tc>
        <w:tc>
          <w:tcPr>
            <w:tcW w:w="2244" w:type="dxa"/>
          </w:tcPr>
          <w:p w14:paraId="736DEBB7" w14:textId="77777777" w:rsidR="00D6455C" w:rsidRDefault="00D6455C" w:rsidP="004B06BE">
            <w:r>
              <w:rPr>
                <w:rFonts w:ascii="Times New Roman" w:eastAsia="Times New Roman" w:hAnsi="Times New Roman"/>
                <w:sz w:val="20"/>
              </w:rPr>
              <w:t>3</w:t>
            </w:r>
          </w:p>
        </w:tc>
      </w:tr>
      <w:tr w:rsidR="00D6455C" w14:paraId="089A597C" w14:textId="77777777" w:rsidTr="00405B07">
        <w:tc>
          <w:tcPr>
            <w:tcW w:w="3325" w:type="dxa"/>
          </w:tcPr>
          <w:p w14:paraId="11C55720" w14:textId="77777777" w:rsidR="00D6455C" w:rsidRDefault="00D6455C" w:rsidP="004B06BE">
            <w:r>
              <w:rPr>
                <w:rFonts w:ascii="Times New Roman" w:eastAsia="Times New Roman" w:hAnsi="Times New Roman"/>
                <w:sz w:val="20"/>
              </w:rPr>
              <w:t>Article IV. MEMBERSHIP</w:t>
            </w:r>
          </w:p>
        </w:tc>
        <w:tc>
          <w:tcPr>
            <w:tcW w:w="1397" w:type="dxa"/>
          </w:tcPr>
          <w:p w14:paraId="5AAC2437" w14:textId="77777777" w:rsidR="00D6455C" w:rsidRDefault="00D6455C" w:rsidP="004B06BE">
            <w:r>
              <w:rPr>
                <w:rFonts w:ascii="Times New Roman" w:eastAsia="Times New Roman" w:hAnsi="Times New Roman"/>
                <w:sz w:val="20"/>
              </w:rPr>
              <w:t>Section 1</w:t>
            </w:r>
          </w:p>
        </w:tc>
        <w:tc>
          <w:tcPr>
            <w:tcW w:w="2384" w:type="dxa"/>
          </w:tcPr>
          <w:p w14:paraId="18F637A9" w14:textId="77777777" w:rsidR="00D6455C" w:rsidRDefault="00D6455C" w:rsidP="004B06BE">
            <w:r>
              <w:rPr>
                <w:rFonts w:ascii="Times New Roman" w:eastAsia="Times New Roman" w:hAnsi="Times New Roman"/>
                <w:sz w:val="20"/>
              </w:rPr>
              <w:t>Membership</w:t>
            </w:r>
          </w:p>
        </w:tc>
        <w:tc>
          <w:tcPr>
            <w:tcW w:w="2244" w:type="dxa"/>
          </w:tcPr>
          <w:p w14:paraId="38C21487" w14:textId="77777777" w:rsidR="00D6455C" w:rsidRDefault="00D6455C" w:rsidP="004B06BE">
            <w:r>
              <w:rPr>
                <w:rFonts w:ascii="Times New Roman" w:eastAsia="Times New Roman" w:hAnsi="Times New Roman"/>
                <w:sz w:val="20"/>
              </w:rPr>
              <w:t>3</w:t>
            </w:r>
          </w:p>
        </w:tc>
      </w:tr>
      <w:tr w:rsidR="00D6455C" w14:paraId="3C544D7C" w14:textId="77777777" w:rsidTr="00405B07">
        <w:tc>
          <w:tcPr>
            <w:tcW w:w="3325" w:type="dxa"/>
          </w:tcPr>
          <w:p w14:paraId="2467A6BE" w14:textId="77777777" w:rsidR="00D6455C" w:rsidRDefault="00D6455C" w:rsidP="004B06BE">
            <w:r>
              <w:rPr>
                <w:rFonts w:ascii="Times New Roman" w:eastAsia="Times New Roman" w:hAnsi="Times New Roman"/>
                <w:sz w:val="20"/>
              </w:rPr>
              <w:t>Article IV. MEMBERSHIP</w:t>
            </w:r>
          </w:p>
        </w:tc>
        <w:tc>
          <w:tcPr>
            <w:tcW w:w="1397" w:type="dxa"/>
          </w:tcPr>
          <w:p w14:paraId="37747F72" w14:textId="77777777" w:rsidR="00D6455C" w:rsidRDefault="00D6455C" w:rsidP="004B06BE">
            <w:r>
              <w:rPr>
                <w:rFonts w:ascii="Times New Roman" w:eastAsia="Times New Roman" w:hAnsi="Times New Roman"/>
                <w:sz w:val="20"/>
              </w:rPr>
              <w:t>Section 2</w:t>
            </w:r>
          </w:p>
        </w:tc>
        <w:tc>
          <w:tcPr>
            <w:tcW w:w="2384" w:type="dxa"/>
          </w:tcPr>
          <w:p w14:paraId="0B4A09A4" w14:textId="77777777" w:rsidR="00D6455C" w:rsidRDefault="00D6455C" w:rsidP="004B06BE">
            <w:r>
              <w:rPr>
                <w:rFonts w:ascii="Times New Roman" w:eastAsia="Times New Roman" w:hAnsi="Times New Roman"/>
                <w:sz w:val="20"/>
              </w:rPr>
              <w:t>Classes of Membership</w:t>
            </w:r>
          </w:p>
        </w:tc>
        <w:tc>
          <w:tcPr>
            <w:tcW w:w="2244" w:type="dxa"/>
          </w:tcPr>
          <w:p w14:paraId="32608829" w14:textId="77777777" w:rsidR="00D6455C" w:rsidRDefault="00D6455C" w:rsidP="004B06BE">
            <w:r>
              <w:rPr>
                <w:rFonts w:ascii="Times New Roman" w:eastAsia="Times New Roman" w:hAnsi="Times New Roman"/>
                <w:sz w:val="20"/>
              </w:rPr>
              <w:t>3</w:t>
            </w:r>
          </w:p>
        </w:tc>
      </w:tr>
      <w:tr w:rsidR="00D6455C" w14:paraId="741B0D94" w14:textId="77777777" w:rsidTr="00405B07">
        <w:tc>
          <w:tcPr>
            <w:tcW w:w="3325" w:type="dxa"/>
          </w:tcPr>
          <w:p w14:paraId="092D578E" w14:textId="77777777" w:rsidR="00D6455C" w:rsidRDefault="00D6455C" w:rsidP="004B06BE">
            <w:r>
              <w:rPr>
                <w:rFonts w:ascii="Times New Roman" w:eastAsia="Times New Roman" w:hAnsi="Times New Roman"/>
                <w:sz w:val="20"/>
              </w:rPr>
              <w:t>Article IV. MEMBERSHIP</w:t>
            </w:r>
          </w:p>
        </w:tc>
        <w:tc>
          <w:tcPr>
            <w:tcW w:w="1397" w:type="dxa"/>
          </w:tcPr>
          <w:p w14:paraId="2B849D55" w14:textId="77777777" w:rsidR="00D6455C" w:rsidRDefault="00D6455C" w:rsidP="004B06BE">
            <w:r>
              <w:rPr>
                <w:rFonts w:ascii="Times New Roman" w:eastAsia="Times New Roman" w:hAnsi="Times New Roman"/>
                <w:sz w:val="20"/>
              </w:rPr>
              <w:t>Section 3</w:t>
            </w:r>
          </w:p>
        </w:tc>
        <w:tc>
          <w:tcPr>
            <w:tcW w:w="2384" w:type="dxa"/>
          </w:tcPr>
          <w:p w14:paraId="199488F1" w14:textId="77777777" w:rsidR="00D6455C" w:rsidRDefault="00D6455C" w:rsidP="004B06BE">
            <w:r>
              <w:rPr>
                <w:rFonts w:ascii="Times New Roman" w:eastAsia="Times New Roman" w:hAnsi="Times New Roman"/>
                <w:sz w:val="20"/>
              </w:rPr>
              <w:t>Associate Members</w:t>
            </w:r>
          </w:p>
        </w:tc>
        <w:tc>
          <w:tcPr>
            <w:tcW w:w="2244" w:type="dxa"/>
          </w:tcPr>
          <w:p w14:paraId="72564ED4" w14:textId="77777777" w:rsidR="00D6455C" w:rsidRDefault="00D6455C" w:rsidP="004B06BE">
            <w:r>
              <w:rPr>
                <w:rFonts w:ascii="Times New Roman" w:eastAsia="Times New Roman" w:hAnsi="Times New Roman"/>
                <w:sz w:val="20"/>
              </w:rPr>
              <w:t>3</w:t>
            </w:r>
          </w:p>
        </w:tc>
      </w:tr>
      <w:tr w:rsidR="00D6455C" w14:paraId="0BBAF574" w14:textId="77777777" w:rsidTr="00405B07">
        <w:tc>
          <w:tcPr>
            <w:tcW w:w="3325" w:type="dxa"/>
          </w:tcPr>
          <w:p w14:paraId="4CE4DCA1" w14:textId="77777777" w:rsidR="00D6455C" w:rsidRDefault="00D6455C" w:rsidP="004B06BE">
            <w:r>
              <w:rPr>
                <w:rFonts w:ascii="Times New Roman" w:eastAsia="Times New Roman" w:hAnsi="Times New Roman"/>
                <w:sz w:val="20"/>
              </w:rPr>
              <w:t>Article IV. MEMBERSHIP</w:t>
            </w:r>
          </w:p>
        </w:tc>
        <w:tc>
          <w:tcPr>
            <w:tcW w:w="1397" w:type="dxa"/>
          </w:tcPr>
          <w:p w14:paraId="02F0DBB1" w14:textId="77777777" w:rsidR="00D6455C" w:rsidRDefault="00D6455C" w:rsidP="004B06BE">
            <w:r>
              <w:rPr>
                <w:rFonts w:ascii="Times New Roman" w:eastAsia="Times New Roman" w:hAnsi="Times New Roman"/>
                <w:sz w:val="20"/>
              </w:rPr>
              <w:t>Section 4</w:t>
            </w:r>
          </w:p>
        </w:tc>
        <w:tc>
          <w:tcPr>
            <w:tcW w:w="2384" w:type="dxa"/>
          </w:tcPr>
          <w:p w14:paraId="6D28C88D" w14:textId="77777777" w:rsidR="00D6455C" w:rsidRDefault="00D6455C" w:rsidP="004B06BE">
            <w:r>
              <w:rPr>
                <w:rFonts w:ascii="Times New Roman" w:eastAsia="Times New Roman" w:hAnsi="Times New Roman"/>
                <w:sz w:val="20"/>
              </w:rPr>
              <w:t>Affiliate, Partner, and Special Members</w:t>
            </w:r>
          </w:p>
        </w:tc>
        <w:tc>
          <w:tcPr>
            <w:tcW w:w="2244" w:type="dxa"/>
          </w:tcPr>
          <w:p w14:paraId="50A2AC5B" w14:textId="77777777" w:rsidR="00D6455C" w:rsidRDefault="00D6455C" w:rsidP="004B06BE">
            <w:r>
              <w:rPr>
                <w:rFonts w:ascii="Times New Roman" w:eastAsia="Times New Roman" w:hAnsi="Times New Roman"/>
                <w:sz w:val="20"/>
              </w:rPr>
              <w:t>3</w:t>
            </w:r>
          </w:p>
        </w:tc>
      </w:tr>
      <w:tr w:rsidR="00D6455C" w14:paraId="1837040F" w14:textId="77777777" w:rsidTr="00405B07">
        <w:tc>
          <w:tcPr>
            <w:tcW w:w="3325" w:type="dxa"/>
          </w:tcPr>
          <w:p w14:paraId="1E67272E" w14:textId="77777777" w:rsidR="00D6455C" w:rsidRDefault="00D6455C" w:rsidP="004B06BE">
            <w:r>
              <w:rPr>
                <w:rFonts w:ascii="Times New Roman" w:eastAsia="Times New Roman" w:hAnsi="Times New Roman"/>
                <w:sz w:val="20"/>
              </w:rPr>
              <w:t>Article IV. MEMBERSHIP</w:t>
            </w:r>
          </w:p>
        </w:tc>
        <w:tc>
          <w:tcPr>
            <w:tcW w:w="1397" w:type="dxa"/>
          </w:tcPr>
          <w:p w14:paraId="7656C07C" w14:textId="77777777" w:rsidR="00D6455C" w:rsidRDefault="00D6455C" w:rsidP="004B06BE">
            <w:r>
              <w:rPr>
                <w:rFonts w:ascii="Times New Roman" w:eastAsia="Times New Roman" w:hAnsi="Times New Roman"/>
                <w:sz w:val="20"/>
              </w:rPr>
              <w:t>Section 5</w:t>
            </w:r>
          </w:p>
        </w:tc>
        <w:tc>
          <w:tcPr>
            <w:tcW w:w="2384" w:type="dxa"/>
          </w:tcPr>
          <w:p w14:paraId="79235EC3" w14:textId="77777777" w:rsidR="00D6455C" w:rsidRDefault="00D6455C" w:rsidP="004B06BE">
            <w:r>
              <w:rPr>
                <w:rFonts w:ascii="Times New Roman" w:eastAsia="Times New Roman" w:hAnsi="Times New Roman"/>
                <w:sz w:val="20"/>
              </w:rPr>
              <w:t>Voting Members</w:t>
            </w:r>
          </w:p>
        </w:tc>
        <w:tc>
          <w:tcPr>
            <w:tcW w:w="2244" w:type="dxa"/>
          </w:tcPr>
          <w:p w14:paraId="5CF759A5" w14:textId="77777777" w:rsidR="00D6455C" w:rsidRDefault="00D6455C" w:rsidP="004B06BE">
            <w:r>
              <w:rPr>
                <w:rFonts w:ascii="Times New Roman" w:eastAsia="Times New Roman" w:hAnsi="Times New Roman"/>
                <w:sz w:val="20"/>
              </w:rPr>
              <w:t>4</w:t>
            </w:r>
          </w:p>
        </w:tc>
      </w:tr>
      <w:tr w:rsidR="00D6455C" w14:paraId="0C7B781C" w14:textId="77777777" w:rsidTr="00405B07">
        <w:tc>
          <w:tcPr>
            <w:tcW w:w="3325" w:type="dxa"/>
          </w:tcPr>
          <w:p w14:paraId="11A36342" w14:textId="77777777" w:rsidR="00D6455C" w:rsidRDefault="00D6455C" w:rsidP="004B06BE">
            <w:r>
              <w:rPr>
                <w:rFonts w:ascii="Times New Roman" w:eastAsia="Times New Roman" w:hAnsi="Times New Roman"/>
                <w:sz w:val="20"/>
              </w:rPr>
              <w:t>Article IV. MEMBERSHIP</w:t>
            </w:r>
          </w:p>
        </w:tc>
        <w:tc>
          <w:tcPr>
            <w:tcW w:w="1397" w:type="dxa"/>
          </w:tcPr>
          <w:p w14:paraId="44238A1B" w14:textId="77777777" w:rsidR="00D6455C" w:rsidRDefault="00D6455C" w:rsidP="004B06BE">
            <w:r>
              <w:rPr>
                <w:rFonts w:ascii="Times New Roman" w:eastAsia="Times New Roman" w:hAnsi="Times New Roman"/>
                <w:sz w:val="20"/>
              </w:rPr>
              <w:t>Section 6</w:t>
            </w:r>
          </w:p>
        </w:tc>
        <w:tc>
          <w:tcPr>
            <w:tcW w:w="2384" w:type="dxa"/>
          </w:tcPr>
          <w:p w14:paraId="22761151" w14:textId="77777777" w:rsidR="00D6455C" w:rsidRDefault="00D6455C" w:rsidP="004B06BE">
            <w:r>
              <w:rPr>
                <w:rFonts w:ascii="Times New Roman" w:eastAsia="Times New Roman" w:hAnsi="Times New Roman"/>
                <w:sz w:val="20"/>
              </w:rPr>
              <w:t>Admission and Good Standing</w:t>
            </w:r>
          </w:p>
        </w:tc>
        <w:tc>
          <w:tcPr>
            <w:tcW w:w="2244" w:type="dxa"/>
          </w:tcPr>
          <w:p w14:paraId="26830C4C" w14:textId="77777777" w:rsidR="00D6455C" w:rsidRDefault="00D6455C" w:rsidP="004B06BE">
            <w:r>
              <w:rPr>
                <w:rFonts w:ascii="Times New Roman" w:eastAsia="Times New Roman" w:hAnsi="Times New Roman"/>
                <w:sz w:val="20"/>
              </w:rPr>
              <w:t>4</w:t>
            </w:r>
          </w:p>
        </w:tc>
      </w:tr>
      <w:tr w:rsidR="00D6455C" w14:paraId="55E40AF9" w14:textId="77777777" w:rsidTr="00405B07">
        <w:tc>
          <w:tcPr>
            <w:tcW w:w="3325" w:type="dxa"/>
          </w:tcPr>
          <w:p w14:paraId="77BB7BFF" w14:textId="77777777" w:rsidR="00D6455C" w:rsidRDefault="00D6455C" w:rsidP="004B06BE">
            <w:r>
              <w:rPr>
                <w:rFonts w:ascii="Times New Roman" w:eastAsia="Times New Roman" w:hAnsi="Times New Roman"/>
                <w:sz w:val="20"/>
              </w:rPr>
              <w:t>Article IV. MEMBERSHIP</w:t>
            </w:r>
          </w:p>
        </w:tc>
        <w:tc>
          <w:tcPr>
            <w:tcW w:w="1397" w:type="dxa"/>
          </w:tcPr>
          <w:p w14:paraId="6E90DDD2" w14:textId="77777777" w:rsidR="00D6455C" w:rsidRDefault="00D6455C" w:rsidP="004B06BE">
            <w:r>
              <w:rPr>
                <w:rFonts w:ascii="Times New Roman" w:eastAsia="Times New Roman" w:hAnsi="Times New Roman"/>
                <w:sz w:val="20"/>
              </w:rPr>
              <w:t>Section 7</w:t>
            </w:r>
          </w:p>
        </w:tc>
        <w:tc>
          <w:tcPr>
            <w:tcW w:w="2384" w:type="dxa"/>
          </w:tcPr>
          <w:p w14:paraId="469AA89D" w14:textId="77777777" w:rsidR="00D6455C" w:rsidRDefault="00D6455C" w:rsidP="004B06BE">
            <w:r>
              <w:rPr>
                <w:rFonts w:ascii="Times New Roman" w:eastAsia="Times New Roman" w:hAnsi="Times New Roman"/>
                <w:sz w:val="20"/>
              </w:rPr>
              <w:t>Renewal</w:t>
            </w:r>
          </w:p>
        </w:tc>
        <w:tc>
          <w:tcPr>
            <w:tcW w:w="2244" w:type="dxa"/>
          </w:tcPr>
          <w:p w14:paraId="36437B75" w14:textId="77777777" w:rsidR="00D6455C" w:rsidRDefault="00D6455C" w:rsidP="004B06BE">
            <w:r>
              <w:rPr>
                <w:rFonts w:ascii="Times New Roman" w:eastAsia="Times New Roman" w:hAnsi="Times New Roman"/>
                <w:sz w:val="20"/>
              </w:rPr>
              <w:t>4</w:t>
            </w:r>
          </w:p>
        </w:tc>
      </w:tr>
      <w:tr w:rsidR="00D6455C" w14:paraId="76186C6C" w14:textId="77777777" w:rsidTr="00405B07">
        <w:tc>
          <w:tcPr>
            <w:tcW w:w="3325" w:type="dxa"/>
          </w:tcPr>
          <w:p w14:paraId="2885D9A3" w14:textId="77777777" w:rsidR="00D6455C" w:rsidRDefault="00D6455C" w:rsidP="004B06BE">
            <w:r>
              <w:rPr>
                <w:rFonts w:ascii="Times New Roman" w:eastAsia="Times New Roman" w:hAnsi="Times New Roman"/>
                <w:sz w:val="20"/>
              </w:rPr>
              <w:t>Article IV. MEMBERSHIP</w:t>
            </w:r>
          </w:p>
        </w:tc>
        <w:tc>
          <w:tcPr>
            <w:tcW w:w="1397" w:type="dxa"/>
          </w:tcPr>
          <w:p w14:paraId="31FAFA43" w14:textId="77777777" w:rsidR="00D6455C" w:rsidRDefault="00D6455C" w:rsidP="004B06BE">
            <w:r>
              <w:rPr>
                <w:rFonts w:ascii="Times New Roman" w:eastAsia="Times New Roman" w:hAnsi="Times New Roman"/>
                <w:sz w:val="20"/>
              </w:rPr>
              <w:t>Section 8</w:t>
            </w:r>
          </w:p>
        </w:tc>
        <w:tc>
          <w:tcPr>
            <w:tcW w:w="2384" w:type="dxa"/>
          </w:tcPr>
          <w:p w14:paraId="045FB116" w14:textId="77777777" w:rsidR="00D6455C" w:rsidRDefault="00D6455C" w:rsidP="004B06BE">
            <w:r>
              <w:rPr>
                <w:rFonts w:ascii="Times New Roman" w:eastAsia="Times New Roman" w:hAnsi="Times New Roman"/>
                <w:sz w:val="20"/>
              </w:rPr>
              <w:t>Resignation and Suspension</w:t>
            </w:r>
          </w:p>
        </w:tc>
        <w:tc>
          <w:tcPr>
            <w:tcW w:w="2244" w:type="dxa"/>
          </w:tcPr>
          <w:p w14:paraId="66195D2D" w14:textId="77777777" w:rsidR="00D6455C" w:rsidRDefault="00D6455C" w:rsidP="004B06BE">
            <w:r>
              <w:rPr>
                <w:rFonts w:ascii="Times New Roman" w:eastAsia="Times New Roman" w:hAnsi="Times New Roman"/>
                <w:sz w:val="20"/>
              </w:rPr>
              <w:t>4</w:t>
            </w:r>
          </w:p>
        </w:tc>
      </w:tr>
      <w:tr w:rsidR="00D6455C" w14:paraId="43D8627C" w14:textId="77777777" w:rsidTr="00405B07">
        <w:tc>
          <w:tcPr>
            <w:tcW w:w="3325" w:type="dxa"/>
          </w:tcPr>
          <w:p w14:paraId="22046CB6" w14:textId="77777777" w:rsidR="00D6455C" w:rsidRDefault="00D6455C" w:rsidP="004B06BE">
            <w:r>
              <w:rPr>
                <w:rFonts w:ascii="Times New Roman" w:eastAsia="Times New Roman" w:hAnsi="Times New Roman"/>
                <w:sz w:val="20"/>
              </w:rPr>
              <w:t>Article IV. MEMBERSHIP</w:t>
            </w:r>
          </w:p>
        </w:tc>
        <w:tc>
          <w:tcPr>
            <w:tcW w:w="1397" w:type="dxa"/>
          </w:tcPr>
          <w:p w14:paraId="1ECB572A" w14:textId="77777777" w:rsidR="00D6455C" w:rsidRDefault="00D6455C" w:rsidP="004B06BE">
            <w:r>
              <w:rPr>
                <w:rFonts w:ascii="Times New Roman" w:eastAsia="Times New Roman" w:hAnsi="Times New Roman"/>
                <w:sz w:val="20"/>
              </w:rPr>
              <w:t>Section 9</w:t>
            </w:r>
          </w:p>
        </w:tc>
        <w:tc>
          <w:tcPr>
            <w:tcW w:w="2384" w:type="dxa"/>
          </w:tcPr>
          <w:p w14:paraId="79DB9FF3" w14:textId="77777777" w:rsidR="00D6455C" w:rsidRDefault="00D6455C" w:rsidP="004B06BE">
            <w:r>
              <w:rPr>
                <w:rFonts w:ascii="Times New Roman" w:eastAsia="Times New Roman" w:hAnsi="Times New Roman"/>
                <w:sz w:val="20"/>
              </w:rPr>
              <w:t>Termination</w:t>
            </w:r>
          </w:p>
        </w:tc>
        <w:tc>
          <w:tcPr>
            <w:tcW w:w="2244" w:type="dxa"/>
          </w:tcPr>
          <w:p w14:paraId="7994283B" w14:textId="77777777" w:rsidR="00D6455C" w:rsidRDefault="00D6455C" w:rsidP="004B06BE">
            <w:r>
              <w:rPr>
                <w:rFonts w:ascii="Times New Roman" w:eastAsia="Times New Roman" w:hAnsi="Times New Roman"/>
                <w:sz w:val="20"/>
              </w:rPr>
              <w:t>5</w:t>
            </w:r>
          </w:p>
        </w:tc>
      </w:tr>
      <w:tr w:rsidR="00D6455C" w14:paraId="3C80F8B9" w14:textId="77777777" w:rsidTr="00405B07">
        <w:tc>
          <w:tcPr>
            <w:tcW w:w="3325" w:type="dxa"/>
          </w:tcPr>
          <w:p w14:paraId="5F46FD0C" w14:textId="77777777" w:rsidR="00D6455C" w:rsidRDefault="00D6455C" w:rsidP="004B06BE">
            <w:r>
              <w:rPr>
                <w:rFonts w:ascii="Times New Roman" w:eastAsia="Times New Roman" w:hAnsi="Times New Roman"/>
                <w:sz w:val="20"/>
              </w:rPr>
              <w:t>Article IV. MEMBERSHIP</w:t>
            </w:r>
          </w:p>
        </w:tc>
        <w:tc>
          <w:tcPr>
            <w:tcW w:w="1397" w:type="dxa"/>
          </w:tcPr>
          <w:p w14:paraId="41669292" w14:textId="77777777" w:rsidR="00D6455C" w:rsidRDefault="00D6455C" w:rsidP="004B06BE">
            <w:r>
              <w:rPr>
                <w:rFonts w:ascii="Times New Roman" w:eastAsia="Times New Roman" w:hAnsi="Times New Roman"/>
                <w:sz w:val="20"/>
              </w:rPr>
              <w:t>Section 10</w:t>
            </w:r>
          </w:p>
        </w:tc>
        <w:tc>
          <w:tcPr>
            <w:tcW w:w="2384" w:type="dxa"/>
          </w:tcPr>
          <w:p w14:paraId="1711C362" w14:textId="77777777" w:rsidR="00D6455C" w:rsidRDefault="00D6455C" w:rsidP="004B06BE">
            <w:r>
              <w:rPr>
                <w:rFonts w:ascii="Times New Roman" w:eastAsia="Times New Roman" w:hAnsi="Times New Roman"/>
                <w:sz w:val="20"/>
              </w:rPr>
              <w:t>Discipline</w:t>
            </w:r>
          </w:p>
        </w:tc>
        <w:tc>
          <w:tcPr>
            <w:tcW w:w="2244" w:type="dxa"/>
          </w:tcPr>
          <w:p w14:paraId="1F814000" w14:textId="77777777" w:rsidR="00D6455C" w:rsidRDefault="00D6455C" w:rsidP="004B06BE">
            <w:r>
              <w:rPr>
                <w:rFonts w:ascii="Times New Roman" w:eastAsia="Times New Roman" w:hAnsi="Times New Roman"/>
                <w:sz w:val="20"/>
              </w:rPr>
              <w:t>5</w:t>
            </w:r>
          </w:p>
        </w:tc>
      </w:tr>
      <w:tr w:rsidR="00D6455C" w14:paraId="566D4066" w14:textId="77777777" w:rsidTr="00405B07">
        <w:tc>
          <w:tcPr>
            <w:tcW w:w="3325" w:type="dxa"/>
          </w:tcPr>
          <w:p w14:paraId="3AD297F1" w14:textId="77777777" w:rsidR="00D6455C" w:rsidRDefault="00D6455C" w:rsidP="004B06BE">
            <w:r>
              <w:rPr>
                <w:rFonts w:ascii="Times New Roman" w:eastAsia="Times New Roman" w:hAnsi="Times New Roman"/>
                <w:sz w:val="20"/>
              </w:rPr>
              <w:t>Article IV. MEMBERSHIP</w:t>
            </w:r>
          </w:p>
        </w:tc>
        <w:tc>
          <w:tcPr>
            <w:tcW w:w="1397" w:type="dxa"/>
          </w:tcPr>
          <w:p w14:paraId="3C1BBE03" w14:textId="77777777" w:rsidR="00D6455C" w:rsidRDefault="00D6455C" w:rsidP="004B06BE">
            <w:r>
              <w:rPr>
                <w:rFonts w:ascii="Times New Roman" w:eastAsia="Times New Roman" w:hAnsi="Times New Roman"/>
                <w:sz w:val="20"/>
              </w:rPr>
              <w:t>Section 11</w:t>
            </w:r>
          </w:p>
        </w:tc>
        <w:tc>
          <w:tcPr>
            <w:tcW w:w="2384" w:type="dxa"/>
          </w:tcPr>
          <w:p w14:paraId="0F553B2E" w14:textId="77777777" w:rsidR="00D6455C" w:rsidRDefault="00D6455C" w:rsidP="004B06BE">
            <w:r>
              <w:rPr>
                <w:rFonts w:ascii="Times New Roman" w:eastAsia="Times New Roman" w:hAnsi="Times New Roman"/>
                <w:sz w:val="20"/>
              </w:rPr>
              <w:t>Assessments</w:t>
            </w:r>
          </w:p>
        </w:tc>
        <w:tc>
          <w:tcPr>
            <w:tcW w:w="2244" w:type="dxa"/>
          </w:tcPr>
          <w:p w14:paraId="53CC0F21" w14:textId="77777777" w:rsidR="00D6455C" w:rsidRDefault="00D6455C" w:rsidP="004B06BE">
            <w:r>
              <w:rPr>
                <w:rFonts w:ascii="Times New Roman" w:eastAsia="Times New Roman" w:hAnsi="Times New Roman"/>
                <w:sz w:val="20"/>
              </w:rPr>
              <w:t>5</w:t>
            </w:r>
          </w:p>
        </w:tc>
      </w:tr>
      <w:tr w:rsidR="00D6455C" w14:paraId="131E4C4F" w14:textId="77777777" w:rsidTr="00405B07">
        <w:tc>
          <w:tcPr>
            <w:tcW w:w="3325" w:type="dxa"/>
          </w:tcPr>
          <w:p w14:paraId="384C79F9" w14:textId="77777777" w:rsidR="00D6455C" w:rsidRDefault="00D6455C" w:rsidP="004B06BE">
            <w:r>
              <w:rPr>
                <w:rFonts w:ascii="Times New Roman" w:eastAsia="Times New Roman" w:hAnsi="Times New Roman"/>
                <w:sz w:val="20"/>
              </w:rPr>
              <w:t>Article IV. MEMBERSHIP</w:t>
            </w:r>
          </w:p>
        </w:tc>
        <w:tc>
          <w:tcPr>
            <w:tcW w:w="1397" w:type="dxa"/>
          </w:tcPr>
          <w:p w14:paraId="68F01507" w14:textId="77777777" w:rsidR="00D6455C" w:rsidRDefault="00D6455C" w:rsidP="004B06BE">
            <w:r>
              <w:rPr>
                <w:rFonts w:ascii="Times New Roman" w:eastAsia="Times New Roman" w:hAnsi="Times New Roman"/>
                <w:sz w:val="20"/>
              </w:rPr>
              <w:t>Section 12</w:t>
            </w:r>
          </w:p>
        </w:tc>
        <w:tc>
          <w:tcPr>
            <w:tcW w:w="2384" w:type="dxa"/>
          </w:tcPr>
          <w:p w14:paraId="5D63A9FF" w14:textId="77777777" w:rsidR="00D6455C" w:rsidRDefault="00D6455C" w:rsidP="004B06BE">
            <w:r>
              <w:rPr>
                <w:rFonts w:ascii="Times New Roman" w:eastAsia="Times New Roman" w:hAnsi="Times New Roman"/>
                <w:sz w:val="20"/>
              </w:rPr>
              <w:t>Exhaustion of Remedies</w:t>
            </w:r>
          </w:p>
        </w:tc>
        <w:tc>
          <w:tcPr>
            <w:tcW w:w="2244" w:type="dxa"/>
          </w:tcPr>
          <w:p w14:paraId="537D9086" w14:textId="77777777" w:rsidR="00D6455C" w:rsidRDefault="00D6455C" w:rsidP="004B06BE">
            <w:r>
              <w:rPr>
                <w:rFonts w:ascii="Times New Roman" w:eastAsia="Times New Roman" w:hAnsi="Times New Roman"/>
                <w:sz w:val="20"/>
              </w:rPr>
              <w:t>5</w:t>
            </w:r>
          </w:p>
        </w:tc>
      </w:tr>
      <w:tr w:rsidR="00D6455C" w14:paraId="132B98FF" w14:textId="77777777" w:rsidTr="00405B07">
        <w:tc>
          <w:tcPr>
            <w:tcW w:w="3325" w:type="dxa"/>
          </w:tcPr>
          <w:p w14:paraId="0C622E32" w14:textId="77777777" w:rsidR="00D6455C" w:rsidRDefault="00D6455C" w:rsidP="004B06BE">
            <w:r>
              <w:rPr>
                <w:rFonts w:ascii="Times New Roman" w:eastAsia="Times New Roman" w:hAnsi="Times New Roman"/>
                <w:sz w:val="20"/>
              </w:rPr>
              <w:t>Article IV. MEMBERSHIP</w:t>
            </w:r>
          </w:p>
        </w:tc>
        <w:tc>
          <w:tcPr>
            <w:tcW w:w="1397" w:type="dxa"/>
          </w:tcPr>
          <w:p w14:paraId="2D92F02F" w14:textId="77777777" w:rsidR="00D6455C" w:rsidRDefault="00D6455C" w:rsidP="004B06BE">
            <w:r>
              <w:rPr>
                <w:rFonts w:ascii="Times New Roman" w:eastAsia="Times New Roman" w:hAnsi="Times New Roman"/>
                <w:sz w:val="20"/>
              </w:rPr>
              <w:t>Section 13</w:t>
            </w:r>
          </w:p>
        </w:tc>
        <w:tc>
          <w:tcPr>
            <w:tcW w:w="2384" w:type="dxa"/>
          </w:tcPr>
          <w:p w14:paraId="79150181" w14:textId="77777777" w:rsidR="00D6455C" w:rsidRDefault="00D6455C" w:rsidP="004B06BE">
            <w:r>
              <w:rPr>
                <w:rFonts w:ascii="Times New Roman" w:eastAsia="Times New Roman" w:hAnsi="Times New Roman"/>
                <w:sz w:val="20"/>
              </w:rPr>
              <w:t>Transferability</w:t>
            </w:r>
          </w:p>
        </w:tc>
        <w:tc>
          <w:tcPr>
            <w:tcW w:w="2244" w:type="dxa"/>
          </w:tcPr>
          <w:p w14:paraId="35E7A82D" w14:textId="77777777" w:rsidR="00D6455C" w:rsidRDefault="00D6455C" w:rsidP="004B06BE">
            <w:r>
              <w:rPr>
                <w:rFonts w:ascii="Times New Roman" w:eastAsia="Times New Roman" w:hAnsi="Times New Roman"/>
                <w:sz w:val="20"/>
              </w:rPr>
              <w:t>6</w:t>
            </w:r>
          </w:p>
        </w:tc>
      </w:tr>
      <w:tr w:rsidR="00D6455C" w14:paraId="10A96A6D" w14:textId="77777777" w:rsidTr="00405B07">
        <w:tc>
          <w:tcPr>
            <w:tcW w:w="3325" w:type="dxa"/>
          </w:tcPr>
          <w:p w14:paraId="0A992F87" w14:textId="77777777" w:rsidR="00D6455C" w:rsidRDefault="00D6455C" w:rsidP="004B06BE">
            <w:r>
              <w:rPr>
                <w:rFonts w:ascii="Times New Roman" w:eastAsia="Times New Roman" w:hAnsi="Times New Roman"/>
                <w:sz w:val="20"/>
              </w:rPr>
              <w:t>Article V. MEETINGS OF MEMBERS</w:t>
            </w:r>
          </w:p>
        </w:tc>
        <w:tc>
          <w:tcPr>
            <w:tcW w:w="1397" w:type="dxa"/>
          </w:tcPr>
          <w:p w14:paraId="31C10D0F" w14:textId="77777777" w:rsidR="00D6455C" w:rsidRDefault="00D6455C" w:rsidP="004B06BE">
            <w:r>
              <w:rPr>
                <w:rFonts w:ascii="Times New Roman" w:eastAsia="Times New Roman" w:hAnsi="Times New Roman"/>
                <w:sz w:val="20"/>
              </w:rPr>
              <w:t>Section 1</w:t>
            </w:r>
          </w:p>
        </w:tc>
        <w:tc>
          <w:tcPr>
            <w:tcW w:w="2384" w:type="dxa"/>
          </w:tcPr>
          <w:p w14:paraId="561EC912" w14:textId="77777777" w:rsidR="00D6455C" w:rsidRDefault="00D6455C" w:rsidP="004B06BE">
            <w:r>
              <w:rPr>
                <w:rFonts w:ascii="Times New Roman" w:eastAsia="Times New Roman" w:hAnsi="Times New Roman"/>
                <w:sz w:val="20"/>
              </w:rPr>
              <w:t>Annual General Meeting</w:t>
            </w:r>
          </w:p>
        </w:tc>
        <w:tc>
          <w:tcPr>
            <w:tcW w:w="2244" w:type="dxa"/>
          </w:tcPr>
          <w:p w14:paraId="7614A275" w14:textId="77777777" w:rsidR="00D6455C" w:rsidRDefault="00D6455C" w:rsidP="004B06BE">
            <w:r>
              <w:rPr>
                <w:rFonts w:ascii="Times New Roman" w:eastAsia="Times New Roman" w:hAnsi="Times New Roman"/>
                <w:sz w:val="20"/>
              </w:rPr>
              <w:t>5</w:t>
            </w:r>
          </w:p>
        </w:tc>
      </w:tr>
      <w:tr w:rsidR="00D6455C" w14:paraId="6915DCAC" w14:textId="77777777" w:rsidTr="00405B07">
        <w:tc>
          <w:tcPr>
            <w:tcW w:w="3325" w:type="dxa"/>
          </w:tcPr>
          <w:p w14:paraId="4E649E41" w14:textId="77777777" w:rsidR="00D6455C" w:rsidRDefault="00D6455C" w:rsidP="004B06BE">
            <w:r>
              <w:rPr>
                <w:rFonts w:ascii="Times New Roman" w:eastAsia="Times New Roman" w:hAnsi="Times New Roman"/>
                <w:sz w:val="20"/>
              </w:rPr>
              <w:t>Article V. MEETINGS OF MEMBERS</w:t>
            </w:r>
          </w:p>
        </w:tc>
        <w:tc>
          <w:tcPr>
            <w:tcW w:w="1397" w:type="dxa"/>
          </w:tcPr>
          <w:p w14:paraId="05180878" w14:textId="77777777" w:rsidR="00D6455C" w:rsidRDefault="00D6455C" w:rsidP="004B06BE">
            <w:r>
              <w:rPr>
                <w:rFonts w:ascii="Times New Roman" w:eastAsia="Times New Roman" w:hAnsi="Times New Roman"/>
                <w:sz w:val="20"/>
              </w:rPr>
              <w:t>Section 2</w:t>
            </w:r>
          </w:p>
        </w:tc>
        <w:tc>
          <w:tcPr>
            <w:tcW w:w="2384" w:type="dxa"/>
          </w:tcPr>
          <w:p w14:paraId="0609A9CE" w14:textId="77777777" w:rsidR="00D6455C" w:rsidRDefault="00D6455C" w:rsidP="004B06BE">
            <w:r>
              <w:rPr>
                <w:rFonts w:ascii="Times New Roman" w:eastAsia="Times New Roman" w:hAnsi="Times New Roman"/>
                <w:sz w:val="20"/>
              </w:rPr>
              <w:t>Interim Meeting</w:t>
            </w:r>
          </w:p>
        </w:tc>
        <w:tc>
          <w:tcPr>
            <w:tcW w:w="2244" w:type="dxa"/>
          </w:tcPr>
          <w:p w14:paraId="3BC3FEE1" w14:textId="77777777" w:rsidR="00D6455C" w:rsidRDefault="00D6455C" w:rsidP="004B06BE">
            <w:r>
              <w:rPr>
                <w:rFonts w:ascii="Times New Roman" w:eastAsia="Times New Roman" w:hAnsi="Times New Roman"/>
                <w:sz w:val="20"/>
              </w:rPr>
              <w:t>5</w:t>
            </w:r>
          </w:p>
        </w:tc>
      </w:tr>
      <w:tr w:rsidR="00D6455C" w14:paraId="06A6FEBD" w14:textId="77777777" w:rsidTr="00405B07">
        <w:tc>
          <w:tcPr>
            <w:tcW w:w="3325" w:type="dxa"/>
          </w:tcPr>
          <w:p w14:paraId="06BF91A6" w14:textId="77777777" w:rsidR="00D6455C" w:rsidRDefault="00D6455C" w:rsidP="004B06BE">
            <w:r>
              <w:rPr>
                <w:rFonts w:ascii="Times New Roman" w:eastAsia="Times New Roman" w:hAnsi="Times New Roman"/>
                <w:sz w:val="20"/>
              </w:rPr>
              <w:t>Article V. MEETINGS OF MEMBERS</w:t>
            </w:r>
          </w:p>
        </w:tc>
        <w:tc>
          <w:tcPr>
            <w:tcW w:w="1397" w:type="dxa"/>
          </w:tcPr>
          <w:p w14:paraId="7E4334A3" w14:textId="77777777" w:rsidR="00D6455C" w:rsidRDefault="00D6455C" w:rsidP="004B06BE">
            <w:r>
              <w:rPr>
                <w:rFonts w:ascii="Times New Roman" w:eastAsia="Times New Roman" w:hAnsi="Times New Roman"/>
                <w:sz w:val="20"/>
              </w:rPr>
              <w:t>Section 3</w:t>
            </w:r>
          </w:p>
        </w:tc>
        <w:tc>
          <w:tcPr>
            <w:tcW w:w="2384" w:type="dxa"/>
          </w:tcPr>
          <w:p w14:paraId="73475F47" w14:textId="77777777" w:rsidR="00D6455C" w:rsidRDefault="00D6455C" w:rsidP="004B06BE">
            <w:r>
              <w:rPr>
                <w:rFonts w:ascii="Times New Roman" w:eastAsia="Times New Roman" w:hAnsi="Times New Roman"/>
                <w:sz w:val="20"/>
              </w:rPr>
              <w:t>Special Meeting</w:t>
            </w:r>
          </w:p>
        </w:tc>
        <w:tc>
          <w:tcPr>
            <w:tcW w:w="2244" w:type="dxa"/>
          </w:tcPr>
          <w:p w14:paraId="141F0F9F" w14:textId="77777777" w:rsidR="00D6455C" w:rsidRDefault="00D6455C" w:rsidP="004B06BE">
            <w:r>
              <w:rPr>
                <w:rFonts w:ascii="Times New Roman" w:eastAsia="Times New Roman" w:hAnsi="Times New Roman"/>
                <w:sz w:val="20"/>
              </w:rPr>
              <w:t>5</w:t>
            </w:r>
          </w:p>
        </w:tc>
      </w:tr>
      <w:tr w:rsidR="00D6455C" w14:paraId="302419DD" w14:textId="77777777" w:rsidTr="00405B07">
        <w:tc>
          <w:tcPr>
            <w:tcW w:w="3325" w:type="dxa"/>
          </w:tcPr>
          <w:p w14:paraId="4F874012" w14:textId="77777777" w:rsidR="00D6455C" w:rsidRDefault="00D6455C" w:rsidP="004B06BE">
            <w:r>
              <w:rPr>
                <w:rFonts w:ascii="Times New Roman" w:eastAsia="Times New Roman" w:hAnsi="Times New Roman"/>
                <w:sz w:val="20"/>
              </w:rPr>
              <w:t>Article V. MEETINGS OF MEMBERS</w:t>
            </w:r>
          </w:p>
        </w:tc>
        <w:tc>
          <w:tcPr>
            <w:tcW w:w="1397" w:type="dxa"/>
          </w:tcPr>
          <w:p w14:paraId="12B1E136" w14:textId="77777777" w:rsidR="00D6455C" w:rsidRDefault="00D6455C" w:rsidP="004B06BE">
            <w:r>
              <w:rPr>
                <w:rFonts w:ascii="Times New Roman" w:eastAsia="Times New Roman" w:hAnsi="Times New Roman"/>
                <w:sz w:val="20"/>
              </w:rPr>
              <w:t>Section 4</w:t>
            </w:r>
          </w:p>
        </w:tc>
        <w:tc>
          <w:tcPr>
            <w:tcW w:w="2384" w:type="dxa"/>
          </w:tcPr>
          <w:p w14:paraId="4D1992F5" w14:textId="77777777" w:rsidR="00D6455C" w:rsidRDefault="00D6455C" w:rsidP="004B06BE">
            <w:r>
              <w:rPr>
                <w:rFonts w:ascii="Times New Roman" w:eastAsia="Times New Roman" w:hAnsi="Times New Roman"/>
                <w:sz w:val="20"/>
              </w:rPr>
              <w:t>Quorum</w:t>
            </w:r>
          </w:p>
        </w:tc>
        <w:tc>
          <w:tcPr>
            <w:tcW w:w="2244" w:type="dxa"/>
          </w:tcPr>
          <w:p w14:paraId="69279FA3" w14:textId="77777777" w:rsidR="00D6455C" w:rsidRDefault="00D6455C" w:rsidP="004B06BE">
            <w:r>
              <w:rPr>
                <w:rFonts w:ascii="Times New Roman" w:eastAsia="Times New Roman" w:hAnsi="Times New Roman"/>
                <w:sz w:val="20"/>
              </w:rPr>
              <w:t>5</w:t>
            </w:r>
          </w:p>
        </w:tc>
      </w:tr>
      <w:tr w:rsidR="00D6455C" w14:paraId="75E8B139" w14:textId="77777777" w:rsidTr="00405B07">
        <w:tc>
          <w:tcPr>
            <w:tcW w:w="3325" w:type="dxa"/>
          </w:tcPr>
          <w:p w14:paraId="74011178" w14:textId="77777777" w:rsidR="00D6455C" w:rsidRDefault="00D6455C" w:rsidP="004B06BE">
            <w:r>
              <w:rPr>
                <w:rFonts w:ascii="Times New Roman" w:eastAsia="Times New Roman" w:hAnsi="Times New Roman"/>
                <w:sz w:val="20"/>
              </w:rPr>
              <w:t>Article V. MEETINGS OF MEMBERS</w:t>
            </w:r>
          </w:p>
        </w:tc>
        <w:tc>
          <w:tcPr>
            <w:tcW w:w="1397" w:type="dxa"/>
          </w:tcPr>
          <w:p w14:paraId="68080ECB" w14:textId="77777777" w:rsidR="00D6455C" w:rsidRDefault="00D6455C" w:rsidP="004B06BE">
            <w:r>
              <w:rPr>
                <w:rFonts w:ascii="Times New Roman" w:eastAsia="Times New Roman" w:hAnsi="Times New Roman"/>
                <w:sz w:val="20"/>
              </w:rPr>
              <w:t>Section 5</w:t>
            </w:r>
          </w:p>
        </w:tc>
        <w:tc>
          <w:tcPr>
            <w:tcW w:w="2384" w:type="dxa"/>
          </w:tcPr>
          <w:p w14:paraId="182C78A9" w14:textId="77777777" w:rsidR="00D6455C" w:rsidRDefault="00D6455C" w:rsidP="004B06BE">
            <w:r>
              <w:rPr>
                <w:rFonts w:ascii="Times New Roman" w:eastAsia="Times New Roman" w:hAnsi="Times New Roman"/>
                <w:sz w:val="20"/>
              </w:rPr>
              <w:t>Votes</w:t>
            </w:r>
          </w:p>
        </w:tc>
        <w:tc>
          <w:tcPr>
            <w:tcW w:w="2244" w:type="dxa"/>
          </w:tcPr>
          <w:p w14:paraId="7D1DA8FB" w14:textId="77777777" w:rsidR="00D6455C" w:rsidRDefault="00D6455C" w:rsidP="004B06BE">
            <w:r>
              <w:rPr>
                <w:rFonts w:ascii="Times New Roman" w:eastAsia="Times New Roman" w:hAnsi="Times New Roman"/>
                <w:sz w:val="20"/>
              </w:rPr>
              <w:t>6</w:t>
            </w:r>
          </w:p>
        </w:tc>
      </w:tr>
      <w:tr w:rsidR="00D6455C" w14:paraId="12CCA257" w14:textId="77777777" w:rsidTr="00405B07">
        <w:tc>
          <w:tcPr>
            <w:tcW w:w="3325" w:type="dxa"/>
          </w:tcPr>
          <w:p w14:paraId="7AE3C446" w14:textId="77777777" w:rsidR="00D6455C" w:rsidRDefault="00D6455C" w:rsidP="004B06BE">
            <w:r>
              <w:rPr>
                <w:rFonts w:ascii="Times New Roman" w:eastAsia="Times New Roman" w:hAnsi="Times New Roman"/>
                <w:sz w:val="20"/>
              </w:rPr>
              <w:t>Article V. MEETINGS OF MEMBERS</w:t>
            </w:r>
          </w:p>
        </w:tc>
        <w:tc>
          <w:tcPr>
            <w:tcW w:w="1397" w:type="dxa"/>
          </w:tcPr>
          <w:p w14:paraId="0EEDB947" w14:textId="77777777" w:rsidR="00D6455C" w:rsidRDefault="00D6455C" w:rsidP="004B06BE">
            <w:r>
              <w:rPr>
                <w:rFonts w:ascii="Times New Roman" w:eastAsia="Times New Roman" w:hAnsi="Times New Roman"/>
                <w:sz w:val="20"/>
              </w:rPr>
              <w:t>Section 6</w:t>
            </w:r>
          </w:p>
        </w:tc>
        <w:tc>
          <w:tcPr>
            <w:tcW w:w="2384" w:type="dxa"/>
          </w:tcPr>
          <w:p w14:paraId="50E99868" w14:textId="77777777" w:rsidR="00D6455C" w:rsidRDefault="00D6455C" w:rsidP="004B06BE">
            <w:r>
              <w:rPr>
                <w:rFonts w:ascii="Times New Roman" w:eastAsia="Times New Roman" w:hAnsi="Times New Roman"/>
                <w:sz w:val="20"/>
              </w:rPr>
              <w:t>Proposals</w:t>
            </w:r>
          </w:p>
        </w:tc>
        <w:tc>
          <w:tcPr>
            <w:tcW w:w="2244" w:type="dxa"/>
          </w:tcPr>
          <w:p w14:paraId="2C88AFCA" w14:textId="77777777" w:rsidR="00D6455C" w:rsidRDefault="00D6455C" w:rsidP="004B06BE">
            <w:r>
              <w:rPr>
                <w:rFonts w:ascii="Times New Roman" w:eastAsia="Times New Roman" w:hAnsi="Times New Roman"/>
                <w:sz w:val="20"/>
              </w:rPr>
              <w:t>6</w:t>
            </w:r>
          </w:p>
        </w:tc>
      </w:tr>
      <w:tr w:rsidR="00D6455C" w14:paraId="3ECD67AF" w14:textId="77777777" w:rsidTr="00405B07">
        <w:tc>
          <w:tcPr>
            <w:tcW w:w="3325" w:type="dxa"/>
          </w:tcPr>
          <w:p w14:paraId="4F7CA1CC" w14:textId="77777777" w:rsidR="00D6455C" w:rsidRDefault="00D6455C" w:rsidP="004B06BE">
            <w:r>
              <w:rPr>
                <w:rFonts w:ascii="Times New Roman" w:eastAsia="Times New Roman" w:hAnsi="Times New Roman"/>
                <w:sz w:val="20"/>
              </w:rPr>
              <w:t>Article V. MEETINGS OF MEMBERS</w:t>
            </w:r>
          </w:p>
        </w:tc>
        <w:tc>
          <w:tcPr>
            <w:tcW w:w="1397" w:type="dxa"/>
          </w:tcPr>
          <w:p w14:paraId="7B57DFCE" w14:textId="77777777" w:rsidR="00D6455C" w:rsidRDefault="00D6455C" w:rsidP="004B06BE">
            <w:r>
              <w:rPr>
                <w:rFonts w:ascii="Times New Roman" w:eastAsia="Times New Roman" w:hAnsi="Times New Roman"/>
                <w:sz w:val="20"/>
              </w:rPr>
              <w:t>Section 7</w:t>
            </w:r>
          </w:p>
        </w:tc>
        <w:tc>
          <w:tcPr>
            <w:tcW w:w="2384" w:type="dxa"/>
          </w:tcPr>
          <w:p w14:paraId="7531D3B9" w14:textId="77777777" w:rsidR="00D6455C" w:rsidRDefault="00D6455C" w:rsidP="004B06BE">
            <w:r>
              <w:rPr>
                <w:rFonts w:ascii="Times New Roman" w:eastAsia="Times New Roman" w:hAnsi="Times New Roman"/>
                <w:sz w:val="20"/>
              </w:rPr>
              <w:t>Notices of Meetings</w:t>
            </w:r>
          </w:p>
        </w:tc>
        <w:tc>
          <w:tcPr>
            <w:tcW w:w="2244" w:type="dxa"/>
          </w:tcPr>
          <w:p w14:paraId="13946402" w14:textId="77777777" w:rsidR="00D6455C" w:rsidRDefault="00D6455C" w:rsidP="004B06BE">
            <w:r>
              <w:rPr>
                <w:rFonts w:ascii="Times New Roman" w:eastAsia="Times New Roman" w:hAnsi="Times New Roman"/>
                <w:sz w:val="20"/>
              </w:rPr>
              <w:t>6</w:t>
            </w:r>
          </w:p>
        </w:tc>
      </w:tr>
      <w:tr w:rsidR="00D6455C" w14:paraId="427D0CD2" w14:textId="77777777" w:rsidTr="00405B07">
        <w:tc>
          <w:tcPr>
            <w:tcW w:w="3325" w:type="dxa"/>
          </w:tcPr>
          <w:p w14:paraId="690F7EF0" w14:textId="77777777" w:rsidR="00D6455C" w:rsidRDefault="00D6455C" w:rsidP="004B06BE">
            <w:r>
              <w:rPr>
                <w:rFonts w:ascii="Times New Roman" w:eastAsia="Times New Roman" w:hAnsi="Times New Roman"/>
                <w:sz w:val="20"/>
              </w:rPr>
              <w:t>Article V. MEETINGS OF MEMBERS</w:t>
            </w:r>
          </w:p>
        </w:tc>
        <w:tc>
          <w:tcPr>
            <w:tcW w:w="1397" w:type="dxa"/>
          </w:tcPr>
          <w:p w14:paraId="12859947" w14:textId="77777777" w:rsidR="00D6455C" w:rsidRDefault="00D6455C" w:rsidP="004B06BE">
            <w:r>
              <w:rPr>
                <w:rFonts w:ascii="Times New Roman" w:eastAsia="Times New Roman" w:hAnsi="Times New Roman"/>
                <w:sz w:val="20"/>
              </w:rPr>
              <w:t>Section 8</w:t>
            </w:r>
          </w:p>
        </w:tc>
        <w:tc>
          <w:tcPr>
            <w:tcW w:w="2384" w:type="dxa"/>
          </w:tcPr>
          <w:p w14:paraId="2A55F556" w14:textId="77777777" w:rsidR="00D6455C" w:rsidRDefault="00D6455C" w:rsidP="004B06BE">
            <w:r>
              <w:rPr>
                <w:rFonts w:ascii="Times New Roman" w:eastAsia="Times New Roman" w:hAnsi="Times New Roman"/>
                <w:sz w:val="20"/>
              </w:rPr>
              <w:t>Manner of Acting</w:t>
            </w:r>
          </w:p>
        </w:tc>
        <w:tc>
          <w:tcPr>
            <w:tcW w:w="2244" w:type="dxa"/>
          </w:tcPr>
          <w:p w14:paraId="3EB1B517" w14:textId="77777777" w:rsidR="00D6455C" w:rsidRDefault="00D6455C" w:rsidP="004B06BE">
            <w:r>
              <w:rPr>
                <w:rFonts w:ascii="Times New Roman" w:eastAsia="Times New Roman" w:hAnsi="Times New Roman"/>
                <w:sz w:val="20"/>
              </w:rPr>
              <w:t>6</w:t>
            </w:r>
          </w:p>
        </w:tc>
      </w:tr>
      <w:tr w:rsidR="00D6455C" w14:paraId="00CE95EA" w14:textId="77777777" w:rsidTr="00405B07">
        <w:tc>
          <w:tcPr>
            <w:tcW w:w="3325" w:type="dxa"/>
          </w:tcPr>
          <w:p w14:paraId="5261A97B" w14:textId="77777777" w:rsidR="00D6455C" w:rsidRDefault="00D6455C" w:rsidP="004B06BE">
            <w:r>
              <w:rPr>
                <w:rFonts w:ascii="Times New Roman" w:eastAsia="Times New Roman" w:hAnsi="Times New Roman"/>
                <w:sz w:val="20"/>
              </w:rPr>
              <w:t>Article V. MEETINGS OF MEMBERS</w:t>
            </w:r>
          </w:p>
        </w:tc>
        <w:tc>
          <w:tcPr>
            <w:tcW w:w="1397" w:type="dxa"/>
          </w:tcPr>
          <w:p w14:paraId="07AFC1AF" w14:textId="77777777" w:rsidR="00D6455C" w:rsidRDefault="00D6455C" w:rsidP="004B06BE">
            <w:r>
              <w:rPr>
                <w:rFonts w:ascii="Times New Roman" w:eastAsia="Times New Roman" w:hAnsi="Times New Roman"/>
                <w:sz w:val="20"/>
              </w:rPr>
              <w:t>Section 9</w:t>
            </w:r>
          </w:p>
        </w:tc>
        <w:tc>
          <w:tcPr>
            <w:tcW w:w="2384" w:type="dxa"/>
          </w:tcPr>
          <w:p w14:paraId="7CA5FC8F" w14:textId="77777777" w:rsidR="00D6455C" w:rsidRDefault="00D6455C" w:rsidP="004B06BE">
            <w:r>
              <w:rPr>
                <w:rFonts w:ascii="Times New Roman" w:eastAsia="Times New Roman" w:hAnsi="Times New Roman"/>
                <w:sz w:val="20"/>
              </w:rPr>
              <w:t>Delegates and Proxies</w:t>
            </w:r>
          </w:p>
        </w:tc>
        <w:tc>
          <w:tcPr>
            <w:tcW w:w="2244" w:type="dxa"/>
          </w:tcPr>
          <w:p w14:paraId="06D6FDAD" w14:textId="77777777" w:rsidR="00D6455C" w:rsidRDefault="00D6455C" w:rsidP="004B06BE">
            <w:r>
              <w:rPr>
                <w:rFonts w:ascii="Times New Roman" w:eastAsia="Times New Roman" w:hAnsi="Times New Roman"/>
                <w:sz w:val="20"/>
              </w:rPr>
              <w:t>7</w:t>
            </w:r>
          </w:p>
        </w:tc>
      </w:tr>
      <w:tr w:rsidR="00D6455C" w14:paraId="5527018F" w14:textId="77777777" w:rsidTr="00405B07">
        <w:tc>
          <w:tcPr>
            <w:tcW w:w="3325" w:type="dxa"/>
          </w:tcPr>
          <w:p w14:paraId="1059F11A" w14:textId="77777777" w:rsidR="00D6455C" w:rsidRDefault="00D6455C" w:rsidP="004B06BE">
            <w:r>
              <w:rPr>
                <w:rFonts w:ascii="Times New Roman" w:eastAsia="Times New Roman" w:hAnsi="Times New Roman"/>
                <w:sz w:val="20"/>
              </w:rPr>
              <w:t>Article V. MEETINGS OF MEMBERS</w:t>
            </w:r>
          </w:p>
        </w:tc>
        <w:tc>
          <w:tcPr>
            <w:tcW w:w="1397" w:type="dxa"/>
          </w:tcPr>
          <w:p w14:paraId="658323AC" w14:textId="77777777" w:rsidR="00D6455C" w:rsidRDefault="00D6455C" w:rsidP="004B06BE">
            <w:r>
              <w:rPr>
                <w:rFonts w:ascii="Times New Roman" w:eastAsia="Times New Roman" w:hAnsi="Times New Roman"/>
                <w:sz w:val="20"/>
              </w:rPr>
              <w:t>Section 10</w:t>
            </w:r>
          </w:p>
        </w:tc>
        <w:tc>
          <w:tcPr>
            <w:tcW w:w="2384" w:type="dxa"/>
          </w:tcPr>
          <w:p w14:paraId="72FC6FC9" w14:textId="77777777" w:rsidR="00D6455C" w:rsidRDefault="00D6455C" w:rsidP="004B06BE">
            <w:r>
              <w:rPr>
                <w:rFonts w:ascii="Times New Roman" w:eastAsia="Times New Roman" w:hAnsi="Times New Roman"/>
                <w:sz w:val="20"/>
              </w:rPr>
              <w:t>Annual Budget</w:t>
            </w:r>
          </w:p>
        </w:tc>
        <w:tc>
          <w:tcPr>
            <w:tcW w:w="2244" w:type="dxa"/>
          </w:tcPr>
          <w:p w14:paraId="59596290" w14:textId="77777777" w:rsidR="00D6455C" w:rsidRDefault="00D6455C" w:rsidP="004B06BE">
            <w:r>
              <w:rPr>
                <w:rFonts w:ascii="Times New Roman" w:eastAsia="Times New Roman" w:hAnsi="Times New Roman"/>
                <w:sz w:val="20"/>
              </w:rPr>
              <w:t>7</w:t>
            </w:r>
          </w:p>
        </w:tc>
      </w:tr>
      <w:tr w:rsidR="00D6455C" w14:paraId="6AD62557" w14:textId="77777777" w:rsidTr="00405B07">
        <w:tc>
          <w:tcPr>
            <w:tcW w:w="3325" w:type="dxa"/>
          </w:tcPr>
          <w:p w14:paraId="54739D38" w14:textId="77777777" w:rsidR="00D6455C" w:rsidRDefault="00D6455C" w:rsidP="004B06BE">
            <w:r>
              <w:rPr>
                <w:rFonts w:ascii="Times New Roman" w:eastAsia="Times New Roman" w:hAnsi="Times New Roman"/>
                <w:sz w:val="20"/>
              </w:rPr>
              <w:t>Article V. MEETINGS OF MEMBERS</w:t>
            </w:r>
          </w:p>
        </w:tc>
        <w:tc>
          <w:tcPr>
            <w:tcW w:w="1397" w:type="dxa"/>
          </w:tcPr>
          <w:p w14:paraId="7263581D" w14:textId="77777777" w:rsidR="00D6455C" w:rsidRDefault="00D6455C" w:rsidP="004B06BE">
            <w:r>
              <w:rPr>
                <w:rFonts w:ascii="Times New Roman" w:eastAsia="Times New Roman" w:hAnsi="Times New Roman"/>
                <w:sz w:val="20"/>
              </w:rPr>
              <w:t>Section 11</w:t>
            </w:r>
          </w:p>
        </w:tc>
        <w:tc>
          <w:tcPr>
            <w:tcW w:w="2384" w:type="dxa"/>
          </w:tcPr>
          <w:p w14:paraId="68384A84" w14:textId="77777777" w:rsidR="00D6455C" w:rsidRDefault="00D6455C" w:rsidP="004B06BE">
            <w:r>
              <w:rPr>
                <w:rFonts w:ascii="Times New Roman" w:eastAsia="Times New Roman" w:hAnsi="Times New Roman"/>
                <w:sz w:val="20"/>
              </w:rPr>
              <w:t>Actions</w:t>
            </w:r>
          </w:p>
        </w:tc>
        <w:tc>
          <w:tcPr>
            <w:tcW w:w="2244" w:type="dxa"/>
          </w:tcPr>
          <w:p w14:paraId="528F9F11" w14:textId="77777777" w:rsidR="00D6455C" w:rsidRDefault="00D6455C" w:rsidP="004B06BE">
            <w:r>
              <w:rPr>
                <w:rFonts w:ascii="Times New Roman" w:eastAsia="Times New Roman" w:hAnsi="Times New Roman"/>
                <w:sz w:val="20"/>
              </w:rPr>
              <w:t>7</w:t>
            </w:r>
          </w:p>
        </w:tc>
      </w:tr>
      <w:tr w:rsidR="00D6455C" w14:paraId="18305F7F" w14:textId="77777777" w:rsidTr="00405B07">
        <w:tc>
          <w:tcPr>
            <w:tcW w:w="3325" w:type="dxa"/>
          </w:tcPr>
          <w:p w14:paraId="34637677" w14:textId="77777777" w:rsidR="00D6455C" w:rsidRDefault="00D6455C" w:rsidP="004B06BE">
            <w:r>
              <w:rPr>
                <w:rFonts w:ascii="Times New Roman" w:eastAsia="Times New Roman" w:hAnsi="Times New Roman"/>
                <w:sz w:val="20"/>
              </w:rPr>
              <w:t>Article VI. MEETINGS OF BOARD</w:t>
            </w:r>
          </w:p>
        </w:tc>
        <w:tc>
          <w:tcPr>
            <w:tcW w:w="1397" w:type="dxa"/>
          </w:tcPr>
          <w:p w14:paraId="66C47072" w14:textId="77777777" w:rsidR="00D6455C" w:rsidRDefault="00D6455C" w:rsidP="004B06BE">
            <w:r>
              <w:rPr>
                <w:rFonts w:ascii="Times New Roman" w:eastAsia="Times New Roman" w:hAnsi="Times New Roman"/>
                <w:sz w:val="20"/>
              </w:rPr>
              <w:t>Section 1</w:t>
            </w:r>
          </w:p>
        </w:tc>
        <w:tc>
          <w:tcPr>
            <w:tcW w:w="2384" w:type="dxa"/>
          </w:tcPr>
          <w:p w14:paraId="191AAE9E" w14:textId="77777777" w:rsidR="00D6455C" w:rsidRDefault="00D6455C" w:rsidP="004B06BE">
            <w:r>
              <w:rPr>
                <w:rFonts w:ascii="Times New Roman" w:eastAsia="Times New Roman" w:hAnsi="Times New Roman"/>
                <w:sz w:val="20"/>
              </w:rPr>
              <w:t>Annual and Regular Meetings</w:t>
            </w:r>
          </w:p>
        </w:tc>
        <w:tc>
          <w:tcPr>
            <w:tcW w:w="2244" w:type="dxa"/>
          </w:tcPr>
          <w:p w14:paraId="2FA997C6" w14:textId="77777777" w:rsidR="00D6455C" w:rsidRDefault="00D6455C" w:rsidP="004B06BE">
            <w:r>
              <w:rPr>
                <w:rFonts w:ascii="Times New Roman" w:eastAsia="Times New Roman" w:hAnsi="Times New Roman"/>
                <w:sz w:val="20"/>
              </w:rPr>
              <w:t>7</w:t>
            </w:r>
          </w:p>
        </w:tc>
      </w:tr>
      <w:tr w:rsidR="00D6455C" w14:paraId="4551C5F9" w14:textId="77777777" w:rsidTr="00405B07">
        <w:tc>
          <w:tcPr>
            <w:tcW w:w="3325" w:type="dxa"/>
          </w:tcPr>
          <w:p w14:paraId="12CC5971" w14:textId="77777777" w:rsidR="00D6455C" w:rsidRDefault="00D6455C" w:rsidP="004B06BE">
            <w:r>
              <w:rPr>
                <w:rFonts w:ascii="Times New Roman" w:eastAsia="Times New Roman" w:hAnsi="Times New Roman"/>
                <w:sz w:val="20"/>
              </w:rPr>
              <w:t>Article VI. MEETINGS OF BOARD</w:t>
            </w:r>
          </w:p>
        </w:tc>
        <w:tc>
          <w:tcPr>
            <w:tcW w:w="1397" w:type="dxa"/>
          </w:tcPr>
          <w:p w14:paraId="448FF069" w14:textId="77777777" w:rsidR="00D6455C" w:rsidRDefault="00D6455C" w:rsidP="004B06BE">
            <w:r>
              <w:rPr>
                <w:rFonts w:ascii="Times New Roman" w:eastAsia="Times New Roman" w:hAnsi="Times New Roman"/>
                <w:sz w:val="20"/>
              </w:rPr>
              <w:t>Section 2</w:t>
            </w:r>
          </w:p>
        </w:tc>
        <w:tc>
          <w:tcPr>
            <w:tcW w:w="2384" w:type="dxa"/>
          </w:tcPr>
          <w:p w14:paraId="6106B400" w14:textId="77777777" w:rsidR="00D6455C" w:rsidRDefault="00D6455C" w:rsidP="004B06BE">
            <w:r>
              <w:rPr>
                <w:rFonts w:ascii="Times New Roman" w:eastAsia="Times New Roman" w:hAnsi="Times New Roman"/>
                <w:sz w:val="20"/>
              </w:rPr>
              <w:t>Special Meetings</w:t>
            </w:r>
          </w:p>
        </w:tc>
        <w:tc>
          <w:tcPr>
            <w:tcW w:w="2244" w:type="dxa"/>
          </w:tcPr>
          <w:p w14:paraId="59344541" w14:textId="77777777" w:rsidR="00D6455C" w:rsidRDefault="00D6455C" w:rsidP="004B06BE">
            <w:r>
              <w:rPr>
                <w:rFonts w:ascii="Times New Roman" w:eastAsia="Times New Roman" w:hAnsi="Times New Roman"/>
                <w:sz w:val="20"/>
              </w:rPr>
              <w:t>7</w:t>
            </w:r>
          </w:p>
        </w:tc>
      </w:tr>
      <w:tr w:rsidR="00D6455C" w14:paraId="502B7B6C" w14:textId="77777777" w:rsidTr="00405B07">
        <w:tc>
          <w:tcPr>
            <w:tcW w:w="3325" w:type="dxa"/>
          </w:tcPr>
          <w:p w14:paraId="6D24C8DB" w14:textId="77777777" w:rsidR="00D6455C" w:rsidRDefault="00D6455C" w:rsidP="004B06BE">
            <w:r>
              <w:rPr>
                <w:rFonts w:ascii="Times New Roman" w:eastAsia="Times New Roman" w:hAnsi="Times New Roman"/>
                <w:sz w:val="20"/>
              </w:rPr>
              <w:t>Article VI. MEETINGS OF BOARD</w:t>
            </w:r>
          </w:p>
        </w:tc>
        <w:tc>
          <w:tcPr>
            <w:tcW w:w="1397" w:type="dxa"/>
          </w:tcPr>
          <w:p w14:paraId="373A6CE0" w14:textId="77777777" w:rsidR="00D6455C" w:rsidRDefault="00D6455C" w:rsidP="004B06BE">
            <w:r>
              <w:rPr>
                <w:rFonts w:ascii="Times New Roman" w:eastAsia="Times New Roman" w:hAnsi="Times New Roman"/>
                <w:sz w:val="20"/>
              </w:rPr>
              <w:t>Section 3</w:t>
            </w:r>
          </w:p>
        </w:tc>
        <w:tc>
          <w:tcPr>
            <w:tcW w:w="2384" w:type="dxa"/>
          </w:tcPr>
          <w:p w14:paraId="576F95D4" w14:textId="77777777" w:rsidR="00D6455C" w:rsidRDefault="00D6455C" w:rsidP="004B06BE">
            <w:r>
              <w:rPr>
                <w:rFonts w:ascii="Times New Roman" w:eastAsia="Times New Roman" w:hAnsi="Times New Roman"/>
                <w:sz w:val="20"/>
              </w:rPr>
              <w:t>Notice of Meetings</w:t>
            </w:r>
          </w:p>
        </w:tc>
        <w:tc>
          <w:tcPr>
            <w:tcW w:w="2244" w:type="dxa"/>
          </w:tcPr>
          <w:p w14:paraId="6ED3D8A7" w14:textId="77777777" w:rsidR="00D6455C" w:rsidRDefault="00D6455C" w:rsidP="004B06BE">
            <w:r>
              <w:rPr>
                <w:rFonts w:ascii="Times New Roman" w:eastAsia="Times New Roman" w:hAnsi="Times New Roman"/>
                <w:sz w:val="20"/>
              </w:rPr>
              <w:t>7</w:t>
            </w:r>
          </w:p>
        </w:tc>
      </w:tr>
      <w:tr w:rsidR="00D6455C" w14:paraId="659EFF20" w14:textId="77777777" w:rsidTr="00405B07">
        <w:tc>
          <w:tcPr>
            <w:tcW w:w="3325" w:type="dxa"/>
          </w:tcPr>
          <w:p w14:paraId="2F2AC8B5" w14:textId="77777777" w:rsidR="00D6455C" w:rsidRDefault="00D6455C" w:rsidP="004B06BE">
            <w:r>
              <w:rPr>
                <w:rFonts w:ascii="Times New Roman" w:eastAsia="Times New Roman" w:hAnsi="Times New Roman"/>
                <w:sz w:val="20"/>
              </w:rPr>
              <w:lastRenderedPageBreak/>
              <w:t>Article VI. MEETINGS OF BOARD</w:t>
            </w:r>
          </w:p>
        </w:tc>
        <w:tc>
          <w:tcPr>
            <w:tcW w:w="1397" w:type="dxa"/>
          </w:tcPr>
          <w:p w14:paraId="1762A5DE" w14:textId="77777777" w:rsidR="00D6455C" w:rsidRDefault="00D6455C" w:rsidP="004B06BE">
            <w:r>
              <w:rPr>
                <w:rFonts w:ascii="Times New Roman" w:eastAsia="Times New Roman" w:hAnsi="Times New Roman"/>
                <w:sz w:val="20"/>
              </w:rPr>
              <w:t>Section 4</w:t>
            </w:r>
          </w:p>
        </w:tc>
        <w:tc>
          <w:tcPr>
            <w:tcW w:w="2384" w:type="dxa"/>
          </w:tcPr>
          <w:p w14:paraId="3E81EE85" w14:textId="77777777" w:rsidR="00D6455C" w:rsidRDefault="00D6455C" w:rsidP="004B06BE">
            <w:r>
              <w:rPr>
                <w:rFonts w:ascii="Times New Roman" w:eastAsia="Times New Roman" w:hAnsi="Times New Roman"/>
                <w:sz w:val="20"/>
              </w:rPr>
              <w:t>Quorum</w:t>
            </w:r>
          </w:p>
        </w:tc>
        <w:tc>
          <w:tcPr>
            <w:tcW w:w="2244" w:type="dxa"/>
          </w:tcPr>
          <w:p w14:paraId="19A838FD" w14:textId="77777777" w:rsidR="00D6455C" w:rsidRDefault="00D6455C" w:rsidP="004B06BE">
            <w:r>
              <w:rPr>
                <w:rFonts w:ascii="Times New Roman" w:eastAsia="Times New Roman" w:hAnsi="Times New Roman"/>
                <w:sz w:val="20"/>
              </w:rPr>
              <w:t>7</w:t>
            </w:r>
          </w:p>
        </w:tc>
      </w:tr>
      <w:tr w:rsidR="00D6455C" w14:paraId="5DF78F3C" w14:textId="77777777" w:rsidTr="00405B07">
        <w:tc>
          <w:tcPr>
            <w:tcW w:w="3325" w:type="dxa"/>
          </w:tcPr>
          <w:p w14:paraId="1FAE57D4" w14:textId="77777777" w:rsidR="00D6455C" w:rsidRDefault="00D6455C" w:rsidP="004B06BE">
            <w:r>
              <w:rPr>
                <w:rFonts w:ascii="Times New Roman" w:eastAsia="Times New Roman" w:hAnsi="Times New Roman"/>
                <w:sz w:val="20"/>
              </w:rPr>
              <w:t>Article VI. MEETINGS OF BOARD</w:t>
            </w:r>
          </w:p>
        </w:tc>
        <w:tc>
          <w:tcPr>
            <w:tcW w:w="1397" w:type="dxa"/>
          </w:tcPr>
          <w:p w14:paraId="7E6C1463" w14:textId="77777777" w:rsidR="00D6455C" w:rsidRDefault="00D6455C" w:rsidP="004B06BE">
            <w:r>
              <w:rPr>
                <w:rFonts w:ascii="Times New Roman" w:eastAsia="Times New Roman" w:hAnsi="Times New Roman"/>
                <w:sz w:val="20"/>
              </w:rPr>
              <w:t>Section 5</w:t>
            </w:r>
          </w:p>
        </w:tc>
        <w:tc>
          <w:tcPr>
            <w:tcW w:w="2384" w:type="dxa"/>
          </w:tcPr>
          <w:p w14:paraId="135718E5" w14:textId="77777777" w:rsidR="00D6455C" w:rsidRDefault="00D6455C" w:rsidP="004B06BE">
            <w:r>
              <w:rPr>
                <w:rFonts w:ascii="Times New Roman" w:eastAsia="Times New Roman" w:hAnsi="Times New Roman"/>
                <w:sz w:val="20"/>
              </w:rPr>
              <w:t>Manner of Acting</w:t>
            </w:r>
          </w:p>
        </w:tc>
        <w:tc>
          <w:tcPr>
            <w:tcW w:w="2244" w:type="dxa"/>
          </w:tcPr>
          <w:p w14:paraId="0F62D7A5" w14:textId="77777777" w:rsidR="00D6455C" w:rsidRDefault="00D6455C" w:rsidP="004B06BE">
            <w:r>
              <w:rPr>
                <w:rFonts w:ascii="Times New Roman" w:eastAsia="Times New Roman" w:hAnsi="Times New Roman"/>
                <w:sz w:val="20"/>
              </w:rPr>
              <w:t>8</w:t>
            </w:r>
          </w:p>
        </w:tc>
      </w:tr>
      <w:tr w:rsidR="00D6455C" w14:paraId="43CA7C6C" w14:textId="77777777" w:rsidTr="00405B07">
        <w:tc>
          <w:tcPr>
            <w:tcW w:w="3325" w:type="dxa"/>
          </w:tcPr>
          <w:p w14:paraId="7D3ED6C5" w14:textId="77777777" w:rsidR="00D6455C" w:rsidRDefault="00D6455C" w:rsidP="004B06BE">
            <w:r>
              <w:rPr>
                <w:rFonts w:ascii="Times New Roman" w:eastAsia="Times New Roman" w:hAnsi="Times New Roman"/>
                <w:sz w:val="20"/>
              </w:rPr>
              <w:t>Article VI. MEETINGS OF BOARD</w:t>
            </w:r>
          </w:p>
        </w:tc>
        <w:tc>
          <w:tcPr>
            <w:tcW w:w="1397" w:type="dxa"/>
          </w:tcPr>
          <w:p w14:paraId="6EC24BEF" w14:textId="77777777" w:rsidR="00D6455C" w:rsidRDefault="00D6455C" w:rsidP="004B06BE">
            <w:r>
              <w:rPr>
                <w:rFonts w:ascii="Times New Roman" w:eastAsia="Times New Roman" w:hAnsi="Times New Roman"/>
                <w:sz w:val="20"/>
              </w:rPr>
              <w:t>Section 6</w:t>
            </w:r>
          </w:p>
        </w:tc>
        <w:tc>
          <w:tcPr>
            <w:tcW w:w="2384" w:type="dxa"/>
          </w:tcPr>
          <w:p w14:paraId="2EE80025" w14:textId="77777777" w:rsidR="00D6455C" w:rsidRDefault="00D6455C" w:rsidP="004B06BE">
            <w:r>
              <w:rPr>
                <w:rFonts w:ascii="Times New Roman" w:eastAsia="Times New Roman" w:hAnsi="Times New Roman"/>
                <w:sz w:val="20"/>
              </w:rPr>
              <w:t>Presumption of Assent</w:t>
            </w:r>
          </w:p>
        </w:tc>
        <w:tc>
          <w:tcPr>
            <w:tcW w:w="2244" w:type="dxa"/>
          </w:tcPr>
          <w:p w14:paraId="155A49B6" w14:textId="77777777" w:rsidR="00D6455C" w:rsidRDefault="00D6455C" w:rsidP="004B06BE">
            <w:r>
              <w:rPr>
                <w:rFonts w:ascii="Times New Roman" w:eastAsia="Times New Roman" w:hAnsi="Times New Roman"/>
                <w:sz w:val="20"/>
              </w:rPr>
              <w:t>8</w:t>
            </w:r>
          </w:p>
        </w:tc>
      </w:tr>
      <w:tr w:rsidR="00D6455C" w14:paraId="44881362" w14:textId="77777777" w:rsidTr="00405B07">
        <w:tc>
          <w:tcPr>
            <w:tcW w:w="3325" w:type="dxa"/>
          </w:tcPr>
          <w:p w14:paraId="4A1402A4" w14:textId="77777777" w:rsidR="00D6455C" w:rsidRDefault="00D6455C" w:rsidP="004B06BE">
            <w:r>
              <w:rPr>
                <w:rFonts w:ascii="Times New Roman" w:eastAsia="Times New Roman" w:hAnsi="Times New Roman"/>
                <w:sz w:val="20"/>
              </w:rPr>
              <w:t>Article VI. MEETINGS OF BOARD</w:t>
            </w:r>
          </w:p>
        </w:tc>
        <w:tc>
          <w:tcPr>
            <w:tcW w:w="1397" w:type="dxa"/>
          </w:tcPr>
          <w:p w14:paraId="7CB62B63" w14:textId="77777777" w:rsidR="00D6455C" w:rsidRDefault="00D6455C" w:rsidP="004B06BE">
            <w:r>
              <w:rPr>
                <w:rFonts w:ascii="Times New Roman" w:eastAsia="Times New Roman" w:hAnsi="Times New Roman"/>
                <w:sz w:val="20"/>
              </w:rPr>
              <w:t>Section 7</w:t>
            </w:r>
          </w:p>
        </w:tc>
        <w:tc>
          <w:tcPr>
            <w:tcW w:w="2384" w:type="dxa"/>
          </w:tcPr>
          <w:p w14:paraId="73AB5EB0" w14:textId="77777777" w:rsidR="00D6455C" w:rsidRDefault="00D6455C" w:rsidP="004B06BE">
            <w:r>
              <w:rPr>
                <w:rFonts w:ascii="Times New Roman" w:eastAsia="Times New Roman" w:hAnsi="Times New Roman"/>
                <w:sz w:val="20"/>
              </w:rPr>
              <w:t>Action Without Meeting</w:t>
            </w:r>
          </w:p>
        </w:tc>
        <w:tc>
          <w:tcPr>
            <w:tcW w:w="2244" w:type="dxa"/>
          </w:tcPr>
          <w:p w14:paraId="105C6B2B" w14:textId="77777777" w:rsidR="00D6455C" w:rsidRDefault="00D6455C" w:rsidP="004B06BE">
            <w:r>
              <w:rPr>
                <w:rFonts w:ascii="Times New Roman" w:eastAsia="Times New Roman" w:hAnsi="Times New Roman"/>
                <w:sz w:val="20"/>
              </w:rPr>
              <w:t>8</w:t>
            </w:r>
          </w:p>
        </w:tc>
      </w:tr>
      <w:tr w:rsidR="00D6455C" w14:paraId="05C56D11" w14:textId="77777777" w:rsidTr="00405B07">
        <w:tc>
          <w:tcPr>
            <w:tcW w:w="3325" w:type="dxa"/>
          </w:tcPr>
          <w:p w14:paraId="335C6A5F" w14:textId="77777777" w:rsidR="00D6455C" w:rsidRDefault="00D6455C" w:rsidP="004B06BE">
            <w:r>
              <w:rPr>
                <w:rFonts w:ascii="Times New Roman" w:eastAsia="Times New Roman" w:hAnsi="Times New Roman"/>
                <w:sz w:val="20"/>
              </w:rPr>
              <w:t>Article VI. MEETINGS OF BOARD</w:t>
            </w:r>
          </w:p>
        </w:tc>
        <w:tc>
          <w:tcPr>
            <w:tcW w:w="1397" w:type="dxa"/>
          </w:tcPr>
          <w:p w14:paraId="7B699B32" w14:textId="77777777" w:rsidR="00D6455C" w:rsidRDefault="00D6455C" w:rsidP="004B06BE">
            <w:r>
              <w:rPr>
                <w:rFonts w:ascii="Times New Roman" w:eastAsia="Times New Roman" w:hAnsi="Times New Roman"/>
                <w:sz w:val="20"/>
              </w:rPr>
              <w:t>Section 8</w:t>
            </w:r>
          </w:p>
        </w:tc>
        <w:tc>
          <w:tcPr>
            <w:tcW w:w="2384" w:type="dxa"/>
          </w:tcPr>
          <w:p w14:paraId="1D73C175" w14:textId="77777777" w:rsidR="00D6455C" w:rsidRDefault="00D6455C" w:rsidP="004B06BE">
            <w:r>
              <w:rPr>
                <w:rFonts w:ascii="Times New Roman" w:eastAsia="Times New Roman" w:hAnsi="Times New Roman"/>
                <w:sz w:val="20"/>
              </w:rPr>
              <w:t>Meeting by Communications Device</w:t>
            </w:r>
          </w:p>
        </w:tc>
        <w:tc>
          <w:tcPr>
            <w:tcW w:w="2244" w:type="dxa"/>
          </w:tcPr>
          <w:p w14:paraId="7CD15561" w14:textId="77777777" w:rsidR="00D6455C" w:rsidRDefault="00D6455C" w:rsidP="004B06BE">
            <w:r>
              <w:rPr>
                <w:rFonts w:ascii="Times New Roman" w:eastAsia="Times New Roman" w:hAnsi="Times New Roman"/>
                <w:sz w:val="20"/>
              </w:rPr>
              <w:t>8</w:t>
            </w:r>
          </w:p>
        </w:tc>
      </w:tr>
      <w:tr w:rsidR="00D6455C" w14:paraId="2FC7C861" w14:textId="77777777" w:rsidTr="00405B07">
        <w:tc>
          <w:tcPr>
            <w:tcW w:w="3325" w:type="dxa"/>
          </w:tcPr>
          <w:p w14:paraId="01F5DE5A" w14:textId="77777777" w:rsidR="00D6455C" w:rsidRDefault="00D6455C" w:rsidP="004B06BE">
            <w:r>
              <w:rPr>
                <w:rFonts w:ascii="Times New Roman" w:eastAsia="Times New Roman" w:hAnsi="Times New Roman"/>
                <w:sz w:val="20"/>
              </w:rPr>
              <w:t>Article VII. BOARD COMMITTEES</w:t>
            </w:r>
          </w:p>
        </w:tc>
        <w:tc>
          <w:tcPr>
            <w:tcW w:w="1397" w:type="dxa"/>
          </w:tcPr>
          <w:p w14:paraId="505FC683" w14:textId="77777777" w:rsidR="00D6455C" w:rsidRDefault="00D6455C" w:rsidP="004B06BE">
            <w:r>
              <w:rPr>
                <w:rFonts w:ascii="Times New Roman" w:eastAsia="Times New Roman" w:hAnsi="Times New Roman"/>
                <w:sz w:val="20"/>
              </w:rPr>
              <w:t>Section 1</w:t>
            </w:r>
          </w:p>
        </w:tc>
        <w:tc>
          <w:tcPr>
            <w:tcW w:w="2384" w:type="dxa"/>
          </w:tcPr>
          <w:p w14:paraId="054F62B1" w14:textId="77777777" w:rsidR="00D6455C" w:rsidRDefault="00D6455C" w:rsidP="004B06BE">
            <w:r>
              <w:rPr>
                <w:rFonts w:ascii="Times New Roman" w:eastAsia="Times New Roman" w:hAnsi="Times New Roman"/>
                <w:sz w:val="20"/>
              </w:rPr>
              <w:t>Standing Committees</w:t>
            </w:r>
          </w:p>
        </w:tc>
        <w:tc>
          <w:tcPr>
            <w:tcW w:w="2244" w:type="dxa"/>
          </w:tcPr>
          <w:p w14:paraId="5189D546" w14:textId="77777777" w:rsidR="00D6455C" w:rsidRDefault="00D6455C" w:rsidP="004B06BE">
            <w:r>
              <w:rPr>
                <w:rFonts w:ascii="Times New Roman" w:eastAsia="Times New Roman" w:hAnsi="Times New Roman"/>
                <w:sz w:val="20"/>
              </w:rPr>
              <w:t>8</w:t>
            </w:r>
          </w:p>
        </w:tc>
      </w:tr>
      <w:tr w:rsidR="00D6455C" w14:paraId="565C69C4" w14:textId="77777777" w:rsidTr="00405B07">
        <w:tc>
          <w:tcPr>
            <w:tcW w:w="3325" w:type="dxa"/>
          </w:tcPr>
          <w:p w14:paraId="1E5F04F0" w14:textId="77777777" w:rsidR="00D6455C" w:rsidRDefault="00D6455C" w:rsidP="004B06BE">
            <w:r>
              <w:rPr>
                <w:rFonts w:ascii="Times New Roman" w:eastAsia="Times New Roman" w:hAnsi="Times New Roman"/>
                <w:sz w:val="20"/>
              </w:rPr>
              <w:t>Article VII. BOARD COMMITTEES</w:t>
            </w:r>
          </w:p>
        </w:tc>
        <w:tc>
          <w:tcPr>
            <w:tcW w:w="1397" w:type="dxa"/>
          </w:tcPr>
          <w:p w14:paraId="3E4D1A8B" w14:textId="77777777" w:rsidR="00D6455C" w:rsidRDefault="00D6455C" w:rsidP="004B06BE">
            <w:r>
              <w:rPr>
                <w:rFonts w:ascii="Times New Roman" w:eastAsia="Times New Roman" w:hAnsi="Times New Roman"/>
                <w:sz w:val="20"/>
              </w:rPr>
              <w:t>Section 2</w:t>
            </w:r>
          </w:p>
        </w:tc>
        <w:tc>
          <w:tcPr>
            <w:tcW w:w="2384" w:type="dxa"/>
          </w:tcPr>
          <w:p w14:paraId="2F00188B" w14:textId="77777777" w:rsidR="00D6455C" w:rsidRDefault="00D6455C" w:rsidP="004B06BE">
            <w:r>
              <w:rPr>
                <w:rFonts w:ascii="Times New Roman" w:eastAsia="Times New Roman" w:hAnsi="Times New Roman"/>
                <w:sz w:val="20"/>
              </w:rPr>
              <w:t>Authority</w:t>
            </w:r>
          </w:p>
        </w:tc>
        <w:tc>
          <w:tcPr>
            <w:tcW w:w="2244" w:type="dxa"/>
          </w:tcPr>
          <w:p w14:paraId="31BA625D" w14:textId="77777777" w:rsidR="00D6455C" w:rsidRDefault="00D6455C" w:rsidP="004B06BE">
            <w:r>
              <w:rPr>
                <w:rFonts w:ascii="Times New Roman" w:eastAsia="Times New Roman" w:hAnsi="Times New Roman"/>
                <w:sz w:val="20"/>
              </w:rPr>
              <w:t>8</w:t>
            </w:r>
          </w:p>
        </w:tc>
      </w:tr>
      <w:tr w:rsidR="00D6455C" w14:paraId="318F1E75" w14:textId="77777777" w:rsidTr="00405B07">
        <w:tc>
          <w:tcPr>
            <w:tcW w:w="3325" w:type="dxa"/>
          </w:tcPr>
          <w:p w14:paraId="32527831" w14:textId="77777777" w:rsidR="00D6455C" w:rsidRDefault="00D6455C" w:rsidP="004B06BE">
            <w:r>
              <w:rPr>
                <w:rFonts w:ascii="Times New Roman" w:eastAsia="Times New Roman" w:hAnsi="Times New Roman"/>
                <w:sz w:val="20"/>
              </w:rPr>
              <w:t>Article VII. BOARD COMMITTEES</w:t>
            </w:r>
          </w:p>
        </w:tc>
        <w:tc>
          <w:tcPr>
            <w:tcW w:w="1397" w:type="dxa"/>
          </w:tcPr>
          <w:p w14:paraId="20D9D089" w14:textId="77777777" w:rsidR="00D6455C" w:rsidRDefault="00D6455C" w:rsidP="004B06BE">
            <w:r>
              <w:rPr>
                <w:rFonts w:ascii="Times New Roman" w:eastAsia="Times New Roman" w:hAnsi="Times New Roman"/>
                <w:sz w:val="20"/>
              </w:rPr>
              <w:t>Section 3</w:t>
            </w:r>
          </w:p>
        </w:tc>
        <w:tc>
          <w:tcPr>
            <w:tcW w:w="2384" w:type="dxa"/>
          </w:tcPr>
          <w:p w14:paraId="5F21DE5A" w14:textId="77777777" w:rsidR="00D6455C" w:rsidRDefault="00D6455C" w:rsidP="004B06BE">
            <w:r>
              <w:rPr>
                <w:rFonts w:ascii="Times New Roman" w:eastAsia="Times New Roman" w:hAnsi="Times New Roman"/>
                <w:sz w:val="20"/>
              </w:rPr>
              <w:t>Appeals Committee</w:t>
            </w:r>
          </w:p>
        </w:tc>
        <w:tc>
          <w:tcPr>
            <w:tcW w:w="2244" w:type="dxa"/>
          </w:tcPr>
          <w:p w14:paraId="315C0095" w14:textId="77777777" w:rsidR="00D6455C" w:rsidRDefault="00D6455C" w:rsidP="004B06BE">
            <w:r>
              <w:rPr>
                <w:rFonts w:ascii="Times New Roman" w:eastAsia="Times New Roman" w:hAnsi="Times New Roman"/>
                <w:sz w:val="20"/>
              </w:rPr>
              <w:t>8</w:t>
            </w:r>
          </w:p>
        </w:tc>
      </w:tr>
      <w:tr w:rsidR="00D6455C" w14:paraId="108E69D7" w14:textId="77777777" w:rsidTr="00405B07">
        <w:tc>
          <w:tcPr>
            <w:tcW w:w="3325" w:type="dxa"/>
          </w:tcPr>
          <w:p w14:paraId="5A904F89" w14:textId="77777777" w:rsidR="00D6455C" w:rsidRDefault="00D6455C" w:rsidP="004B06BE">
            <w:r>
              <w:rPr>
                <w:rFonts w:ascii="Times New Roman" w:eastAsia="Times New Roman" w:hAnsi="Times New Roman"/>
                <w:sz w:val="20"/>
              </w:rPr>
              <w:t>Article VII. BOARD COMMITTEES</w:t>
            </w:r>
          </w:p>
        </w:tc>
        <w:tc>
          <w:tcPr>
            <w:tcW w:w="1397" w:type="dxa"/>
          </w:tcPr>
          <w:p w14:paraId="6D481D39" w14:textId="77777777" w:rsidR="00D6455C" w:rsidRDefault="00D6455C" w:rsidP="004B06BE">
            <w:r>
              <w:rPr>
                <w:rFonts w:ascii="Times New Roman" w:eastAsia="Times New Roman" w:hAnsi="Times New Roman"/>
                <w:sz w:val="20"/>
              </w:rPr>
              <w:t>Section 4</w:t>
            </w:r>
          </w:p>
        </w:tc>
        <w:tc>
          <w:tcPr>
            <w:tcW w:w="2384" w:type="dxa"/>
          </w:tcPr>
          <w:p w14:paraId="0296077A" w14:textId="77777777" w:rsidR="00D6455C" w:rsidRDefault="00D6455C" w:rsidP="004B06BE">
            <w:r>
              <w:rPr>
                <w:rFonts w:ascii="Times New Roman" w:eastAsia="Times New Roman" w:hAnsi="Times New Roman"/>
                <w:sz w:val="20"/>
              </w:rPr>
              <w:t>Finance Committee</w:t>
            </w:r>
          </w:p>
        </w:tc>
        <w:tc>
          <w:tcPr>
            <w:tcW w:w="2244" w:type="dxa"/>
          </w:tcPr>
          <w:p w14:paraId="50A978DC" w14:textId="77777777" w:rsidR="00D6455C" w:rsidRDefault="00D6455C" w:rsidP="004B06BE">
            <w:r>
              <w:rPr>
                <w:rFonts w:ascii="Times New Roman" w:eastAsia="Times New Roman" w:hAnsi="Times New Roman"/>
                <w:sz w:val="20"/>
              </w:rPr>
              <w:t>8</w:t>
            </w:r>
          </w:p>
        </w:tc>
      </w:tr>
      <w:tr w:rsidR="00D6455C" w14:paraId="67B19BCB" w14:textId="77777777" w:rsidTr="00405B07">
        <w:tc>
          <w:tcPr>
            <w:tcW w:w="3325" w:type="dxa"/>
          </w:tcPr>
          <w:p w14:paraId="427F2663" w14:textId="77777777" w:rsidR="00D6455C" w:rsidRDefault="00D6455C" w:rsidP="004B06BE">
            <w:r>
              <w:rPr>
                <w:rFonts w:ascii="Times New Roman" w:eastAsia="Times New Roman" w:hAnsi="Times New Roman"/>
                <w:sz w:val="20"/>
              </w:rPr>
              <w:t>Article VII. BOARD COMMITTEES</w:t>
            </w:r>
          </w:p>
        </w:tc>
        <w:tc>
          <w:tcPr>
            <w:tcW w:w="1397" w:type="dxa"/>
          </w:tcPr>
          <w:p w14:paraId="22F0702B" w14:textId="77777777" w:rsidR="00D6455C" w:rsidRDefault="00D6455C" w:rsidP="004B06BE">
            <w:r>
              <w:rPr>
                <w:rFonts w:ascii="Times New Roman" w:eastAsia="Times New Roman" w:hAnsi="Times New Roman"/>
                <w:sz w:val="20"/>
              </w:rPr>
              <w:t>Section 5</w:t>
            </w:r>
          </w:p>
        </w:tc>
        <w:tc>
          <w:tcPr>
            <w:tcW w:w="2384" w:type="dxa"/>
          </w:tcPr>
          <w:p w14:paraId="7D0BF10B" w14:textId="77777777" w:rsidR="00D6455C" w:rsidRDefault="00D6455C" w:rsidP="004B06BE">
            <w:r>
              <w:rPr>
                <w:rFonts w:ascii="Times New Roman" w:eastAsia="Times New Roman" w:hAnsi="Times New Roman"/>
                <w:sz w:val="20"/>
              </w:rPr>
              <w:t>Compensation Committee</w:t>
            </w:r>
          </w:p>
        </w:tc>
        <w:tc>
          <w:tcPr>
            <w:tcW w:w="2244" w:type="dxa"/>
          </w:tcPr>
          <w:p w14:paraId="4E2B2184" w14:textId="77777777" w:rsidR="00D6455C" w:rsidRDefault="00D6455C" w:rsidP="004B06BE">
            <w:r>
              <w:rPr>
                <w:rFonts w:ascii="Times New Roman" w:eastAsia="Times New Roman" w:hAnsi="Times New Roman"/>
                <w:sz w:val="20"/>
              </w:rPr>
              <w:t>9</w:t>
            </w:r>
          </w:p>
        </w:tc>
      </w:tr>
      <w:tr w:rsidR="00D6455C" w14:paraId="766896AE" w14:textId="77777777" w:rsidTr="00405B07">
        <w:tc>
          <w:tcPr>
            <w:tcW w:w="3325" w:type="dxa"/>
          </w:tcPr>
          <w:p w14:paraId="23B2A898" w14:textId="77777777" w:rsidR="00D6455C" w:rsidRDefault="00D6455C" w:rsidP="004B06BE">
            <w:r>
              <w:rPr>
                <w:rFonts w:ascii="Times New Roman" w:eastAsia="Times New Roman" w:hAnsi="Times New Roman"/>
                <w:sz w:val="20"/>
              </w:rPr>
              <w:t>Article VII. BOARD COMMITTEES</w:t>
            </w:r>
          </w:p>
        </w:tc>
        <w:tc>
          <w:tcPr>
            <w:tcW w:w="1397" w:type="dxa"/>
          </w:tcPr>
          <w:p w14:paraId="17FA8DA3" w14:textId="77777777" w:rsidR="00D6455C" w:rsidRDefault="00D6455C" w:rsidP="004B06BE">
            <w:r>
              <w:rPr>
                <w:rFonts w:ascii="Times New Roman" w:eastAsia="Times New Roman" w:hAnsi="Times New Roman"/>
                <w:sz w:val="20"/>
              </w:rPr>
              <w:t>Section 6</w:t>
            </w:r>
          </w:p>
        </w:tc>
        <w:tc>
          <w:tcPr>
            <w:tcW w:w="2384" w:type="dxa"/>
          </w:tcPr>
          <w:p w14:paraId="02186575" w14:textId="77777777" w:rsidR="00D6455C" w:rsidRDefault="00D6455C" w:rsidP="004B06BE">
            <w:r>
              <w:rPr>
                <w:rFonts w:ascii="Times New Roman" w:eastAsia="Times New Roman" w:hAnsi="Times New Roman"/>
                <w:sz w:val="20"/>
              </w:rPr>
              <w:t>Removal and Vacancies</w:t>
            </w:r>
          </w:p>
        </w:tc>
        <w:tc>
          <w:tcPr>
            <w:tcW w:w="2244" w:type="dxa"/>
          </w:tcPr>
          <w:p w14:paraId="7CF8F8AA" w14:textId="77777777" w:rsidR="00D6455C" w:rsidRDefault="00D6455C" w:rsidP="004B06BE">
            <w:r>
              <w:rPr>
                <w:rFonts w:ascii="Times New Roman" w:eastAsia="Times New Roman" w:hAnsi="Times New Roman"/>
                <w:sz w:val="20"/>
              </w:rPr>
              <w:t>9</w:t>
            </w:r>
          </w:p>
        </w:tc>
      </w:tr>
      <w:tr w:rsidR="00D6455C" w14:paraId="4089A2B5" w14:textId="77777777" w:rsidTr="00405B07">
        <w:tc>
          <w:tcPr>
            <w:tcW w:w="3325" w:type="dxa"/>
          </w:tcPr>
          <w:p w14:paraId="25698AF9" w14:textId="77777777" w:rsidR="00D6455C" w:rsidRDefault="00D6455C" w:rsidP="004B06BE">
            <w:r>
              <w:rPr>
                <w:rFonts w:ascii="Times New Roman" w:eastAsia="Times New Roman" w:hAnsi="Times New Roman"/>
                <w:sz w:val="20"/>
              </w:rPr>
              <w:t>Article VII. BOARD COMMITTEES</w:t>
            </w:r>
          </w:p>
        </w:tc>
        <w:tc>
          <w:tcPr>
            <w:tcW w:w="1397" w:type="dxa"/>
          </w:tcPr>
          <w:p w14:paraId="5D052C60" w14:textId="77777777" w:rsidR="00D6455C" w:rsidRDefault="00D6455C" w:rsidP="004B06BE">
            <w:r>
              <w:rPr>
                <w:rFonts w:ascii="Times New Roman" w:eastAsia="Times New Roman" w:hAnsi="Times New Roman"/>
                <w:sz w:val="20"/>
              </w:rPr>
              <w:t>Section 7</w:t>
            </w:r>
          </w:p>
        </w:tc>
        <w:tc>
          <w:tcPr>
            <w:tcW w:w="2384" w:type="dxa"/>
          </w:tcPr>
          <w:p w14:paraId="2A844860" w14:textId="77777777" w:rsidR="00D6455C" w:rsidRDefault="00D6455C" w:rsidP="004B06BE">
            <w:r>
              <w:rPr>
                <w:rFonts w:ascii="Times New Roman" w:eastAsia="Times New Roman" w:hAnsi="Times New Roman"/>
                <w:sz w:val="20"/>
              </w:rPr>
              <w:t>Meetings and Minutes</w:t>
            </w:r>
          </w:p>
        </w:tc>
        <w:tc>
          <w:tcPr>
            <w:tcW w:w="2244" w:type="dxa"/>
          </w:tcPr>
          <w:p w14:paraId="2FD95B20" w14:textId="77777777" w:rsidR="00D6455C" w:rsidRDefault="00D6455C" w:rsidP="004B06BE">
            <w:r>
              <w:rPr>
                <w:rFonts w:ascii="Times New Roman" w:eastAsia="Times New Roman" w:hAnsi="Times New Roman"/>
                <w:sz w:val="20"/>
              </w:rPr>
              <w:t>9</w:t>
            </w:r>
          </w:p>
        </w:tc>
      </w:tr>
      <w:tr w:rsidR="00D6455C" w14:paraId="16957A80" w14:textId="77777777" w:rsidTr="00405B07">
        <w:tc>
          <w:tcPr>
            <w:tcW w:w="3325" w:type="dxa"/>
          </w:tcPr>
          <w:p w14:paraId="7B33C98D" w14:textId="77777777" w:rsidR="00D6455C" w:rsidRDefault="00D6455C" w:rsidP="004B06BE">
            <w:r>
              <w:rPr>
                <w:rFonts w:ascii="Times New Roman" w:eastAsia="Times New Roman" w:hAnsi="Times New Roman"/>
                <w:sz w:val="20"/>
              </w:rPr>
              <w:t>Article VIII. SERVICE COUNCILS</w:t>
            </w:r>
          </w:p>
        </w:tc>
        <w:tc>
          <w:tcPr>
            <w:tcW w:w="1397" w:type="dxa"/>
          </w:tcPr>
          <w:p w14:paraId="0CC81139" w14:textId="77777777" w:rsidR="00D6455C" w:rsidRDefault="00D6455C" w:rsidP="004B06BE">
            <w:r>
              <w:rPr>
                <w:rFonts w:ascii="Times New Roman" w:eastAsia="Times New Roman" w:hAnsi="Times New Roman"/>
                <w:sz w:val="20"/>
              </w:rPr>
              <w:t>Section 1</w:t>
            </w:r>
          </w:p>
        </w:tc>
        <w:tc>
          <w:tcPr>
            <w:tcW w:w="2384" w:type="dxa"/>
          </w:tcPr>
          <w:p w14:paraId="724979DE" w14:textId="77777777" w:rsidR="00D6455C" w:rsidRDefault="00D6455C" w:rsidP="004B06BE">
            <w:r>
              <w:rPr>
                <w:rFonts w:ascii="Times New Roman" w:eastAsia="Times New Roman" w:hAnsi="Times New Roman"/>
                <w:sz w:val="20"/>
              </w:rPr>
              <w:t>Purpose</w:t>
            </w:r>
          </w:p>
        </w:tc>
        <w:tc>
          <w:tcPr>
            <w:tcW w:w="2244" w:type="dxa"/>
          </w:tcPr>
          <w:p w14:paraId="07D52267" w14:textId="77777777" w:rsidR="00D6455C" w:rsidRDefault="00D6455C" w:rsidP="004B06BE">
            <w:r>
              <w:rPr>
                <w:rFonts w:ascii="Times New Roman" w:eastAsia="Times New Roman" w:hAnsi="Times New Roman"/>
                <w:sz w:val="20"/>
              </w:rPr>
              <w:t>9</w:t>
            </w:r>
          </w:p>
        </w:tc>
      </w:tr>
      <w:tr w:rsidR="00D6455C" w14:paraId="779CCDE4" w14:textId="77777777" w:rsidTr="00405B07">
        <w:tc>
          <w:tcPr>
            <w:tcW w:w="3325" w:type="dxa"/>
          </w:tcPr>
          <w:p w14:paraId="7F893300" w14:textId="77777777" w:rsidR="00D6455C" w:rsidRDefault="00D6455C" w:rsidP="004B06BE">
            <w:r>
              <w:rPr>
                <w:rFonts w:ascii="Times New Roman" w:eastAsia="Times New Roman" w:hAnsi="Times New Roman"/>
                <w:sz w:val="20"/>
              </w:rPr>
              <w:t>Article VIII. SERVICE COUNCILS</w:t>
            </w:r>
          </w:p>
        </w:tc>
        <w:tc>
          <w:tcPr>
            <w:tcW w:w="1397" w:type="dxa"/>
          </w:tcPr>
          <w:p w14:paraId="4D76712C" w14:textId="77777777" w:rsidR="00D6455C" w:rsidRDefault="00D6455C" w:rsidP="004B06BE">
            <w:r>
              <w:rPr>
                <w:rFonts w:ascii="Times New Roman" w:eastAsia="Times New Roman" w:hAnsi="Times New Roman"/>
                <w:sz w:val="20"/>
              </w:rPr>
              <w:t>Section 2</w:t>
            </w:r>
          </w:p>
        </w:tc>
        <w:tc>
          <w:tcPr>
            <w:tcW w:w="2384" w:type="dxa"/>
          </w:tcPr>
          <w:p w14:paraId="53E08DA9" w14:textId="77777777" w:rsidR="00D6455C" w:rsidRDefault="00D6455C" w:rsidP="004B06BE">
            <w:r>
              <w:rPr>
                <w:rFonts w:ascii="Times New Roman" w:eastAsia="Times New Roman" w:hAnsi="Times New Roman"/>
                <w:sz w:val="20"/>
              </w:rPr>
              <w:t>Councils</w:t>
            </w:r>
          </w:p>
        </w:tc>
        <w:tc>
          <w:tcPr>
            <w:tcW w:w="2244" w:type="dxa"/>
          </w:tcPr>
          <w:p w14:paraId="68A75CB7" w14:textId="77777777" w:rsidR="00D6455C" w:rsidRDefault="00D6455C" w:rsidP="004B06BE">
            <w:r>
              <w:rPr>
                <w:rFonts w:ascii="Times New Roman" w:eastAsia="Times New Roman" w:hAnsi="Times New Roman"/>
                <w:sz w:val="20"/>
              </w:rPr>
              <w:t>9</w:t>
            </w:r>
          </w:p>
        </w:tc>
      </w:tr>
      <w:tr w:rsidR="00D6455C" w14:paraId="4BB610E5" w14:textId="77777777" w:rsidTr="00405B07">
        <w:tc>
          <w:tcPr>
            <w:tcW w:w="3325" w:type="dxa"/>
          </w:tcPr>
          <w:p w14:paraId="559395DE" w14:textId="77777777" w:rsidR="00D6455C" w:rsidRDefault="00D6455C" w:rsidP="004B06BE">
            <w:r>
              <w:rPr>
                <w:rFonts w:ascii="Times New Roman" w:eastAsia="Times New Roman" w:hAnsi="Times New Roman"/>
                <w:sz w:val="20"/>
              </w:rPr>
              <w:t>Article VIII. SERVICE COUNCILS</w:t>
            </w:r>
          </w:p>
        </w:tc>
        <w:tc>
          <w:tcPr>
            <w:tcW w:w="1397" w:type="dxa"/>
          </w:tcPr>
          <w:p w14:paraId="19E9512C" w14:textId="77777777" w:rsidR="00D6455C" w:rsidRDefault="00D6455C" w:rsidP="004B06BE">
            <w:r>
              <w:rPr>
                <w:rFonts w:ascii="Times New Roman" w:eastAsia="Times New Roman" w:hAnsi="Times New Roman"/>
                <w:sz w:val="20"/>
              </w:rPr>
              <w:t>Section 3</w:t>
            </w:r>
          </w:p>
        </w:tc>
        <w:tc>
          <w:tcPr>
            <w:tcW w:w="2384" w:type="dxa"/>
          </w:tcPr>
          <w:p w14:paraId="26DBD190" w14:textId="77777777" w:rsidR="00D6455C" w:rsidRDefault="00D6455C" w:rsidP="004B06BE">
            <w:r>
              <w:rPr>
                <w:rFonts w:ascii="Times New Roman" w:eastAsia="Times New Roman" w:hAnsi="Times New Roman"/>
                <w:sz w:val="20"/>
              </w:rPr>
              <w:t>Duties</w:t>
            </w:r>
          </w:p>
        </w:tc>
        <w:tc>
          <w:tcPr>
            <w:tcW w:w="2244" w:type="dxa"/>
          </w:tcPr>
          <w:p w14:paraId="5A034D37" w14:textId="77777777" w:rsidR="00D6455C" w:rsidRDefault="00D6455C" w:rsidP="004B06BE">
            <w:r>
              <w:rPr>
                <w:rFonts w:ascii="Times New Roman" w:eastAsia="Times New Roman" w:hAnsi="Times New Roman"/>
                <w:sz w:val="20"/>
              </w:rPr>
              <w:t>9</w:t>
            </w:r>
          </w:p>
        </w:tc>
      </w:tr>
      <w:tr w:rsidR="00D6455C" w14:paraId="32660254" w14:textId="77777777" w:rsidTr="00405B07">
        <w:tc>
          <w:tcPr>
            <w:tcW w:w="3325" w:type="dxa"/>
          </w:tcPr>
          <w:p w14:paraId="22B2F9D5" w14:textId="77777777" w:rsidR="00D6455C" w:rsidRDefault="00D6455C" w:rsidP="004B06BE">
            <w:r>
              <w:rPr>
                <w:rFonts w:ascii="Times New Roman" w:eastAsia="Times New Roman" w:hAnsi="Times New Roman"/>
                <w:sz w:val="20"/>
              </w:rPr>
              <w:t>Article VIII. SERVICE COUNCILS</w:t>
            </w:r>
          </w:p>
        </w:tc>
        <w:tc>
          <w:tcPr>
            <w:tcW w:w="1397" w:type="dxa"/>
          </w:tcPr>
          <w:p w14:paraId="472735A6" w14:textId="77777777" w:rsidR="00D6455C" w:rsidRDefault="00D6455C" w:rsidP="004B06BE">
            <w:r>
              <w:rPr>
                <w:rFonts w:ascii="Times New Roman" w:eastAsia="Times New Roman" w:hAnsi="Times New Roman"/>
                <w:sz w:val="20"/>
              </w:rPr>
              <w:t>Section 4</w:t>
            </w:r>
          </w:p>
        </w:tc>
        <w:tc>
          <w:tcPr>
            <w:tcW w:w="2384" w:type="dxa"/>
          </w:tcPr>
          <w:p w14:paraId="4641EFE8" w14:textId="77777777" w:rsidR="00D6455C" w:rsidRDefault="00D6455C" w:rsidP="004B06BE">
            <w:r>
              <w:rPr>
                <w:rFonts w:ascii="Times New Roman" w:eastAsia="Times New Roman" w:hAnsi="Times New Roman"/>
                <w:sz w:val="20"/>
              </w:rPr>
              <w:t>Membership and Terms</w:t>
            </w:r>
          </w:p>
        </w:tc>
        <w:tc>
          <w:tcPr>
            <w:tcW w:w="2244" w:type="dxa"/>
          </w:tcPr>
          <w:p w14:paraId="6A9D5F83" w14:textId="77777777" w:rsidR="00D6455C" w:rsidRDefault="00D6455C" w:rsidP="004B06BE">
            <w:r>
              <w:rPr>
                <w:rFonts w:ascii="Times New Roman" w:eastAsia="Times New Roman" w:hAnsi="Times New Roman"/>
                <w:sz w:val="20"/>
              </w:rPr>
              <w:t>9</w:t>
            </w:r>
          </w:p>
        </w:tc>
      </w:tr>
      <w:tr w:rsidR="00D6455C" w14:paraId="7E2ADFF9" w14:textId="77777777" w:rsidTr="00405B07">
        <w:tc>
          <w:tcPr>
            <w:tcW w:w="3325" w:type="dxa"/>
          </w:tcPr>
          <w:p w14:paraId="0E740CE9" w14:textId="77777777" w:rsidR="00D6455C" w:rsidRDefault="00D6455C" w:rsidP="004B06BE">
            <w:r>
              <w:rPr>
                <w:rFonts w:ascii="Times New Roman" w:eastAsia="Times New Roman" w:hAnsi="Times New Roman"/>
                <w:sz w:val="20"/>
              </w:rPr>
              <w:t>Article VIII. SERVICE COUNCILS</w:t>
            </w:r>
          </w:p>
        </w:tc>
        <w:tc>
          <w:tcPr>
            <w:tcW w:w="1397" w:type="dxa"/>
          </w:tcPr>
          <w:p w14:paraId="1520098F" w14:textId="77777777" w:rsidR="00D6455C" w:rsidRDefault="00D6455C" w:rsidP="004B06BE">
            <w:r>
              <w:rPr>
                <w:rFonts w:ascii="Times New Roman" w:eastAsia="Times New Roman" w:hAnsi="Times New Roman"/>
                <w:sz w:val="20"/>
              </w:rPr>
              <w:t>Section 5</w:t>
            </w:r>
          </w:p>
        </w:tc>
        <w:tc>
          <w:tcPr>
            <w:tcW w:w="2384" w:type="dxa"/>
          </w:tcPr>
          <w:p w14:paraId="091B6E4C" w14:textId="77777777" w:rsidR="00D6455C" w:rsidRDefault="00D6455C" w:rsidP="004B06BE">
            <w:r>
              <w:rPr>
                <w:rFonts w:ascii="Times New Roman" w:eastAsia="Times New Roman" w:hAnsi="Times New Roman"/>
                <w:sz w:val="20"/>
              </w:rPr>
              <w:t>Meetings</w:t>
            </w:r>
          </w:p>
        </w:tc>
        <w:tc>
          <w:tcPr>
            <w:tcW w:w="2244" w:type="dxa"/>
          </w:tcPr>
          <w:p w14:paraId="7C6307B0" w14:textId="77777777" w:rsidR="00D6455C" w:rsidRDefault="00D6455C" w:rsidP="004B06BE">
            <w:r>
              <w:rPr>
                <w:rFonts w:ascii="Times New Roman" w:eastAsia="Times New Roman" w:hAnsi="Times New Roman"/>
                <w:sz w:val="20"/>
              </w:rPr>
              <w:t>10</w:t>
            </w:r>
          </w:p>
        </w:tc>
      </w:tr>
      <w:tr w:rsidR="00D6455C" w14:paraId="13472338" w14:textId="77777777" w:rsidTr="00405B07">
        <w:tc>
          <w:tcPr>
            <w:tcW w:w="3325" w:type="dxa"/>
          </w:tcPr>
          <w:p w14:paraId="4DDF492B" w14:textId="77777777" w:rsidR="00D6455C" w:rsidRDefault="00D6455C" w:rsidP="004B06BE">
            <w:r>
              <w:rPr>
                <w:rFonts w:ascii="Times New Roman" w:eastAsia="Times New Roman" w:hAnsi="Times New Roman"/>
                <w:sz w:val="20"/>
              </w:rPr>
              <w:t>Article IX. DIRECTORS; OFFICERS</w:t>
            </w:r>
          </w:p>
        </w:tc>
        <w:tc>
          <w:tcPr>
            <w:tcW w:w="1397" w:type="dxa"/>
          </w:tcPr>
          <w:p w14:paraId="0A06DE40" w14:textId="77777777" w:rsidR="00D6455C" w:rsidRDefault="00D6455C" w:rsidP="004B06BE">
            <w:r>
              <w:rPr>
                <w:rFonts w:ascii="Times New Roman" w:eastAsia="Times New Roman" w:hAnsi="Times New Roman"/>
                <w:sz w:val="20"/>
              </w:rPr>
              <w:t>Section 1</w:t>
            </w:r>
          </w:p>
        </w:tc>
        <w:tc>
          <w:tcPr>
            <w:tcW w:w="2384" w:type="dxa"/>
          </w:tcPr>
          <w:p w14:paraId="4488F8BE" w14:textId="77777777" w:rsidR="00D6455C" w:rsidRDefault="00D6455C" w:rsidP="004B06BE">
            <w:r>
              <w:rPr>
                <w:rFonts w:ascii="Times New Roman" w:eastAsia="Times New Roman" w:hAnsi="Times New Roman"/>
                <w:sz w:val="20"/>
              </w:rPr>
              <w:t>Board Composition</w:t>
            </w:r>
          </w:p>
        </w:tc>
        <w:tc>
          <w:tcPr>
            <w:tcW w:w="2244" w:type="dxa"/>
          </w:tcPr>
          <w:p w14:paraId="55BB7367" w14:textId="77777777" w:rsidR="00D6455C" w:rsidRDefault="00D6455C" w:rsidP="004B06BE">
            <w:r>
              <w:rPr>
                <w:rFonts w:ascii="Times New Roman" w:eastAsia="Times New Roman" w:hAnsi="Times New Roman"/>
                <w:sz w:val="20"/>
              </w:rPr>
              <w:t>10</w:t>
            </w:r>
          </w:p>
        </w:tc>
      </w:tr>
      <w:tr w:rsidR="00D6455C" w14:paraId="42029970" w14:textId="77777777" w:rsidTr="00405B07">
        <w:tc>
          <w:tcPr>
            <w:tcW w:w="3325" w:type="dxa"/>
          </w:tcPr>
          <w:p w14:paraId="2B1EC4EE" w14:textId="77777777" w:rsidR="00D6455C" w:rsidRDefault="00D6455C" w:rsidP="004B06BE">
            <w:r>
              <w:rPr>
                <w:rFonts w:ascii="Times New Roman" w:eastAsia="Times New Roman" w:hAnsi="Times New Roman"/>
                <w:sz w:val="20"/>
              </w:rPr>
              <w:t>Article IX. DIRECTORS; OFFICERS</w:t>
            </w:r>
          </w:p>
        </w:tc>
        <w:tc>
          <w:tcPr>
            <w:tcW w:w="1397" w:type="dxa"/>
          </w:tcPr>
          <w:p w14:paraId="5675B108" w14:textId="77777777" w:rsidR="00D6455C" w:rsidRDefault="00D6455C" w:rsidP="004B06BE">
            <w:r>
              <w:rPr>
                <w:rFonts w:ascii="Times New Roman" w:eastAsia="Times New Roman" w:hAnsi="Times New Roman"/>
                <w:sz w:val="20"/>
              </w:rPr>
              <w:t>Section 2</w:t>
            </w:r>
          </w:p>
        </w:tc>
        <w:tc>
          <w:tcPr>
            <w:tcW w:w="2384" w:type="dxa"/>
          </w:tcPr>
          <w:p w14:paraId="7C156030" w14:textId="77777777" w:rsidR="00D6455C" w:rsidRDefault="00D6455C" w:rsidP="004B06BE">
            <w:r>
              <w:rPr>
                <w:rFonts w:ascii="Times New Roman" w:eastAsia="Times New Roman" w:hAnsi="Times New Roman"/>
                <w:sz w:val="20"/>
              </w:rPr>
              <w:t>Eligibility for Election</w:t>
            </w:r>
          </w:p>
        </w:tc>
        <w:tc>
          <w:tcPr>
            <w:tcW w:w="2244" w:type="dxa"/>
          </w:tcPr>
          <w:p w14:paraId="5B17FAEF" w14:textId="77777777" w:rsidR="00D6455C" w:rsidRDefault="00D6455C" w:rsidP="004B06BE">
            <w:r>
              <w:rPr>
                <w:rFonts w:ascii="Times New Roman" w:eastAsia="Times New Roman" w:hAnsi="Times New Roman"/>
                <w:sz w:val="20"/>
              </w:rPr>
              <w:t>10</w:t>
            </w:r>
          </w:p>
        </w:tc>
      </w:tr>
      <w:tr w:rsidR="00D6455C" w14:paraId="3A6CFC5A" w14:textId="77777777" w:rsidTr="00405B07">
        <w:tc>
          <w:tcPr>
            <w:tcW w:w="3325" w:type="dxa"/>
          </w:tcPr>
          <w:p w14:paraId="78C525C4" w14:textId="77777777" w:rsidR="00D6455C" w:rsidRDefault="00D6455C" w:rsidP="004B06BE">
            <w:r>
              <w:rPr>
                <w:rFonts w:ascii="Times New Roman" w:eastAsia="Times New Roman" w:hAnsi="Times New Roman"/>
                <w:sz w:val="20"/>
              </w:rPr>
              <w:t>Article IX. DIRECTORS; OFFICERS</w:t>
            </w:r>
          </w:p>
        </w:tc>
        <w:tc>
          <w:tcPr>
            <w:tcW w:w="1397" w:type="dxa"/>
          </w:tcPr>
          <w:p w14:paraId="3E46C65E" w14:textId="77777777" w:rsidR="00D6455C" w:rsidRDefault="00D6455C" w:rsidP="004B06BE">
            <w:r>
              <w:rPr>
                <w:rFonts w:ascii="Times New Roman" w:eastAsia="Times New Roman" w:hAnsi="Times New Roman"/>
                <w:sz w:val="20"/>
              </w:rPr>
              <w:t>Section 3</w:t>
            </w:r>
          </w:p>
        </w:tc>
        <w:tc>
          <w:tcPr>
            <w:tcW w:w="2384" w:type="dxa"/>
          </w:tcPr>
          <w:p w14:paraId="3C34C8DC" w14:textId="77777777" w:rsidR="00D6455C" w:rsidRDefault="00D6455C" w:rsidP="004B06BE">
            <w:r>
              <w:rPr>
                <w:rFonts w:ascii="Times New Roman" w:eastAsia="Times New Roman" w:hAnsi="Times New Roman"/>
                <w:sz w:val="20"/>
              </w:rPr>
              <w:t>Terms of Office</w:t>
            </w:r>
          </w:p>
        </w:tc>
        <w:tc>
          <w:tcPr>
            <w:tcW w:w="2244" w:type="dxa"/>
          </w:tcPr>
          <w:p w14:paraId="500A690D" w14:textId="77777777" w:rsidR="00D6455C" w:rsidRDefault="00D6455C" w:rsidP="004B06BE">
            <w:r>
              <w:rPr>
                <w:rFonts w:ascii="Times New Roman" w:eastAsia="Times New Roman" w:hAnsi="Times New Roman"/>
                <w:sz w:val="20"/>
              </w:rPr>
              <w:t>10</w:t>
            </w:r>
          </w:p>
        </w:tc>
      </w:tr>
      <w:tr w:rsidR="00D6455C" w14:paraId="72757224" w14:textId="77777777" w:rsidTr="00405B07">
        <w:tc>
          <w:tcPr>
            <w:tcW w:w="3325" w:type="dxa"/>
          </w:tcPr>
          <w:p w14:paraId="0219E05E" w14:textId="77777777" w:rsidR="00D6455C" w:rsidRDefault="00D6455C" w:rsidP="004B06BE">
            <w:r>
              <w:rPr>
                <w:rFonts w:ascii="Times New Roman" w:eastAsia="Times New Roman" w:hAnsi="Times New Roman"/>
                <w:sz w:val="20"/>
              </w:rPr>
              <w:t>Article IX. DIRECTORS; OFFICERS</w:t>
            </w:r>
          </w:p>
        </w:tc>
        <w:tc>
          <w:tcPr>
            <w:tcW w:w="1397" w:type="dxa"/>
          </w:tcPr>
          <w:p w14:paraId="35C11731" w14:textId="77777777" w:rsidR="00D6455C" w:rsidRDefault="00D6455C" w:rsidP="004B06BE">
            <w:r>
              <w:rPr>
                <w:rFonts w:ascii="Times New Roman" w:eastAsia="Times New Roman" w:hAnsi="Times New Roman"/>
                <w:sz w:val="20"/>
              </w:rPr>
              <w:t>Section 4</w:t>
            </w:r>
          </w:p>
        </w:tc>
        <w:tc>
          <w:tcPr>
            <w:tcW w:w="2384" w:type="dxa"/>
          </w:tcPr>
          <w:p w14:paraId="4BA3909D" w14:textId="77777777" w:rsidR="00D6455C" w:rsidRDefault="00D6455C" w:rsidP="004B06BE">
            <w:r>
              <w:rPr>
                <w:rFonts w:ascii="Times New Roman" w:eastAsia="Times New Roman" w:hAnsi="Times New Roman"/>
                <w:sz w:val="20"/>
              </w:rPr>
              <w:t>Staggered Elections</w:t>
            </w:r>
          </w:p>
        </w:tc>
        <w:tc>
          <w:tcPr>
            <w:tcW w:w="2244" w:type="dxa"/>
          </w:tcPr>
          <w:p w14:paraId="5CEFB166" w14:textId="77777777" w:rsidR="00D6455C" w:rsidRDefault="00D6455C" w:rsidP="004B06BE">
            <w:r>
              <w:rPr>
                <w:rFonts w:ascii="Times New Roman" w:eastAsia="Times New Roman" w:hAnsi="Times New Roman"/>
                <w:sz w:val="20"/>
              </w:rPr>
              <w:t>10</w:t>
            </w:r>
          </w:p>
        </w:tc>
      </w:tr>
      <w:tr w:rsidR="00D6455C" w14:paraId="40E28F34" w14:textId="77777777" w:rsidTr="00405B07">
        <w:tc>
          <w:tcPr>
            <w:tcW w:w="3325" w:type="dxa"/>
          </w:tcPr>
          <w:p w14:paraId="1EA8B1FC" w14:textId="77777777" w:rsidR="00D6455C" w:rsidRDefault="00D6455C" w:rsidP="004B06BE">
            <w:r>
              <w:rPr>
                <w:rFonts w:ascii="Times New Roman" w:eastAsia="Times New Roman" w:hAnsi="Times New Roman"/>
                <w:sz w:val="20"/>
              </w:rPr>
              <w:t>Article IX. DIRECTORS; OFFICERS</w:t>
            </w:r>
          </w:p>
        </w:tc>
        <w:tc>
          <w:tcPr>
            <w:tcW w:w="1397" w:type="dxa"/>
          </w:tcPr>
          <w:p w14:paraId="48C0E165" w14:textId="77777777" w:rsidR="00D6455C" w:rsidRDefault="00D6455C" w:rsidP="004B06BE">
            <w:r>
              <w:rPr>
                <w:rFonts w:ascii="Times New Roman" w:eastAsia="Times New Roman" w:hAnsi="Times New Roman"/>
                <w:sz w:val="20"/>
              </w:rPr>
              <w:t>Section 5</w:t>
            </w:r>
          </w:p>
        </w:tc>
        <w:tc>
          <w:tcPr>
            <w:tcW w:w="2384" w:type="dxa"/>
          </w:tcPr>
          <w:p w14:paraId="2A93B928" w14:textId="77777777" w:rsidR="00D6455C" w:rsidRDefault="00D6455C" w:rsidP="004B06BE">
            <w:r>
              <w:rPr>
                <w:rFonts w:ascii="Times New Roman" w:eastAsia="Times New Roman" w:hAnsi="Times New Roman"/>
                <w:sz w:val="20"/>
              </w:rPr>
              <w:t>Vacancies</w:t>
            </w:r>
          </w:p>
        </w:tc>
        <w:tc>
          <w:tcPr>
            <w:tcW w:w="2244" w:type="dxa"/>
          </w:tcPr>
          <w:p w14:paraId="003308BB" w14:textId="77777777" w:rsidR="00D6455C" w:rsidRDefault="00D6455C" w:rsidP="004B06BE">
            <w:r>
              <w:rPr>
                <w:rFonts w:ascii="Times New Roman" w:eastAsia="Times New Roman" w:hAnsi="Times New Roman"/>
                <w:sz w:val="20"/>
              </w:rPr>
              <w:t>11</w:t>
            </w:r>
          </w:p>
        </w:tc>
      </w:tr>
      <w:tr w:rsidR="00D6455C" w14:paraId="7C3D23E0" w14:textId="77777777" w:rsidTr="00405B07">
        <w:tc>
          <w:tcPr>
            <w:tcW w:w="3325" w:type="dxa"/>
          </w:tcPr>
          <w:p w14:paraId="4E9C8A3E" w14:textId="77777777" w:rsidR="00D6455C" w:rsidRDefault="00D6455C" w:rsidP="004B06BE">
            <w:r>
              <w:rPr>
                <w:rFonts w:ascii="Times New Roman" w:eastAsia="Times New Roman" w:hAnsi="Times New Roman"/>
                <w:sz w:val="20"/>
              </w:rPr>
              <w:t>Article IX. DIRECTORS; OFFICERS</w:t>
            </w:r>
          </w:p>
        </w:tc>
        <w:tc>
          <w:tcPr>
            <w:tcW w:w="1397" w:type="dxa"/>
          </w:tcPr>
          <w:p w14:paraId="66705845" w14:textId="77777777" w:rsidR="00D6455C" w:rsidRDefault="00D6455C" w:rsidP="004B06BE">
            <w:r>
              <w:rPr>
                <w:rFonts w:ascii="Times New Roman" w:eastAsia="Times New Roman" w:hAnsi="Times New Roman"/>
                <w:sz w:val="20"/>
              </w:rPr>
              <w:t>Section 6</w:t>
            </w:r>
          </w:p>
        </w:tc>
        <w:tc>
          <w:tcPr>
            <w:tcW w:w="2384" w:type="dxa"/>
          </w:tcPr>
          <w:p w14:paraId="7EF7308B" w14:textId="77777777" w:rsidR="00D6455C" w:rsidRDefault="00D6455C" w:rsidP="004B06BE">
            <w:r>
              <w:rPr>
                <w:rFonts w:ascii="Times New Roman" w:eastAsia="Times New Roman" w:hAnsi="Times New Roman"/>
                <w:sz w:val="20"/>
              </w:rPr>
              <w:t>Officers</w:t>
            </w:r>
          </w:p>
        </w:tc>
        <w:tc>
          <w:tcPr>
            <w:tcW w:w="2244" w:type="dxa"/>
          </w:tcPr>
          <w:p w14:paraId="6C0E50C2" w14:textId="77777777" w:rsidR="00D6455C" w:rsidRDefault="00D6455C" w:rsidP="004B06BE">
            <w:r>
              <w:rPr>
                <w:rFonts w:ascii="Times New Roman" w:eastAsia="Times New Roman" w:hAnsi="Times New Roman"/>
                <w:sz w:val="20"/>
              </w:rPr>
              <w:t>11</w:t>
            </w:r>
          </w:p>
        </w:tc>
      </w:tr>
      <w:tr w:rsidR="00D6455C" w14:paraId="18022E2B" w14:textId="77777777" w:rsidTr="00405B07">
        <w:tc>
          <w:tcPr>
            <w:tcW w:w="3325" w:type="dxa"/>
          </w:tcPr>
          <w:p w14:paraId="50963CE3" w14:textId="77777777" w:rsidR="00D6455C" w:rsidRDefault="00D6455C" w:rsidP="004B06BE">
            <w:r>
              <w:rPr>
                <w:rFonts w:ascii="Times New Roman" w:eastAsia="Times New Roman" w:hAnsi="Times New Roman"/>
                <w:sz w:val="20"/>
              </w:rPr>
              <w:t>Article IX. DIRECTORS; OFFICERS</w:t>
            </w:r>
          </w:p>
        </w:tc>
        <w:tc>
          <w:tcPr>
            <w:tcW w:w="1397" w:type="dxa"/>
          </w:tcPr>
          <w:p w14:paraId="2EAABBB0" w14:textId="77777777" w:rsidR="00D6455C" w:rsidRDefault="00D6455C" w:rsidP="004B06BE">
            <w:r>
              <w:rPr>
                <w:rFonts w:ascii="Times New Roman" w:eastAsia="Times New Roman" w:hAnsi="Times New Roman"/>
                <w:sz w:val="20"/>
              </w:rPr>
              <w:t>Section 7</w:t>
            </w:r>
          </w:p>
        </w:tc>
        <w:tc>
          <w:tcPr>
            <w:tcW w:w="2384" w:type="dxa"/>
          </w:tcPr>
          <w:p w14:paraId="66EF2601" w14:textId="77777777" w:rsidR="00D6455C" w:rsidRDefault="00D6455C" w:rsidP="004B06BE">
            <w:r>
              <w:rPr>
                <w:rFonts w:ascii="Times New Roman" w:eastAsia="Times New Roman" w:hAnsi="Times New Roman"/>
                <w:sz w:val="20"/>
              </w:rPr>
              <w:t>Chair</w:t>
            </w:r>
          </w:p>
        </w:tc>
        <w:tc>
          <w:tcPr>
            <w:tcW w:w="2244" w:type="dxa"/>
          </w:tcPr>
          <w:p w14:paraId="7F91D0BF" w14:textId="77777777" w:rsidR="00D6455C" w:rsidRDefault="00D6455C" w:rsidP="004B06BE">
            <w:r>
              <w:rPr>
                <w:rFonts w:ascii="Times New Roman" w:eastAsia="Times New Roman" w:hAnsi="Times New Roman"/>
                <w:sz w:val="20"/>
              </w:rPr>
              <w:t>11</w:t>
            </w:r>
          </w:p>
        </w:tc>
      </w:tr>
      <w:tr w:rsidR="00D6455C" w14:paraId="025FF094" w14:textId="77777777" w:rsidTr="00405B07">
        <w:tc>
          <w:tcPr>
            <w:tcW w:w="3325" w:type="dxa"/>
          </w:tcPr>
          <w:p w14:paraId="26B1E7FD" w14:textId="77777777" w:rsidR="00D6455C" w:rsidRDefault="00D6455C" w:rsidP="004B06BE">
            <w:r>
              <w:rPr>
                <w:rFonts w:ascii="Times New Roman" w:eastAsia="Times New Roman" w:hAnsi="Times New Roman"/>
                <w:sz w:val="20"/>
              </w:rPr>
              <w:t>Article IX. DIRECTORS; OFFICERS</w:t>
            </w:r>
          </w:p>
        </w:tc>
        <w:tc>
          <w:tcPr>
            <w:tcW w:w="1397" w:type="dxa"/>
          </w:tcPr>
          <w:p w14:paraId="121D8983" w14:textId="77777777" w:rsidR="00D6455C" w:rsidRDefault="00D6455C" w:rsidP="004B06BE">
            <w:r>
              <w:rPr>
                <w:rFonts w:ascii="Times New Roman" w:eastAsia="Times New Roman" w:hAnsi="Times New Roman"/>
                <w:sz w:val="20"/>
              </w:rPr>
              <w:t>Section 8</w:t>
            </w:r>
          </w:p>
        </w:tc>
        <w:tc>
          <w:tcPr>
            <w:tcW w:w="2384" w:type="dxa"/>
          </w:tcPr>
          <w:p w14:paraId="12312DB3" w14:textId="77777777" w:rsidR="00D6455C" w:rsidRDefault="00D6455C" w:rsidP="004B06BE">
            <w:r>
              <w:rPr>
                <w:rFonts w:ascii="Times New Roman" w:eastAsia="Times New Roman" w:hAnsi="Times New Roman"/>
                <w:sz w:val="20"/>
              </w:rPr>
              <w:t>Treasurer</w:t>
            </w:r>
          </w:p>
        </w:tc>
        <w:tc>
          <w:tcPr>
            <w:tcW w:w="2244" w:type="dxa"/>
          </w:tcPr>
          <w:p w14:paraId="03B2EDF8" w14:textId="77777777" w:rsidR="00D6455C" w:rsidRDefault="00D6455C" w:rsidP="004B06BE">
            <w:r>
              <w:rPr>
                <w:rFonts w:ascii="Times New Roman" w:eastAsia="Times New Roman" w:hAnsi="Times New Roman"/>
                <w:sz w:val="20"/>
              </w:rPr>
              <w:t>11</w:t>
            </w:r>
          </w:p>
        </w:tc>
      </w:tr>
      <w:tr w:rsidR="00D6455C" w14:paraId="50FE8616" w14:textId="77777777" w:rsidTr="00405B07">
        <w:tc>
          <w:tcPr>
            <w:tcW w:w="3325" w:type="dxa"/>
          </w:tcPr>
          <w:p w14:paraId="359D1B0F" w14:textId="77777777" w:rsidR="00D6455C" w:rsidRDefault="00D6455C" w:rsidP="004B06BE">
            <w:r>
              <w:rPr>
                <w:rFonts w:ascii="Times New Roman" w:eastAsia="Times New Roman" w:hAnsi="Times New Roman"/>
                <w:sz w:val="20"/>
              </w:rPr>
              <w:t>Article IX. DIRECTORS; OFFICERS</w:t>
            </w:r>
          </w:p>
        </w:tc>
        <w:tc>
          <w:tcPr>
            <w:tcW w:w="1397" w:type="dxa"/>
          </w:tcPr>
          <w:p w14:paraId="6723D841" w14:textId="77777777" w:rsidR="00D6455C" w:rsidRDefault="00D6455C" w:rsidP="004B06BE">
            <w:r>
              <w:rPr>
                <w:rFonts w:ascii="Times New Roman" w:eastAsia="Times New Roman" w:hAnsi="Times New Roman"/>
                <w:sz w:val="20"/>
              </w:rPr>
              <w:t>Section 9</w:t>
            </w:r>
          </w:p>
        </w:tc>
        <w:tc>
          <w:tcPr>
            <w:tcW w:w="2384" w:type="dxa"/>
          </w:tcPr>
          <w:p w14:paraId="652C233B" w14:textId="77777777" w:rsidR="00D6455C" w:rsidRDefault="00D6455C" w:rsidP="004B06BE">
            <w:r>
              <w:rPr>
                <w:rFonts w:ascii="Times New Roman" w:eastAsia="Times New Roman" w:hAnsi="Times New Roman"/>
                <w:sz w:val="20"/>
              </w:rPr>
              <w:t>Secretary</w:t>
            </w:r>
          </w:p>
        </w:tc>
        <w:tc>
          <w:tcPr>
            <w:tcW w:w="2244" w:type="dxa"/>
          </w:tcPr>
          <w:p w14:paraId="695084AB" w14:textId="77777777" w:rsidR="00D6455C" w:rsidRDefault="00D6455C" w:rsidP="004B06BE">
            <w:r>
              <w:rPr>
                <w:rFonts w:ascii="Times New Roman" w:eastAsia="Times New Roman" w:hAnsi="Times New Roman"/>
                <w:sz w:val="20"/>
              </w:rPr>
              <w:t>12</w:t>
            </w:r>
          </w:p>
        </w:tc>
      </w:tr>
      <w:tr w:rsidR="00D6455C" w14:paraId="757C919E" w14:textId="77777777" w:rsidTr="00405B07">
        <w:tc>
          <w:tcPr>
            <w:tcW w:w="3325" w:type="dxa"/>
          </w:tcPr>
          <w:p w14:paraId="4F6ADE65" w14:textId="77777777" w:rsidR="00D6455C" w:rsidRDefault="00D6455C" w:rsidP="004B06BE">
            <w:r>
              <w:rPr>
                <w:rFonts w:ascii="Times New Roman" w:eastAsia="Times New Roman" w:hAnsi="Times New Roman"/>
                <w:sz w:val="20"/>
              </w:rPr>
              <w:t>Article IX. DIRECTORS; OFFICERS</w:t>
            </w:r>
          </w:p>
        </w:tc>
        <w:tc>
          <w:tcPr>
            <w:tcW w:w="1397" w:type="dxa"/>
          </w:tcPr>
          <w:p w14:paraId="51E2B1D1" w14:textId="77777777" w:rsidR="00D6455C" w:rsidRDefault="00D6455C" w:rsidP="004B06BE">
            <w:r>
              <w:rPr>
                <w:rFonts w:ascii="Times New Roman" w:eastAsia="Times New Roman" w:hAnsi="Times New Roman"/>
                <w:sz w:val="20"/>
              </w:rPr>
              <w:t>Section 10</w:t>
            </w:r>
          </w:p>
        </w:tc>
        <w:tc>
          <w:tcPr>
            <w:tcW w:w="2384" w:type="dxa"/>
          </w:tcPr>
          <w:p w14:paraId="00CC72B3" w14:textId="77777777" w:rsidR="00D6455C" w:rsidRDefault="00D6455C" w:rsidP="004B06BE">
            <w:r>
              <w:rPr>
                <w:rFonts w:ascii="Times New Roman" w:eastAsia="Times New Roman" w:hAnsi="Times New Roman"/>
                <w:sz w:val="20"/>
              </w:rPr>
              <w:t>Large Club Director</w:t>
            </w:r>
          </w:p>
        </w:tc>
        <w:tc>
          <w:tcPr>
            <w:tcW w:w="2244" w:type="dxa"/>
          </w:tcPr>
          <w:p w14:paraId="3E58F35A" w14:textId="77777777" w:rsidR="00D6455C" w:rsidRDefault="00D6455C" w:rsidP="004B06BE">
            <w:r>
              <w:rPr>
                <w:rFonts w:ascii="Times New Roman" w:eastAsia="Times New Roman" w:hAnsi="Times New Roman"/>
                <w:sz w:val="20"/>
              </w:rPr>
              <w:t>12</w:t>
            </w:r>
          </w:p>
        </w:tc>
      </w:tr>
      <w:tr w:rsidR="00D6455C" w14:paraId="0025922C" w14:textId="77777777" w:rsidTr="00405B07">
        <w:tc>
          <w:tcPr>
            <w:tcW w:w="3325" w:type="dxa"/>
          </w:tcPr>
          <w:p w14:paraId="46EB6278" w14:textId="77777777" w:rsidR="00D6455C" w:rsidRDefault="00D6455C" w:rsidP="004B06BE">
            <w:r>
              <w:rPr>
                <w:rFonts w:ascii="Times New Roman" w:eastAsia="Times New Roman" w:hAnsi="Times New Roman"/>
                <w:sz w:val="20"/>
              </w:rPr>
              <w:t>Article IX. DIRECTORS; OFFICERS</w:t>
            </w:r>
          </w:p>
        </w:tc>
        <w:tc>
          <w:tcPr>
            <w:tcW w:w="1397" w:type="dxa"/>
          </w:tcPr>
          <w:p w14:paraId="4F2D6A0A" w14:textId="77777777" w:rsidR="00D6455C" w:rsidRDefault="00D6455C" w:rsidP="004B06BE">
            <w:r>
              <w:rPr>
                <w:rFonts w:ascii="Times New Roman" w:eastAsia="Times New Roman" w:hAnsi="Times New Roman"/>
                <w:sz w:val="20"/>
              </w:rPr>
              <w:t>Section 11</w:t>
            </w:r>
          </w:p>
        </w:tc>
        <w:tc>
          <w:tcPr>
            <w:tcW w:w="2384" w:type="dxa"/>
          </w:tcPr>
          <w:p w14:paraId="1C49D04F" w14:textId="77777777" w:rsidR="00D6455C" w:rsidRDefault="00D6455C" w:rsidP="004B06BE">
            <w:r>
              <w:rPr>
                <w:rFonts w:ascii="Times New Roman" w:eastAsia="Times New Roman" w:hAnsi="Times New Roman"/>
                <w:sz w:val="20"/>
              </w:rPr>
              <w:t>Medium Club Director</w:t>
            </w:r>
          </w:p>
        </w:tc>
        <w:tc>
          <w:tcPr>
            <w:tcW w:w="2244" w:type="dxa"/>
          </w:tcPr>
          <w:p w14:paraId="56C935E6" w14:textId="77777777" w:rsidR="00D6455C" w:rsidRDefault="00D6455C" w:rsidP="004B06BE">
            <w:r>
              <w:rPr>
                <w:rFonts w:ascii="Times New Roman" w:eastAsia="Times New Roman" w:hAnsi="Times New Roman"/>
                <w:sz w:val="20"/>
              </w:rPr>
              <w:t>12</w:t>
            </w:r>
          </w:p>
        </w:tc>
      </w:tr>
      <w:tr w:rsidR="00D6455C" w14:paraId="18E94ACD" w14:textId="77777777" w:rsidTr="00405B07">
        <w:tc>
          <w:tcPr>
            <w:tcW w:w="3325" w:type="dxa"/>
          </w:tcPr>
          <w:p w14:paraId="3C655EC0" w14:textId="77777777" w:rsidR="00D6455C" w:rsidRDefault="00D6455C" w:rsidP="004B06BE">
            <w:r>
              <w:rPr>
                <w:rFonts w:ascii="Times New Roman" w:eastAsia="Times New Roman" w:hAnsi="Times New Roman"/>
                <w:sz w:val="20"/>
              </w:rPr>
              <w:t>Article IX. DIRECTORS; OFFICERS</w:t>
            </w:r>
          </w:p>
        </w:tc>
        <w:tc>
          <w:tcPr>
            <w:tcW w:w="1397" w:type="dxa"/>
          </w:tcPr>
          <w:p w14:paraId="17F0D182" w14:textId="77777777" w:rsidR="00D6455C" w:rsidRDefault="00D6455C" w:rsidP="004B06BE">
            <w:r>
              <w:rPr>
                <w:rFonts w:ascii="Times New Roman" w:eastAsia="Times New Roman" w:hAnsi="Times New Roman"/>
                <w:sz w:val="20"/>
              </w:rPr>
              <w:t>Section 12</w:t>
            </w:r>
          </w:p>
        </w:tc>
        <w:tc>
          <w:tcPr>
            <w:tcW w:w="2384" w:type="dxa"/>
          </w:tcPr>
          <w:p w14:paraId="0CA21D5B" w14:textId="77777777" w:rsidR="00D6455C" w:rsidRDefault="00D6455C" w:rsidP="004B06BE">
            <w:r>
              <w:rPr>
                <w:rFonts w:ascii="Times New Roman" w:eastAsia="Times New Roman" w:hAnsi="Times New Roman"/>
                <w:sz w:val="20"/>
              </w:rPr>
              <w:t>Small Club Director</w:t>
            </w:r>
          </w:p>
        </w:tc>
        <w:tc>
          <w:tcPr>
            <w:tcW w:w="2244" w:type="dxa"/>
          </w:tcPr>
          <w:p w14:paraId="424CD738" w14:textId="77777777" w:rsidR="00D6455C" w:rsidRDefault="00D6455C" w:rsidP="004B06BE">
            <w:r>
              <w:rPr>
                <w:rFonts w:ascii="Times New Roman" w:eastAsia="Times New Roman" w:hAnsi="Times New Roman"/>
                <w:sz w:val="20"/>
              </w:rPr>
              <w:t>12</w:t>
            </w:r>
          </w:p>
        </w:tc>
      </w:tr>
      <w:tr w:rsidR="00D6455C" w14:paraId="0B21DB7C" w14:textId="77777777" w:rsidTr="00405B07">
        <w:tc>
          <w:tcPr>
            <w:tcW w:w="3325" w:type="dxa"/>
          </w:tcPr>
          <w:p w14:paraId="48E74A94" w14:textId="77777777" w:rsidR="00D6455C" w:rsidRDefault="00D6455C" w:rsidP="004B06BE">
            <w:r>
              <w:rPr>
                <w:rFonts w:ascii="Times New Roman" w:eastAsia="Times New Roman" w:hAnsi="Times New Roman"/>
                <w:sz w:val="20"/>
              </w:rPr>
              <w:t>Article IX. DIRECTORS; OFFICERS</w:t>
            </w:r>
          </w:p>
        </w:tc>
        <w:tc>
          <w:tcPr>
            <w:tcW w:w="1397" w:type="dxa"/>
          </w:tcPr>
          <w:p w14:paraId="6C24DAC4" w14:textId="77777777" w:rsidR="00D6455C" w:rsidRDefault="00D6455C" w:rsidP="004B06BE">
            <w:r>
              <w:rPr>
                <w:rFonts w:ascii="Times New Roman" w:eastAsia="Times New Roman" w:hAnsi="Times New Roman"/>
                <w:sz w:val="20"/>
              </w:rPr>
              <w:t>Section 13</w:t>
            </w:r>
          </w:p>
        </w:tc>
        <w:tc>
          <w:tcPr>
            <w:tcW w:w="2384" w:type="dxa"/>
          </w:tcPr>
          <w:p w14:paraId="5CE98A96" w14:textId="77777777" w:rsidR="00D6455C" w:rsidRDefault="00D6455C" w:rsidP="004B06BE">
            <w:r>
              <w:rPr>
                <w:rFonts w:ascii="Times New Roman" w:eastAsia="Times New Roman" w:hAnsi="Times New Roman"/>
                <w:sz w:val="20"/>
              </w:rPr>
              <w:t>At-Large Director</w:t>
            </w:r>
          </w:p>
        </w:tc>
        <w:tc>
          <w:tcPr>
            <w:tcW w:w="2244" w:type="dxa"/>
          </w:tcPr>
          <w:p w14:paraId="0676803A" w14:textId="77777777" w:rsidR="00D6455C" w:rsidRDefault="00D6455C" w:rsidP="004B06BE">
            <w:r>
              <w:rPr>
                <w:rFonts w:ascii="Times New Roman" w:eastAsia="Times New Roman" w:hAnsi="Times New Roman"/>
                <w:sz w:val="20"/>
              </w:rPr>
              <w:t>13</w:t>
            </w:r>
          </w:p>
        </w:tc>
      </w:tr>
      <w:tr w:rsidR="00D6455C" w14:paraId="3A65BAEF" w14:textId="77777777" w:rsidTr="00405B07">
        <w:tc>
          <w:tcPr>
            <w:tcW w:w="3325" w:type="dxa"/>
          </w:tcPr>
          <w:p w14:paraId="2CEDD02E" w14:textId="77777777" w:rsidR="00D6455C" w:rsidRDefault="00D6455C" w:rsidP="004B06BE">
            <w:r>
              <w:rPr>
                <w:rFonts w:ascii="Times New Roman" w:eastAsia="Times New Roman" w:hAnsi="Times New Roman"/>
                <w:sz w:val="20"/>
              </w:rPr>
              <w:t>Article IX. DIRECTORS; OFFICERS</w:t>
            </w:r>
          </w:p>
        </w:tc>
        <w:tc>
          <w:tcPr>
            <w:tcW w:w="1397" w:type="dxa"/>
          </w:tcPr>
          <w:p w14:paraId="3A584E07" w14:textId="77777777" w:rsidR="00D6455C" w:rsidRDefault="00D6455C" w:rsidP="004B06BE">
            <w:r>
              <w:rPr>
                <w:rFonts w:ascii="Times New Roman" w:eastAsia="Times New Roman" w:hAnsi="Times New Roman"/>
                <w:sz w:val="20"/>
              </w:rPr>
              <w:t>Section 14</w:t>
            </w:r>
          </w:p>
        </w:tc>
        <w:tc>
          <w:tcPr>
            <w:tcW w:w="2384" w:type="dxa"/>
          </w:tcPr>
          <w:p w14:paraId="68B629CC" w14:textId="77777777" w:rsidR="00D6455C" w:rsidRDefault="00D6455C" w:rsidP="004B06BE">
            <w:r>
              <w:rPr>
                <w:rFonts w:ascii="Times New Roman" w:eastAsia="Times New Roman" w:hAnsi="Times New Roman"/>
                <w:sz w:val="20"/>
              </w:rPr>
              <w:t>Duties of Non-Voting Members</w:t>
            </w:r>
          </w:p>
        </w:tc>
        <w:tc>
          <w:tcPr>
            <w:tcW w:w="2244" w:type="dxa"/>
          </w:tcPr>
          <w:p w14:paraId="2F6E6D59" w14:textId="77777777" w:rsidR="00D6455C" w:rsidRDefault="00D6455C" w:rsidP="004B06BE">
            <w:r>
              <w:rPr>
                <w:rFonts w:ascii="Times New Roman" w:eastAsia="Times New Roman" w:hAnsi="Times New Roman"/>
                <w:sz w:val="20"/>
              </w:rPr>
              <w:t>13</w:t>
            </w:r>
          </w:p>
        </w:tc>
      </w:tr>
      <w:tr w:rsidR="00D6455C" w14:paraId="479F245A" w14:textId="77777777" w:rsidTr="00405B07">
        <w:tc>
          <w:tcPr>
            <w:tcW w:w="3325" w:type="dxa"/>
          </w:tcPr>
          <w:p w14:paraId="6BC1473A" w14:textId="77777777" w:rsidR="00D6455C" w:rsidRDefault="00D6455C" w:rsidP="004B06BE">
            <w:r>
              <w:rPr>
                <w:rFonts w:ascii="Times New Roman" w:eastAsia="Times New Roman" w:hAnsi="Times New Roman"/>
                <w:sz w:val="20"/>
              </w:rPr>
              <w:t>Article IX. DIRECTORS; OFFICERS</w:t>
            </w:r>
          </w:p>
        </w:tc>
        <w:tc>
          <w:tcPr>
            <w:tcW w:w="1397" w:type="dxa"/>
          </w:tcPr>
          <w:p w14:paraId="70D66531" w14:textId="77777777" w:rsidR="00D6455C" w:rsidRDefault="00D6455C" w:rsidP="004B06BE">
            <w:r>
              <w:rPr>
                <w:rFonts w:ascii="Times New Roman" w:eastAsia="Times New Roman" w:hAnsi="Times New Roman"/>
                <w:sz w:val="20"/>
              </w:rPr>
              <w:t>Section 15</w:t>
            </w:r>
          </w:p>
        </w:tc>
        <w:tc>
          <w:tcPr>
            <w:tcW w:w="2384" w:type="dxa"/>
          </w:tcPr>
          <w:p w14:paraId="6BF50302" w14:textId="77777777" w:rsidR="00D6455C" w:rsidRDefault="00D6455C" w:rsidP="004B06BE">
            <w:r>
              <w:rPr>
                <w:rFonts w:ascii="Times New Roman" w:eastAsia="Times New Roman" w:hAnsi="Times New Roman"/>
                <w:sz w:val="20"/>
              </w:rPr>
              <w:t>Strategic Governance Role</w:t>
            </w:r>
          </w:p>
        </w:tc>
        <w:tc>
          <w:tcPr>
            <w:tcW w:w="2244" w:type="dxa"/>
          </w:tcPr>
          <w:p w14:paraId="31814775" w14:textId="77777777" w:rsidR="00D6455C" w:rsidRDefault="00D6455C" w:rsidP="004B06BE">
            <w:r>
              <w:rPr>
                <w:rFonts w:ascii="Times New Roman" w:eastAsia="Times New Roman" w:hAnsi="Times New Roman"/>
                <w:sz w:val="20"/>
              </w:rPr>
              <w:t>13</w:t>
            </w:r>
          </w:p>
        </w:tc>
      </w:tr>
      <w:tr w:rsidR="00D6455C" w14:paraId="4AE632B3" w14:textId="77777777" w:rsidTr="00405B07">
        <w:tc>
          <w:tcPr>
            <w:tcW w:w="3325" w:type="dxa"/>
          </w:tcPr>
          <w:p w14:paraId="3F426A29" w14:textId="77777777" w:rsidR="00D6455C" w:rsidRDefault="00D6455C" w:rsidP="004B06BE">
            <w:r>
              <w:rPr>
                <w:rFonts w:ascii="Times New Roman" w:eastAsia="Times New Roman" w:hAnsi="Times New Roman"/>
                <w:sz w:val="20"/>
              </w:rPr>
              <w:t>Article IX. DIRECTORS; OFFICERS</w:t>
            </w:r>
          </w:p>
        </w:tc>
        <w:tc>
          <w:tcPr>
            <w:tcW w:w="1397" w:type="dxa"/>
          </w:tcPr>
          <w:p w14:paraId="71EF7C16" w14:textId="77777777" w:rsidR="00D6455C" w:rsidRDefault="00D6455C" w:rsidP="004B06BE">
            <w:r>
              <w:rPr>
                <w:rFonts w:ascii="Times New Roman" w:eastAsia="Times New Roman" w:hAnsi="Times New Roman"/>
                <w:sz w:val="20"/>
              </w:rPr>
              <w:t>Section 16</w:t>
            </w:r>
          </w:p>
        </w:tc>
        <w:tc>
          <w:tcPr>
            <w:tcW w:w="2384" w:type="dxa"/>
          </w:tcPr>
          <w:p w14:paraId="0B7845FE" w14:textId="77777777" w:rsidR="00D6455C" w:rsidRDefault="00D6455C" w:rsidP="004B06BE">
            <w:r>
              <w:rPr>
                <w:rFonts w:ascii="Times New Roman" w:eastAsia="Times New Roman" w:hAnsi="Times New Roman"/>
                <w:sz w:val="20"/>
              </w:rPr>
              <w:t>Conflicts and Removal</w:t>
            </w:r>
          </w:p>
        </w:tc>
        <w:tc>
          <w:tcPr>
            <w:tcW w:w="2244" w:type="dxa"/>
          </w:tcPr>
          <w:p w14:paraId="2021C744" w14:textId="77777777" w:rsidR="00D6455C" w:rsidRDefault="00D6455C" w:rsidP="004B06BE">
            <w:r>
              <w:rPr>
                <w:rFonts w:ascii="Times New Roman" w:eastAsia="Times New Roman" w:hAnsi="Times New Roman"/>
                <w:sz w:val="20"/>
              </w:rPr>
              <w:t>13</w:t>
            </w:r>
          </w:p>
        </w:tc>
      </w:tr>
      <w:tr w:rsidR="00D6455C" w14:paraId="49289310" w14:textId="77777777" w:rsidTr="00405B07">
        <w:tc>
          <w:tcPr>
            <w:tcW w:w="3325" w:type="dxa"/>
          </w:tcPr>
          <w:p w14:paraId="7C33E34D" w14:textId="77777777" w:rsidR="00D6455C" w:rsidRDefault="00D6455C" w:rsidP="004B06BE">
            <w:r>
              <w:rPr>
                <w:rFonts w:ascii="Times New Roman" w:eastAsia="Times New Roman" w:hAnsi="Times New Roman"/>
                <w:sz w:val="20"/>
              </w:rPr>
              <w:t>Article IX. DIRECTORS; OFFICERS</w:t>
            </w:r>
          </w:p>
        </w:tc>
        <w:tc>
          <w:tcPr>
            <w:tcW w:w="1397" w:type="dxa"/>
          </w:tcPr>
          <w:p w14:paraId="6DA3FEDA" w14:textId="77777777" w:rsidR="00D6455C" w:rsidRDefault="00D6455C" w:rsidP="004B06BE">
            <w:r>
              <w:rPr>
                <w:rFonts w:ascii="Times New Roman" w:eastAsia="Times New Roman" w:hAnsi="Times New Roman"/>
                <w:sz w:val="20"/>
              </w:rPr>
              <w:t>Section 17</w:t>
            </w:r>
          </w:p>
        </w:tc>
        <w:tc>
          <w:tcPr>
            <w:tcW w:w="2384" w:type="dxa"/>
          </w:tcPr>
          <w:p w14:paraId="4774D107" w14:textId="77777777" w:rsidR="00D6455C" w:rsidRDefault="00D6455C" w:rsidP="004B06BE">
            <w:r>
              <w:rPr>
                <w:rFonts w:ascii="Times New Roman" w:eastAsia="Times New Roman" w:hAnsi="Times New Roman"/>
                <w:sz w:val="20"/>
              </w:rPr>
              <w:t>Removal of Directors</w:t>
            </w:r>
          </w:p>
        </w:tc>
        <w:tc>
          <w:tcPr>
            <w:tcW w:w="2244" w:type="dxa"/>
          </w:tcPr>
          <w:p w14:paraId="6783DFAB" w14:textId="77777777" w:rsidR="00D6455C" w:rsidRDefault="00D6455C" w:rsidP="004B06BE">
            <w:r>
              <w:rPr>
                <w:rFonts w:ascii="Times New Roman" w:eastAsia="Times New Roman" w:hAnsi="Times New Roman"/>
                <w:sz w:val="20"/>
              </w:rPr>
              <w:t>14</w:t>
            </w:r>
          </w:p>
        </w:tc>
      </w:tr>
      <w:tr w:rsidR="00D6455C" w14:paraId="26A76626" w14:textId="77777777" w:rsidTr="00405B07">
        <w:tc>
          <w:tcPr>
            <w:tcW w:w="3325" w:type="dxa"/>
          </w:tcPr>
          <w:p w14:paraId="349EB4E4" w14:textId="77777777" w:rsidR="00D6455C" w:rsidRDefault="00D6455C" w:rsidP="004B06BE">
            <w:r>
              <w:rPr>
                <w:rFonts w:ascii="Times New Roman" w:eastAsia="Times New Roman" w:hAnsi="Times New Roman"/>
                <w:sz w:val="20"/>
              </w:rPr>
              <w:t>Article X. INDEMNIFICATION</w:t>
            </w:r>
          </w:p>
        </w:tc>
        <w:tc>
          <w:tcPr>
            <w:tcW w:w="1397" w:type="dxa"/>
          </w:tcPr>
          <w:p w14:paraId="478E4DC5" w14:textId="77777777" w:rsidR="00D6455C" w:rsidRDefault="00D6455C" w:rsidP="004B06BE">
            <w:r>
              <w:rPr>
                <w:rFonts w:ascii="Times New Roman" w:eastAsia="Times New Roman" w:hAnsi="Times New Roman"/>
                <w:sz w:val="20"/>
              </w:rPr>
              <w:t>Section 1</w:t>
            </w:r>
          </w:p>
        </w:tc>
        <w:tc>
          <w:tcPr>
            <w:tcW w:w="2384" w:type="dxa"/>
          </w:tcPr>
          <w:p w14:paraId="394A4839" w14:textId="77777777" w:rsidR="00D6455C" w:rsidRDefault="00D6455C" w:rsidP="004B06BE">
            <w:r>
              <w:rPr>
                <w:rFonts w:ascii="Times New Roman" w:eastAsia="Times New Roman" w:hAnsi="Times New Roman"/>
                <w:sz w:val="20"/>
              </w:rPr>
              <w:t>Indemnification Provisions</w:t>
            </w:r>
          </w:p>
        </w:tc>
        <w:tc>
          <w:tcPr>
            <w:tcW w:w="2244" w:type="dxa"/>
          </w:tcPr>
          <w:p w14:paraId="71C17B62" w14:textId="77777777" w:rsidR="00D6455C" w:rsidRDefault="00D6455C" w:rsidP="004B06BE">
            <w:r>
              <w:rPr>
                <w:rFonts w:ascii="Times New Roman" w:eastAsia="Times New Roman" w:hAnsi="Times New Roman"/>
                <w:sz w:val="20"/>
              </w:rPr>
              <w:t>13</w:t>
            </w:r>
          </w:p>
        </w:tc>
      </w:tr>
      <w:tr w:rsidR="00D6455C" w14:paraId="0BB875EB" w14:textId="77777777" w:rsidTr="00405B07">
        <w:tc>
          <w:tcPr>
            <w:tcW w:w="3325" w:type="dxa"/>
          </w:tcPr>
          <w:p w14:paraId="7F0689E8" w14:textId="77777777" w:rsidR="00D6455C" w:rsidRDefault="00D6455C" w:rsidP="004B06BE">
            <w:r>
              <w:rPr>
                <w:rFonts w:ascii="Times New Roman" w:eastAsia="Times New Roman" w:hAnsi="Times New Roman"/>
                <w:sz w:val="20"/>
              </w:rPr>
              <w:t>Article X. INDEMNIFICATION</w:t>
            </w:r>
          </w:p>
        </w:tc>
        <w:tc>
          <w:tcPr>
            <w:tcW w:w="1397" w:type="dxa"/>
          </w:tcPr>
          <w:p w14:paraId="38E57BC6" w14:textId="77777777" w:rsidR="00D6455C" w:rsidRDefault="00D6455C" w:rsidP="004B06BE">
            <w:r>
              <w:rPr>
                <w:rFonts w:ascii="Times New Roman" w:eastAsia="Times New Roman" w:hAnsi="Times New Roman"/>
                <w:sz w:val="20"/>
              </w:rPr>
              <w:t>Section 2</w:t>
            </w:r>
          </w:p>
        </w:tc>
        <w:tc>
          <w:tcPr>
            <w:tcW w:w="2384" w:type="dxa"/>
          </w:tcPr>
          <w:p w14:paraId="56CA2362" w14:textId="77777777" w:rsidR="00D6455C" w:rsidRDefault="00D6455C" w:rsidP="004B06BE">
            <w:r>
              <w:rPr>
                <w:rFonts w:ascii="Times New Roman" w:eastAsia="Times New Roman" w:hAnsi="Times New Roman"/>
                <w:sz w:val="20"/>
              </w:rPr>
              <w:t>Definitions</w:t>
            </w:r>
          </w:p>
        </w:tc>
        <w:tc>
          <w:tcPr>
            <w:tcW w:w="2244" w:type="dxa"/>
          </w:tcPr>
          <w:p w14:paraId="23BC593E" w14:textId="77777777" w:rsidR="00D6455C" w:rsidRDefault="00D6455C" w:rsidP="004B06BE">
            <w:r>
              <w:rPr>
                <w:rFonts w:ascii="Times New Roman" w:eastAsia="Times New Roman" w:hAnsi="Times New Roman"/>
                <w:sz w:val="20"/>
              </w:rPr>
              <w:t>13</w:t>
            </w:r>
          </w:p>
        </w:tc>
      </w:tr>
      <w:tr w:rsidR="00D6455C" w14:paraId="481A967B" w14:textId="77777777" w:rsidTr="00405B07">
        <w:tc>
          <w:tcPr>
            <w:tcW w:w="3325" w:type="dxa"/>
          </w:tcPr>
          <w:p w14:paraId="3E907C68" w14:textId="77777777" w:rsidR="00D6455C" w:rsidRDefault="00D6455C" w:rsidP="004B06BE">
            <w:r>
              <w:rPr>
                <w:rFonts w:ascii="Times New Roman" w:eastAsia="Times New Roman" w:hAnsi="Times New Roman"/>
                <w:sz w:val="20"/>
              </w:rPr>
              <w:t>Article X. INDEMNIFICATION</w:t>
            </w:r>
          </w:p>
        </w:tc>
        <w:tc>
          <w:tcPr>
            <w:tcW w:w="1397" w:type="dxa"/>
          </w:tcPr>
          <w:p w14:paraId="480178EC" w14:textId="77777777" w:rsidR="00D6455C" w:rsidRDefault="00D6455C" w:rsidP="004B06BE">
            <w:r>
              <w:rPr>
                <w:rFonts w:ascii="Times New Roman" w:eastAsia="Times New Roman" w:hAnsi="Times New Roman"/>
                <w:sz w:val="20"/>
              </w:rPr>
              <w:t>Section 3</w:t>
            </w:r>
          </w:p>
        </w:tc>
        <w:tc>
          <w:tcPr>
            <w:tcW w:w="2384" w:type="dxa"/>
          </w:tcPr>
          <w:p w14:paraId="7B88D916" w14:textId="77777777" w:rsidR="00D6455C" w:rsidRDefault="00D6455C" w:rsidP="004B06BE">
            <w:r>
              <w:rPr>
                <w:rFonts w:ascii="Times New Roman" w:eastAsia="Times New Roman" w:hAnsi="Times New Roman"/>
                <w:sz w:val="20"/>
              </w:rPr>
              <w:t>Settlements</w:t>
            </w:r>
          </w:p>
        </w:tc>
        <w:tc>
          <w:tcPr>
            <w:tcW w:w="2244" w:type="dxa"/>
          </w:tcPr>
          <w:p w14:paraId="4BFD1BA6" w14:textId="77777777" w:rsidR="00D6455C" w:rsidRDefault="00D6455C" w:rsidP="004B06BE">
            <w:r>
              <w:rPr>
                <w:rFonts w:ascii="Times New Roman" w:eastAsia="Times New Roman" w:hAnsi="Times New Roman"/>
                <w:sz w:val="20"/>
              </w:rPr>
              <w:t>13</w:t>
            </w:r>
          </w:p>
        </w:tc>
      </w:tr>
      <w:tr w:rsidR="00D6455C" w14:paraId="0DE49D9C" w14:textId="77777777" w:rsidTr="00405B07">
        <w:tc>
          <w:tcPr>
            <w:tcW w:w="3325" w:type="dxa"/>
          </w:tcPr>
          <w:p w14:paraId="3F0BCB18" w14:textId="77777777" w:rsidR="00D6455C" w:rsidRDefault="00D6455C" w:rsidP="004B06BE">
            <w:r>
              <w:rPr>
                <w:rFonts w:ascii="Times New Roman" w:eastAsia="Times New Roman" w:hAnsi="Times New Roman"/>
                <w:sz w:val="20"/>
              </w:rPr>
              <w:t>Article X. INDEMNIFICATION</w:t>
            </w:r>
          </w:p>
        </w:tc>
        <w:tc>
          <w:tcPr>
            <w:tcW w:w="1397" w:type="dxa"/>
          </w:tcPr>
          <w:p w14:paraId="427B2C76" w14:textId="77777777" w:rsidR="00D6455C" w:rsidRDefault="00D6455C" w:rsidP="004B06BE">
            <w:r>
              <w:rPr>
                <w:rFonts w:ascii="Times New Roman" w:eastAsia="Times New Roman" w:hAnsi="Times New Roman"/>
                <w:sz w:val="20"/>
              </w:rPr>
              <w:t>Section 4</w:t>
            </w:r>
          </w:p>
        </w:tc>
        <w:tc>
          <w:tcPr>
            <w:tcW w:w="2384" w:type="dxa"/>
          </w:tcPr>
          <w:p w14:paraId="0A65956B" w14:textId="77777777" w:rsidR="00D6455C" w:rsidRDefault="00D6455C" w:rsidP="004B06BE">
            <w:r>
              <w:rPr>
                <w:rFonts w:ascii="Times New Roman" w:eastAsia="Times New Roman" w:hAnsi="Times New Roman"/>
                <w:sz w:val="20"/>
              </w:rPr>
              <w:t>Litigation Expense Advances</w:t>
            </w:r>
          </w:p>
        </w:tc>
        <w:tc>
          <w:tcPr>
            <w:tcW w:w="2244" w:type="dxa"/>
          </w:tcPr>
          <w:p w14:paraId="7621E895" w14:textId="77777777" w:rsidR="00D6455C" w:rsidRDefault="00D6455C" w:rsidP="004B06BE">
            <w:r>
              <w:rPr>
                <w:rFonts w:ascii="Times New Roman" w:eastAsia="Times New Roman" w:hAnsi="Times New Roman"/>
                <w:sz w:val="20"/>
              </w:rPr>
              <w:t>13</w:t>
            </w:r>
          </w:p>
        </w:tc>
      </w:tr>
      <w:tr w:rsidR="00D6455C" w14:paraId="425F8D1B" w14:textId="77777777" w:rsidTr="00405B07">
        <w:tc>
          <w:tcPr>
            <w:tcW w:w="3325" w:type="dxa"/>
          </w:tcPr>
          <w:p w14:paraId="167F185B" w14:textId="77777777" w:rsidR="00D6455C" w:rsidRDefault="00D6455C" w:rsidP="004B06BE">
            <w:r>
              <w:rPr>
                <w:rFonts w:ascii="Times New Roman" w:eastAsia="Times New Roman" w:hAnsi="Times New Roman"/>
                <w:sz w:val="20"/>
              </w:rPr>
              <w:t>Article X. INDEMNIFICATION</w:t>
            </w:r>
          </w:p>
        </w:tc>
        <w:tc>
          <w:tcPr>
            <w:tcW w:w="1397" w:type="dxa"/>
          </w:tcPr>
          <w:p w14:paraId="24D614C1" w14:textId="77777777" w:rsidR="00D6455C" w:rsidRDefault="00D6455C" w:rsidP="004B06BE">
            <w:r>
              <w:rPr>
                <w:rFonts w:ascii="Times New Roman" w:eastAsia="Times New Roman" w:hAnsi="Times New Roman"/>
                <w:sz w:val="20"/>
              </w:rPr>
              <w:t>Section 5</w:t>
            </w:r>
          </w:p>
        </w:tc>
        <w:tc>
          <w:tcPr>
            <w:tcW w:w="2384" w:type="dxa"/>
          </w:tcPr>
          <w:p w14:paraId="43E704B5" w14:textId="77777777" w:rsidR="00D6455C" w:rsidRDefault="00D6455C" w:rsidP="004B06BE">
            <w:r>
              <w:rPr>
                <w:rFonts w:ascii="Times New Roman" w:eastAsia="Times New Roman" w:hAnsi="Times New Roman"/>
                <w:sz w:val="20"/>
              </w:rPr>
              <w:t>Approval of Indemnification Payments</w:t>
            </w:r>
          </w:p>
        </w:tc>
        <w:tc>
          <w:tcPr>
            <w:tcW w:w="2244" w:type="dxa"/>
          </w:tcPr>
          <w:p w14:paraId="10AC705E" w14:textId="77777777" w:rsidR="00D6455C" w:rsidRDefault="00D6455C" w:rsidP="004B06BE">
            <w:r>
              <w:rPr>
                <w:rFonts w:ascii="Times New Roman" w:eastAsia="Times New Roman" w:hAnsi="Times New Roman"/>
                <w:sz w:val="20"/>
              </w:rPr>
              <w:t>14</w:t>
            </w:r>
          </w:p>
        </w:tc>
      </w:tr>
      <w:tr w:rsidR="00D6455C" w14:paraId="3FAD01CE" w14:textId="77777777" w:rsidTr="00405B07">
        <w:tc>
          <w:tcPr>
            <w:tcW w:w="3325" w:type="dxa"/>
          </w:tcPr>
          <w:p w14:paraId="66B51F2C" w14:textId="77777777" w:rsidR="00D6455C" w:rsidRDefault="00D6455C" w:rsidP="004B06BE">
            <w:r>
              <w:rPr>
                <w:rFonts w:ascii="Times New Roman" w:eastAsia="Times New Roman" w:hAnsi="Times New Roman"/>
                <w:sz w:val="20"/>
              </w:rPr>
              <w:t>Article X. INDEMNIFICATION</w:t>
            </w:r>
          </w:p>
        </w:tc>
        <w:tc>
          <w:tcPr>
            <w:tcW w:w="1397" w:type="dxa"/>
          </w:tcPr>
          <w:p w14:paraId="4D79B712" w14:textId="77777777" w:rsidR="00D6455C" w:rsidRDefault="00D6455C" w:rsidP="004B06BE">
            <w:r>
              <w:rPr>
                <w:rFonts w:ascii="Times New Roman" w:eastAsia="Times New Roman" w:hAnsi="Times New Roman"/>
                <w:sz w:val="20"/>
              </w:rPr>
              <w:t>Section 6</w:t>
            </w:r>
          </w:p>
        </w:tc>
        <w:tc>
          <w:tcPr>
            <w:tcW w:w="2384" w:type="dxa"/>
          </w:tcPr>
          <w:p w14:paraId="51711072" w14:textId="77777777" w:rsidR="00D6455C" w:rsidRDefault="00D6455C" w:rsidP="004B06BE">
            <w:r>
              <w:rPr>
                <w:rFonts w:ascii="Times New Roman" w:eastAsia="Times New Roman" w:hAnsi="Times New Roman"/>
                <w:sz w:val="20"/>
              </w:rPr>
              <w:t>Suits by Claimant</w:t>
            </w:r>
          </w:p>
        </w:tc>
        <w:tc>
          <w:tcPr>
            <w:tcW w:w="2244" w:type="dxa"/>
          </w:tcPr>
          <w:p w14:paraId="7990B642" w14:textId="77777777" w:rsidR="00D6455C" w:rsidRDefault="00D6455C" w:rsidP="004B06BE">
            <w:r>
              <w:rPr>
                <w:rFonts w:ascii="Times New Roman" w:eastAsia="Times New Roman" w:hAnsi="Times New Roman"/>
                <w:sz w:val="20"/>
              </w:rPr>
              <w:t>14</w:t>
            </w:r>
          </w:p>
        </w:tc>
      </w:tr>
      <w:tr w:rsidR="00D6455C" w14:paraId="0736D587" w14:textId="77777777" w:rsidTr="00405B07">
        <w:tc>
          <w:tcPr>
            <w:tcW w:w="3325" w:type="dxa"/>
          </w:tcPr>
          <w:p w14:paraId="6B2B112D" w14:textId="77777777" w:rsidR="00D6455C" w:rsidRDefault="00D6455C" w:rsidP="004B06BE">
            <w:r>
              <w:rPr>
                <w:rFonts w:ascii="Times New Roman" w:eastAsia="Times New Roman" w:hAnsi="Times New Roman"/>
                <w:sz w:val="20"/>
              </w:rPr>
              <w:t>Article X. INDEMNIFICATION</w:t>
            </w:r>
          </w:p>
        </w:tc>
        <w:tc>
          <w:tcPr>
            <w:tcW w:w="1397" w:type="dxa"/>
          </w:tcPr>
          <w:p w14:paraId="6E3EE747" w14:textId="77777777" w:rsidR="00D6455C" w:rsidRDefault="00D6455C" w:rsidP="004B06BE">
            <w:r>
              <w:rPr>
                <w:rFonts w:ascii="Times New Roman" w:eastAsia="Times New Roman" w:hAnsi="Times New Roman"/>
                <w:sz w:val="20"/>
              </w:rPr>
              <w:t>Section 7</w:t>
            </w:r>
          </w:p>
        </w:tc>
        <w:tc>
          <w:tcPr>
            <w:tcW w:w="2384" w:type="dxa"/>
          </w:tcPr>
          <w:p w14:paraId="7E3B796A" w14:textId="77777777" w:rsidR="00D6455C" w:rsidRDefault="00D6455C" w:rsidP="004B06BE">
            <w:r>
              <w:rPr>
                <w:rFonts w:ascii="Times New Roman" w:eastAsia="Times New Roman" w:hAnsi="Times New Roman"/>
                <w:sz w:val="20"/>
              </w:rPr>
              <w:t>Consideration; Personal Representatives and Other Remedies</w:t>
            </w:r>
          </w:p>
        </w:tc>
        <w:tc>
          <w:tcPr>
            <w:tcW w:w="2244" w:type="dxa"/>
          </w:tcPr>
          <w:p w14:paraId="4AADC3A1" w14:textId="77777777" w:rsidR="00D6455C" w:rsidRDefault="00D6455C" w:rsidP="004B06BE">
            <w:r>
              <w:rPr>
                <w:rFonts w:ascii="Times New Roman" w:eastAsia="Times New Roman" w:hAnsi="Times New Roman"/>
                <w:sz w:val="20"/>
              </w:rPr>
              <w:t>14</w:t>
            </w:r>
          </w:p>
        </w:tc>
      </w:tr>
      <w:tr w:rsidR="00D6455C" w14:paraId="3E4C129B" w14:textId="77777777" w:rsidTr="00405B07">
        <w:tc>
          <w:tcPr>
            <w:tcW w:w="3325" w:type="dxa"/>
          </w:tcPr>
          <w:p w14:paraId="5DAA4DF2" w14:textId="77777777" w:rsidR="00D6455C" w:rsidRDefault="00D6455C" w:rsidP="004B06BE">
            <w:r>
              <w:rPr>
                <w:rFonts w:ascii="Times New Roman" w:eastAsia="Times New Roman" w:hAnsi="Times New Roman"/>
                <w:sz w:val="20"/>
              </w:rPr>
              <w:t>Article X. INDEMNIFICATION</w:t>
            </w:r>
          </w:p>
        </w:tc>
        <w:tc>
          <w:tcPr>
            <w:tcW w:w="1397" w:type="dxa"/>
          </w:tcPr>
          <w:p w14:paraId="697D15B4" w14:textId="77777777" w:rsidR="00D6455C" w:rsidRDefault="00D6455C" w:rsidP="004B06BE">
            <w:r>
              <w:rPr>
                <w:rFonts w:ascii="Times New Roman" w:eastAsia="Times New Roman" w:hAnsi="Times New Roman"/>
                <w:sz w:val="20"/>
              </w:rPr>
              <w:t>Section 8</w:t>
            </w:r>
          </w:p>
        </w:tc>
        <w:tc>
          <w:tcPr>
            <w:tcW w:w="2384" w:type="dxa"/>
          </w:tcPr>
          <w:p w14:paraId="7EB67D98" w14:textId="77777777" w:rsidR="00D6455C" w:rsidRDefault="00D6455C" w:rsidP="004B06BE">
            <w:r>
              <w:rPr>
                <w:rFonts w:ascii="Times New Roman" w:eastAsia="Times New Roman" w:hAnsi="Times New Roman"/>
                <w:sz w:val="20"/>
              </w:rPr>
              <w:t>Scope of Indemnification Rights</w:t>
            </w:r>
          </w:p>
        </w:tc>
        <w:tc>
          <w:tcPr>
            <w:tcW w:w="2244" w:type="dxa"/>
          </w:tcPr>
          <w:p w14:paraId="39FD1CF1" w14:textId="77777777" w:rsidR="00D6455C" w:rsidRDefault="00D6455C" w:rsidP="004B06BE">
            <w:r>
              <w:rPr>
                <w:rFonts w:ascii="Times New Roman" w:eastAsia="Times New Roman" w:hAnsi="Times New Roman"/>
                <w:sz w:val="20"/>
              </w:rPr>
              <w:t>14</w:t>
            </w:r>
          </w:p>
        </w:tc>
      </w:tr>
      <w:tr w:rsidR="00D6455C" w14:paraId="0C539D8C" w14:textId="77777777" w:rsidTr="00405B07">
        <w:tc>
          <w:tcPr>
            <w:tcW w:w="3325" w:type="dxa"/>
          </w:tcPr>
          <w:p w14:paraId="0772A1F9" w14:textId="77777777" w:rsidR="00D6455C" w:rsidRDefault="00D6455C" w:rsidP="004B06BE">
            <w:r>
              <w:rPr>
                <w:rFonts w:ascii="Times New Roman" w:eastAsia="Times New Roman" w:hAnsi="Times New Roman"/>
                <w:sz w:val="20"/>
              </w:rPr>
              <w:t>Article X. INDEMNIFICATION</w:t>
            </w:r>
          </w:p>
        </w:tc>
        <w:tc>
          <w:tcPr>
            <w:tcW w:w="1397" w:type="dxa"/>
          </w:tcPr>
          <w:p w14:paraId="53BC82E1" w14:textId="77777777" w:rsidR="00D6455C" w:rsidRDefault="00D6455C" w:rsidP="004B06BE">
            <w:r>
              <w:rPr>
                <w:rFonts w:ascii="Times New Roman" w:eastAsia="Times New Roman" w:hAnsi="Times New Roman"/>
                <w:sz w:val="20"/>
              </w:rPr>
              <w:t>Section 9</w:t>
            </w:r>
          </w:p>
        </w:tc>
        <w:tc>
          <w:tcPr>
            <w:tcW w:w="2384" w:type="dxa"/>
          </w:tcPr>
          <w:p w14:paraId="01F5DF23" w14:textId="77777777" w:rsidR="00D6455C" w:rsidRDefault="00D6455C" w:rsidP="004B06BE">
            <w:r>
              <w:rPr>
                <w:rFonts w:ascii="Times New Roman" w:eastAsia="Times New Roman" w:hAnsi="Times New Roman"/>
                <w:sz w:val="20"/>
              </w:rPr>
              <w:t>Extension of Indemnification Rights to Additional Persons</w:t>
            </w:r>
          </w:p>
        </w:tc>
        <w:tc>
          <w:tcPr>
            <w:tcW w:w="2244" w:type="dxa"/>
          </w:tcPr>
          <w:p w14:paraId="507DFCAF" w14:textId="77777777" w:rsidR="00D6455C" w:rsidRDefault="00D6455C" w:rsidP="004B06BE">
            <w:r>
              <w:rPr>
                <w:rFonts w:ascii="Times New Roman" w:eastAsia="Times New Roman" w:hAnsi="Times New Roman"/>
                <w:sz w:val="20"/>
              </w:rPr>
              <w:t>15</w:t>
            </w:r>
          </w:p>
        </w:tc>
      </w:tr>
      <w:tr w:rsidR="00D6455C" w14:paraId="43109527" w14:textId="77777777" w:rsidTr="00405B07">
        <w:tc>
          <w:tcPr>
            <w:tcW w:w="3325" w:type="dxa"/>
          </w:tcPr>
          <w:p w14:paraId="7ECFB16A" w14:textId="77777777" w:rsidR="00D6455C" w:rsidRDefault="00D6455C" w:rsidP="004B06BE">
            <w:r>
              <w:rPr>
                <w:rFonts w:ascii="Times New Roman" w:eastAsia="Times New Roman" w:hAnsi="Times New Roman"/>
                <w:sz w:val="20"/>
              </w:rPr>
              <w:t>Article XI. EMERGENCY BYLAWS</w:t>
            </w:r>
          </w:p>
        </w:tc>
        <w:tc>
          <w:tcPr>
            <w:tcW w:w="1397" w:type="dxa"/>
          </w:tcPr>
          <w:p w14:paraId="00D61A23" w14:textId="77777777" w:rsidR="00D6455C" w:rsidRDefault="00D6455C" w:rsidP="004B06BE">
            <w:r>
              <w:rPr>
                <w:rFonts w:ascii="Times New Roman" w:eastAsia="Times New Roman" w:hAnsi="Times New Roman"/>
                <w:sz w:val="20"/>
              </w:rPr>
              <w:t>Section 1</w:t>
            </w:r>
          </w:p>
        </w:tc>
        <w:tc>
          <w:tcPr>
            <w:tcW w:w="2384" w:type="dxa"/>
          </w:tcPr>
          <w:p w14:paraId="30B5501C" w14:textId="77777777" w:rsidR="00D6455C" w:rsidRDefault="00D6455C" w:rsidP="004B06BE">
            <w:r>
              <w:rPr>
                <w:rFonts w:ascii="Times New Roman" w:eastAsia="Times New Roman" w:hAnsi="Times New Roman"/>
                <w:sz w:val="20"/>
              </w:rPr>
              <w:t>Effectiveness</w:t>
            </w:r>
          </w:p>
        </w:tc>
        <w:tc>
          <w:tcPr>
            <w:tcW w:w="2244" w:type="dxa"/>
          </w:tcPr>
          <w:p w14:paraId="36CF2022" w14:textId="77777777" w:rsidR="00D6455C" w:rsidRDefault="00D6455C" w:rsidP="004B06BE">
            <w:r>
              <w:rPr>
                <w:rFonts w:ascii="Times New Roman" w:eastAsia="Times New Roman" w:hAnsi="Times New Roman"/>
                <w:sz w:val="20"/>
              </w:rPr>
              <w:t>14</w:t>
            </w:r>
          </w:p>
        </w:tc>
      </w:tr>
      <w:tr w:rsidR="00D6455C" w14:paraId="0ABB70C0" w14:textId="77777777" w:rsidTr="00405B07">
        <w:tc>
          <w:tcPr>
            <w:tcW w:w="3325" w:type="dxa"/>
          </w:tcPr>
          <w:p w14:paraId="6E36BE66" w14:textId="77777777" w:rsidR="00D6455C" w:rsidRDefault="00D6455C" w:rsidP="004B06BE">
            <w:r>
              <w:rPr>
                <w:rFonts w:ascii="Times New Roman" w:eastAsia="Times New Roman" w:hAnsi="Times New Roman"/>
                <w:sz w:val="20"/>
              </w:rPr>
              <w:lastRenderedPageBreak/>
              <w:t>Article XI. EMERGENCY BYLAWS</w:t>
            </w:r>
          </w:p>
        </w:tc>
        <w:tc>
          <w:tcPr>
            <w:tcW w:w="1397" w:type="dxa"/>
          </w:tcPr>
          <w:p w14:paraId="453348F7" w14:textId="77777777" w:rsidR="00D6455C" w:rsidRDefault="00D6455C" w:rsidP="004B06BE">
            <w:r>
              <w:rPr>
                <w:rFonts w:ascii="Times New Roman" w:eastAsia="Times New Roman" w:hAnsi="Times New Roman"/>
                <w:sz w:val="20"/>
              </w:rPr>
              <w:t>Section 2</w:t>
            </w:r>
          </w:p>
        </w:tc>
        <w:tc>
          <w:tcPr>
            <w:tcW w:w="2384" w:type="dxa"/>
          </w:tcPr>
          <w:p w14:paraId="5B82F396" w14:textId="77777777" w:rsidR="00D6455C" w:rsidRDefault="00D6455C" w:rsidP="004B06BE">
            <w:r>
              <w:rPr>
                <w:rFonts w:ascii="Times New Roman" w:eastAsia="Times New Roman" w:hAnsi="Times New Roman"/>
                <w:sz w:val="20"/>
              </w:rPr>
              <w:t>Board Meetings</w:t>
            </w:r>
          </w:p>
        </w:tc>
        <w:tc>
          <w:tcPr>
            <w:tcW w:w="2244" w:type="dxa"/>
          </w:tcPr>
          <w:p w14:paraId="49C7A2C0" w14:textId="77777777" w:rsidR="00D6455C" w:rsidRDefault="00D6455C" w:rsidP="004B06BE">
            <w:r>
              <w:rPr>
                <w:rFonts w:ascii="Times New Roman" w:eastAsia="Times New Roman" w:hAnsi="Times New Roman"/>
                <w:sz w:val="20"/>
              </w:rPr>
              <w:t>14</w:t>
            </w:r>
          </w:p>
        </w:tc>
      </w:tr>
      <w:tr w:rsidR="00D6455C" w14:paraId="16B5A9D8" w14:textId="77777777" w:rsidTr="00405B07">
        <w:tc>
          <w:tcPr>
            <w:tcW w:w="3325" w:type="dxa"/>
          </w:tcPr>
          <w:p w14:paraId="53E136C9" w14:textId="77777777" w:rsidR="00D6455C" w:rsidRDefault="00D6455C" w:rsidP="004B06BE">
            <w:r>
              <w:rPr>
                <w:rFonts w:ascii="Times New Roman" w:eastAsia="Times New Roman" w:hAnsi="Times New Roman"/>
                <w:sz w:val="20"/>
              </w:rPr>
              <w:t>Article XI. EMERGENCY BYLAWS</w:t>
            </w:r>
          </w:p>
        </w:tc>
        <w:tc>
          <w:tcPr>
            <w:tcW w:w="1397" w:type="dxa"/>
          </w:tcPr>
          <w:p w14:paraId="01FFB057" w14:textId="77777777" w:rsidR="00D6455C" w:rsidRDefault="00D6455C" w:rsidP="004B06BE">
            <w:r>
              <w:rPr>
                <w:rFonts w:ascii="Times New Roman" w:eastAsia="Times New Roman" w:hAnsi="Times New Roman"/>
                <w:sz w:val="20"/>
              </w:rPr>
              <w:t>Section 3</w:t>
            </w:r>
          </w:p>
        </w:tc>
        <w:tc>
          <w:tcPr>
            <w:tcW w:w="2384" w:type="dxa"/>
          </w:tcPr>
          <w:p w14:paraId="491C9B9F" w14:textId="77777777" w:rsidR="00D6455C" w:rsidRDefault="00D6455C" w:rsidP="004B06BE">
            <w:r>
              <w:rPr>
                <w:rFonts w:ascii="Times New Roman" w:eastAsia="Times New Roman" w:hAnsi="Times New Roman"/>
                <w:sz w:val="20"/>
              </w:rPr>
              <w:t>Principal Office</w:t>
            </w:r>
          </w:p>
        </w:tc>
        <w:tc>
          <w:tcPr>
            <w:tcW w:w="2244" w:type="dxa"/>
          </w:tcPr>
          <w:p w14:paraId="698B0E6F" w14:textId="77777777" w:rsidR="00D6455C" w:rsidRDefault="00D6455C" w:rsidP="004B06BE">
            <w:r>
              <w:rPr>
                <w:rFonts w:ascii="Times New Roman" w:eastAsia="Times New Roman" w:hAnsi="Times New Roman"/>
                <w:sz w:val="20"/>
              </w:rPr>
              <w:t>14</w:t>
            </w:r>
          </w:p>
        </w:tc>
      </w:tr>
      <w:tr w:rsidR="00D6455C" w14:paraId="1B91B453" w14:textId="77777777" w:rsidTr="00405B07">
        <w:tc>
          <w:tcPr>
            <w:tcW w:w="3325" w:type="dxa"/>
          </w:tcPr>
          <w:p w14:paraId="52417E10" w14:textId="77777777" w:rsidR="00D6455C" w:rsidRDefault="00D6455C" w:rsidP="004B06BE">
            <w:r>
              <w:rPr>
                <w:rFonts w:ascii="Times New Roman" w:eastAsia="Times New Roman" w:hAnsi="Times New Roman"/>
                <w:sz w:val="20"/>
              </w:rPr>
              <w:t>Article XI. EMERGENCY BYLAWS</w:t>
            </w:r>
          </w:p>
        </w:tc>
        <w:tc>
          <w:tcPr>
            <w:tcW w:w="1397" w:type="dxa"/>
          </w:tcPr>
          <w:p w14:paraId="358E074D" w14:textId="77777777" w:rsidR="00D6455C" w:rsidRDefault="00D6455C" w:rsidP="004B06BE">
            <w:r>
              <w:rPr>
                <w:rFonts w:ascii="Times New Roman" w:eastAsia="Times New Roman" w:hAnsi="Times New Roman"/>
                <w:sz w:val="20"/>
              </w:rPr>
              <w:t>Section 4</w:t>
            </w:r>
          </w:p>
        </w:tc>
        <w:tc>
          <w:tcPr>
            <w:tcW w:w="2384" w:type="dxa"/>
          </w:tcPr>
          <w:p w14:paraId="24BAE67F" w14:textId="77777777" w:rsidR="00D6455C" w:rsidRDefault="00D6455C" w:rsidP="004B06BE">
            <w:r>
              <w:rPr>
                <w:rFonts w:ascii="Times New Roman" w:eastAsia="Times New Roman" w:hAnsi="Times New Roman"/>
                <w:sz w:val="20"/>
              </w:rPr>
              <w:t>Specific Powers</w:t>
            </w:r>
          </w:p>
        </w:tc>
        <w:tc>
          <w:tcPr>
            <w:tcW w:w="2244" w:type="dxa"/>
          </w:tcPr>
          <w:p w14:paraId="31296197" w14:textId="77777777" w:rsidR="00D6455C" w:rsidRDefault="00D6455C" w:rsidP="004B06BE">
            <w:r>
              <w:rPr>
                <w:rFonts w:ascii="Times New Roman" w:eastAsia="Times New Roman" w:hAnsi="Times New Roman"/>
                <w:sz w:val="20"/>
              </w:rPr>
              <w:t>14</w:t>
            </w:r>
          </w:p>
        </w:tc>
      </w:tr>
      <w:tr w:rsidR="00D6455C" w14:paraId="392BFA01" w14:textId="77777777" w:rsidTr="00405B07">
        <w:tc>
          <w:tcPr>
            <w:tcW w:w="3325" w:type="dxa"/>
          </w:tcPr>
          <w:p w14:paraId="3FBF9F28" w14:textId="77777777" w:rsidR="00D6455C" w:rsidRDefault="00D6455C" w:rsidP="004B06BE">
            <w:r>
              <w:rPr>
                <w:rFonts w:ascii="Times New Roman" w:eastAsia="Times New Roman" w:hAnsi="Times New Roman"/>
                <w:sz w:val="20"/>
              </w:rPr>
              <w:t>Article XI. EMERGENCY BYLAWS</w:t>
            </w:r>
          </w:p>
        </w:tc>
        <w:tc>
          <w:tcPr>
            <w:tcW w:w="1397" w:type="dxa"/>
          </w:tcPr>
          <w:p w14:paraId="3549948E" w14:textId="77777777" w:rsidR="00D6455C" w:rsidRDefault="00D6455C" w:rsidP="004B06BE">
            <w:r>
              <w:rPr>
                <w:rFonts w:ascii="Times New Roman" w:eastAsia="Times New Roman" w:hAnsi="Times New Roman"/>
                <w:sz w:val="20"/>
              </w:rPr>
              <w:t>Section 5</w:t>
            </w:r>
          </w:p>
        </w:tc>
        <w:tc>
          <w:tcPr>
            <w:tcW w:w="2384" w:type="dxa"/>
          </w:tcPr>
          <w:p w14:paraId="62D4C8F3" w14:textId="77777777" w:rsidR="00D6455C" w:rsidRDefault="00D6455C" w:rsidP="004B06BE">
            <w:r>
              <w:rPr>
                <w:rFonts w:ascii="Times New Roman" w:eastAsia="Times New Roman" w:hAnsi="Times New Roman"/>
                <w:sz w:val="20"/>
              </w:rPr>
              <w:t>Nonexclusive Powers</w:t>
            </w:r>
          </w:p>
        </w:tc>
        <w:tc>
          <w:tcPr>
            <w:tcW w:w="2244" w:type="dxa"/>
          </w:tcPr>
          <w:p w14:paraId="182E096B" w14:textId="77777777" w:rsidR="00D6455C" w:rsidRDefault="00D6455C" w:rsidP="004B06BE">
            <w:r>
              <w:rPr>
                <w:rFonts w:ascii="Times New Roman" w:eastAsia="Times New Roman" w:hAnsi="Times New Roman"/>
                <w:sz w:val="20"/>
              </w:rPr>
              <w:t>15</w:t>
            </w:r>
          </w:p>
        </w:tc>
      </w:tr>
      <w:tr w:rsidR="00D6455C" w14:paraId="686EF391" w14:textId="77777777" w:rsidTr="00405B07">
        <w:tc>
          <w:tcPr>
            <w:tcW w:w="3325" w:type="dxa"/>
          </w:tcPr>
          <w:p w14:paraId="6722D1AD" w14:textId="77777777" w:rsidR="00D6455C" w:rsidRDefault="00D6455C" w:rsidP="004B06BE">
            <w:r>
              <w:rPr>
                <w:rFonts w:ascii="Times New Roman" w:eastAsia="Times New Roman" w:hAnsi="Times New Roman"/>
                <w:sz w:val="20"/>
              </w:rPr>
              <w:t>Article XII. EXCLUSIVE FORUM</w:t>
            </w:r>
          </w:p>
        </w:tc>
        <w:tc>
          <w:tcPr>
            <w:tcW w:w="1397" w:type="dxa"/>
          </w:tcPr>
          <w:p w14:paraId="3DD2C778" w14:textId="77777777" w:rsidR="00D6455C" w:rsidRDefault="00D6455C" w:rsidP="004B06BE">
            <w:r>
              <w:rPr>
                <w:rFonts w:ascii="Times New Roman" w:eastAsia="Times New Roman" w:hAnsi="Times New Roman"/>
                <w:sz w:val="20"/>
              </w:rPr>
              <w:t>Section 1</w:t>
            </w:r>
          </w:p>
        </w:tc>
        <w:tc>
          <w:tcPr>
            <w:tcW w:w="2384" w:type="dxa"/>
          </w:tcPr>
          <w:p w14:paraId="5A3B1677" w14:textId="77777777" w:rsidR="00D6455C" w:rsidRDefault="00D6455C" w:rsidP="004B06BE">
            <w:r>
              <w:rPr>
                <w:rFonts w:ascii="Times New Roman" w:eastAsia="Times New Roman" w:hAnsi="Times New Roman"/>
                <w:sz w:val="20"/>
              </w:rPr>
              <w:t>Exclusive Forum</w:t>
            </w:r>
          </w:p>
        </w:tc>
        <w:tc>
          <w:tcPr>
            <w:tcW w:w="2244" w:type="dxa"/>
          </w:tcPr>
          <w:p w14:paraId="27D9C533" w14:textId="77777777" w:rsidR="00D6455C" w:rsidRDefault="00D6455C" w:rsidP="004B06BE">
            <w:r>
              <w:rPr>
                <w:rFonts w:ascii="Times New Roman" w:eastAsia="Times New Roman" w:hAnsi="Times New Roman"/>
                <w:sz w:val="20"/>
              </w:rPr>
              <w:t>15</w:t>
            </w:r>
          </w:p>
        </w:tc>
      </w:tr>
      <w:tr w:rsidR="00D6455C" w14:paraId="7F2740BC" w14:textId="77777777" w:rsidTr="00405B07">
        <w:tc>
          <w:tcPr>
            <w:tcW w:w="3325" w:type="dxa"/>
          </w:tcPr>
          <w:p w14:paraId="0382EACE" w14:textId="77777777" w:rsidR="00D6455C" w:rsidRDefault="00D6455C" w:rsidP="004B06BE">
            <w:r>
              <w:rPr>
                <w:rFonts w:ascii="Times New Roman" w:eastAsia="Times New Roman" w:hAnsi="Times New Roman"/>
                <w:sz w:val="20"/>
              </w:rPr>
              <w:t>Article XIII. GENERAL PROVISIONS</w:t>
            </w:r>
          </w:p>
        </w:tc>
        <w:tc>
          <w:tcPr>
            <w:tcW w:w="1397" w:type="dxa"/>
          </w:tcPr>
          <w:p w14:paraId="50768E3E" w14:textId="77777777" w:rsidR="00D6455C" w:rsidRDefault="00D6455C" w:rsidP="004B06BE">
            <w:r>
              <w:rPr>
                <w:rFonts w:ascii="Times New Roman" w:eastAsia="Times New Roman" w:hAnsi="Times New Roman"/>
                <w:sz w:val="20"/>
              </w:rPr>
              <w:t>Section 1</w:t>
            </w:r>
          </w:p>
        </w:tc>
        <w:tc>
          <w:tcPr>
            <w:tcW w:w="2384" w:type="dxa"/>
          </w:tcPr>
          <w:p w14:paraId="6F3BBD35" w14:textId="77777777" w:rsidR="00D6455C" w:rsidRDefault="00D6455C" w:rsidP="004B06BE">
            <w:r>
              <w:rPr>
                <w:rFonts w:ascii="Times New Roman" w:eastAsia="Times New Roman" w:hAnsi="Times New Roman"/>
                <w:sz w:val="20"/>
              </w:rPr>
              <w:t>Seal</w:t>
            </w:r>
          </w:p>
        </w:tc>
        <w:tc>
          <w:tcPr>
            <w:tcW w:w="2244" w:type="dxa"/>
          </w:tcPr>
          <w:p w14:paraId="61D68E8A" w14:textId="77777777" w:rsidR="00D6455C" w:rsidRDefault="00D6455C" w:rsidP="004B06BE">
            <w:r>
              <w:rPr>
                <w:rFonts w:ascii="Times New Roman" w:eastAsia="Times New Roman" w:hAnsi="Times New Roman"/>
                <w:sz w:val="20"/>
              </w:rPr>
              <w:t>15</w:t>
            </w:r>
          </w:p>
        </w:tc>
      </w:tr>
      <w:tr w:rsidR="00D6455C" w14:paraId="26C57585" w14:textId="77777777" w:rsidTr="00405B07">
        <w:tc>
          <w:tcPr>
            <w:tcW w:w="3325" w:type="dxa"/>
          </w:tcPr>
          <w:p w14:paraId="1FEB6F20" w14:textId="77777777" w:rsidR="00D6455C" w:rsidRDefault="00D6455C" w:rsidP="004B06BE">
            <w:r>
              <w:rPr>
                <w:rFonts w:ascii="Times New Roman" w:eastAsia="Times New Roman" w:hAnsi="Times New Roman"/>
                <w:sz w:val="20"/>
              </w:rPr>
              <w:t>Article XIII. GENERAL PROVISIONS</w:t>
            </w:r>
          </w:p>
        </w:tc>
        <w:tc>
          <w:tcPr>
            <w:tcW w:w="1397" w:type="dxa"/>
          </w:tcPr>
          <w:p w14:paraId="2612D7CC" w14:textId="77777777" w:rsidR="00D6455C" w:rsidRDefault="00D6455C" w:rsidP="004B06BE">
            <w:r>
              <w:rPr>
                <w:rFonts w:ascii="Times New Roman" w:eastAsia="Times New Roman" w:hAnsi="Times New Roman"/>
                <w:sz w:val="20"/>
              </w:rPr>
              <w:t>Section 2</w:t>
            </w:r>
          </w:p>
        </w:tc>
        <w:tc>
          <w:tcPr>
            <w:tcW w:w="2384" w:type="dxa"/>
          </w:tcPr>
          <w:p w14:paraId="3BED774A" w14:textId="77777777" w:rsidR="00D6455C" w:rsidRDefault="00D6455C" w:rsidP="004B06BE">
            <w:r>
              <w:rPr>
                <w:rFonts w:ascii="Times New Roman" w:eastAsia="Times New Roman" w:hAnsi="Times New Roman"/>
                <w:sz w:val="20"/>
              </w:rPr>
              <w:t>Waiver of Notice</w:t>
            </w:r>
          </w:p>
        </w:tc>
        <w:tc>
          <w:tcPr>
            <w:tcW w:w="2244" w:type="dxa"/>
          </w:tcPr>
          <w:p w14:paraId="200624FB" w14:textId="77777777" w:rsidR="00D6455C" w:rsidRDefault="00D6455C" w:rsidP="004B06BE">
            <w:r>
              <w:rPr>
                <w:rFonts w:ascii="Times New Roman" w:eastAsia="Times New Roman" w:hAnsi="Times New Roman"/>
                <w:sz w:val="20"/>
              </w:rPr>
              <w:t>15</w:t>
            </w:r>
          </w:p>
        </w:tc>
      </w:tr>
      <w:tr w:rsidR="00D6455C" w14:paraId="2FECF695" w14:textId="77777777" w:rsidTr="00405B07">
        <w:tc>
          <w:tcPr>
            <w:tcW w:w="3325" w:type="dxa"/>
          </w:tcPr>
          <w:p w14:paraId="003A3BF9" w14:textId="77777777" w:rsidR="00D6455C" w:rsidRDefault="00D6455C" w:rsidP="004B06BE">
            <w:r>
              <w:rPr>
                <w:rFonts w:ascii="Times New Roman" w:eastAsia="Times New Roman" w:hAnsi="Times New Roman"/>
                <w:sz w:val="20"/>
              </w:rPr>
              <w:t>Article XIII. GENERAL PROVISIONS</w:t>
            </w:r>
          </w:p>
        </w:tc>
        <w:tc>
          <w:tcPr>
            <w:tcW w:w="1397" w:type="dxa"/>
          </w:tcPr>
          <w:p w14:paraId="551B6BF7" w14:textId="77777777" w:rsidR="00D6455C" w:rsidRDefault="00D6455C" w:rsidP="004B06BE">
            <w:r>
              <w:rPr>
                <w:rFonts w:ascii="Times New Roman" w:eastAsia="Times New Roman" w:hAnsi="Times New Roman"/>
                <w:sz w:val="20"/>
              </w:rPr>
              <w:t>Section 3</w:t>
            </w:r>
          </w:p>
        </w:tc>
        <w:tc>
          <w:tcPr>
            <w:tcW w:w="2384" w:type="dxa"/>
          </w:tcPr>
          <w:p w14:paraId="1809B887" w14:textId="77777777" w:rsidR="00D6455C" w:rsidRDefault="00D6455C" w:rsidP="004B06BE">
            <w:r>
              <w:rPr>
                <w:rFonts w:ascii="Times New Roman" w:eastAsia="Times New Roman" w:hAnsi="Times New Roman"/>
                <w:sz w:val="20"/>
              </w:rPr>
              <w:t>Checks</w:t>
            </w:r>
          </w:p>
        </w:tc>
        <w:tc>
          <w:tcPr>
            <w:tcW w:w="2244" w:type="dxa"/>
          </w:tcPr>
          <w:p w14:paraId="47F8D415" w14:textId="77777777" w:rsidR="00D6455C" w:rsidRDefault="00D6455C" w:rsidP="004B06BE">
            <w:r>
              <w:rPr>
                <w:rFonts w:ascii="Times New Roman" w:eastAsia="Times New Roman" w:hAnsi="Times New Roman"/>
                <w:sz w:val="20"/>
              </w:rPr>
              <w:t>15</w:t>
            </w:r>
          </w:p>
        </w:tc>
      </w:tr>
      <w:tr w:rsidR="00D6455C" w14:paraId="792F5730" w14:textId="77777777" w:rsidTr="00405B07">
        <w:tc>
          <w:tcPr>
            <w:tcW w:w="3325" w:type="dxa"/>
          </w:tcPr>
          <w:p w14:paraId="30BC7A83" w14:textId="77777777" w:rsidR="00D6455C" w:rsidRDefault="00D6455C" w:rsidP="004B06BE">
            <w:r>
              <w:rPr>
                <w:rFonts w:ascii="Times New Roman" w:eastAsia="Times New Roman" w:hAnsi="Times New Roman"/>
                <w:sz w:val="20"/>
              </w:rPr>
              <w:t>Article XIII. GENERAL PROVISIONS</w:t>
            </w:r>
          </w:p>
        </w:tc>
        <w:tc>
          <w:tcPr>
            <w:tcW w:w="1397" w:type="dxa"/>
          </w:tcPr>
          <w:p w14:paraId="49B4B8E6" w14:textId="77777777" w:rsidR="00D6455C" w:rsidRDefault="00D6455C" w:rsidP="004B06BE">
            <w:r>
              <w:rPr>
                <w:rFonts w:ascii="Times New Roman" w:eastAsia="Times New Roman" w:hAnsi="Times New Roman"/>
                <w:sz w:val="20"/>
              </w:rPr>
              <w:t>Section 4</w:t>
            </w:r>
          </w:p>
        </w:tc>
        <w:tc>
          <w:tcPr>
            <w:tcW w:w="2384" w:type="dxa"/>
          </w:tcPr>
          <w:p w14:paraId="35262A12" w14:textId="77777777" w:rsidR="00D6455C" w:rsidRDefault="00D6455C" w:rsidP="004B06BE">
            <w:r>
              <w:rPr>
                <w:rFonts w:ascii="Times New Roman" w:eastAsia="Times New Roman" w:hAnsi="Times New Roman"/>
                <w:sz w:val="20"/>
              </w:rPr>
              <w:t>Bond</w:t>
            </w:r>
          </w:p>
        </w:tc>
        <w:tc>
          <w:tcPr>
            <w:tcW w:w="2244" w:type="dxa"/>
          </w:tcPr>
          <w:p w14:paraId="1428B834" w14:textId="77777777" w:rsidR="00D6455C" w:rsidRDefault="00D6455C" w:rsidP="004B06BE">
            <w:r>
              <w:rPr>
                <w:rFonts w:ascii="Times New Roman" w:eastAsia="Times New Roman" w:hAnsi="Times New Roman"/>
                <w:sz w:val="20"/>
              </w:rPr>
              <w:t>15</w:t>
            </w:r>
          </w:p>
        </w:tc>
      </w:tr>
      <w:tr w:rsidR="00D6455C" w14:paraId="03312248" w14:textId="77777777" w:rsidTr="00405B07">
        <w:tc>
          <w:tcPr>
            <w:tcW w:w="3325" w:type="dxa"/>
          </w:tcPr>
          <w:p w14:paraId="2830C466" w14:textId="77777777" w:rsidR="00D6455C" w:rsidRDefault="00D6455C" w:rsidP="004B06BE">
            <w:r>
              <w:rPr>
                <w:rFonts w:ascii="Times New Roman" w:eastAsia="Times New Roman" w:hAnsi="Times New Roman"/>
                <w:sz w:val="20"/>
              </w:rPr>
              <w:t>Article XIII. GENERAL PROVISIONS</w:t>
            </w:r>
          </w:p>
        </w:tc>
        <w:tc>
          <w:tcPr>
            <w:tcW w:w="1397" w:type="dxa"/>
          </w:tcPr>
          <w:p w14:paraId="71EB4F8C" w14:textId="77777777" w:rsidR="00D6455C" w:rsidRDefault="00D6455C" w:rsidP="004B06BE">
            <w:r>
              <w:rPr>
                <w:rFonts w:ascii="Times New Roman" w:eastAsia="Times New Roman" w:hAnsi="Times New Roman"/>
                <w:sz w:val="20"/>
              </w:rPr>
              <w:t>Section 5</w:t>
            </w:r>
          </w:p>
        </w:tc>
        <w:tc>
          <w:tcPr>
            <w:tcW w:w="2384" w:type="dxa"/>
          </w:tcPr>
          <w:p w14:paraId="6B57AD89" w14:textId="77777777" w:rsidR="00D6455C" w:rsidRDefault="00D6455C" w:rsidP="004B06BE">
            <w:r>
              <w:rPr>
                <w:rFonts w:ascii="Times New Roman" w:eastAsia="Times New Roman" w:hAnsi="Times New Roman"/>
                <w:sz w:val="20"/>
              </w:rPr>
              <w:t>Fiscal Year</w:t>
            </w:r>
          </w:p>
        </w:tc>
        <w:tc>
          <w:tcPr>
            <w:tcW w:w="2244" w:type="dxa"/>
          </w:tcPr>
          <w:p w14:paraId="1DA94E64" w14:textId="77777777" w:rsidR="00D6455C" w:rsidRDefault="00D6455C" w:rsidP="004B06BE">
            <w:r>
              <w:rPr>
                <w:rFonts w:ascii="Times New Roman" w:eastAsia="Times New Roman" w:hAnsi="Times New Roman"/>
                <w:sz w:val="20"/>
              </w:rPr>
              <w:t>16</w:t>
            </w:r>
          </w:p>
        </w:tc>
      </w:tr>
      <w:tr w:rsidR="00D6455C" w14:paraId="4841E999" w14:textId="77777777" w:rsidTr="00405B07">
        <w:tc>
          <w:tcPr>
            <w:tcW w:w="3325" w:type="dxa"/>
          </w:tcPr>
          <w:p w14:paraId="0EFCD05E" w14:textId="77777777" w:rsidR="00D6455C" w:rsidRDefault="00D6455C" w:rsidP="004B06BE">
            <w:r>
              <w:rPr>
                <w:rFonts w:ascii="Times New Roman" w:eastAsia="Times New Roman" w:hAnsi="Times New Roman"/>
                <w:sz w:val="20"/>
              </w:rPr>
              <w:t>Article XIII. GENERAL PROVISIONS</w:t>
            </w:r>
          </w:p>
        </w:tc>
        <w:tc>
          <w:tcPr>
            <w:tcW w:w="1397" w:type="dxa"/>
          </w:tcPr>
          <w:p w14:paraId="13D26013" w14:textId="77777777" w:rsidR="00D6455C" w:rsidRDefault="00D6455C" w:rsidP="004B06BE">
            <w:r>
              <w:rPr>
                <w:rFonts w:ascii="Times New Roman" w:eastAsia="Times New Roman" w:hAnsi="Times New Roman"/>
                <w:sz w:val="20"/>
              </w:rPr>
              <w:t>Section 6</w:t>
            </w:r>
          </w:p>
        </w:tc>
        <w:tc>
          <w:tcPr>
            <w:tcW w:w="2384" w:type="dxa"/>
          </w:tcPr>
          <w:p w14:paraId="08BC6CAE" w14:textId="77777777" w:rsidR="00D6455C" w:rsidRDefault="00D6455C" w:rsidP="004B06BE">
            <w:r>
              <w:rPr>
                <w:rFonts w:ascii="Times New Roman" w:eastAsia="Times New Roman" w:hAnsi="Times New Roman"/>
                <w:sz w:val="20"/>
              </w:rPr>
              <w:t>Amendments</w:t>
            </w:r>
          </w:p>
        </w:tc>
        <w:tc>
          <w:tcPr>
            <w:tcW w:w="2244" w:type="dxa"/>
          </w:tcPr>
          <w:p w14:paraId="3FA21665" w14:textId="77777777" w:rsidR="00D6455C" w:rsidRDefault="00D6455C" w:rsidP="004B06BE">
            <w:r>
              <w:rPr>
                <w:rFonts w:ascii="Times New Roman" w:eastAsia="Times New Roman" w:hAnsi="Times New Roman"/>
                <w:sz w:val="20"/>
              </w:rPr>
              <w:t>16</w:t>
            </w:r>
          </w:p>
        </w:tc>
      </w:tr>
    </w:tbl>
    <w:p w14:paraId="23AB624F" w14:textId="77777777" w:rsidR="00D6455C" w:rsidRDefault="00D6455C" w:rsidP="00D6455C"/>
    <w:p w14:paraId="78BA9CCF" w14:textId="77777777" w:rsidR="00002430" w:rsidRPr="00F14EF6" w:rsidRDefault="00A57E56" w:rsidP="00F14EF6">
      <w:pPr>
        <w:spacing w:line="240" w:lineRule="auto"/>
      </w:pPr>
      <w:r w:rsidRPr="00F14EF6">
        <w:br w:type="page"/>
      </w:r>
    </w:p>
    <w:p w14:paraId="1B48C845" w14:textId="77777777" w:rsidR="00C22922" w:rsidRDefault="00A57E56" w:rsidP="00C22922">
      <w:pPr>
        <w:spacing w:before="240" w:after="0" w:line="240" w:lineRule="auto"/>
        <w:jc w:val="center"/>
        <w:rPr>
          <w:rFonts w:ascii="Times New Roman" w:eastAsia="Times New Roman" w:hAnsi="Times New Roman"/>
        </w:rPr>
      </w:pPr>
      <w:r w:rsidRPr="00F14EF6">
        <w:rPr>
          <w:rFonts w:ascii="Times New Roman" w:eastAsia="Times New Roman" w:hAnsi="Times New Roman"/>
        </w:rPr>
        <w:lastRenderedPageBreak/>
        <w:t xml:space="preserve">AMENDED AND RESTATED </w:t>
      </w:r>
    </w:p>
    <w:p w14:paraId="2A1EB0CE" w14:textId="40230A23" w:rsidR="00002430" w:rsidRPr="00F14EF6" w:rsidRDefault="00A57E56" w:rsidP="00C22922">
      <w:pPr>
        <w:spacing w:before="240" w:after="0" w:line="240" w:lineRule="auto"/>
        <w:jc w:val="center"/>
      </w:pPr>
      <w:r w:rsidRPr="00F14EF6">
        <w:rPr>
          <w:rFonts w:ascii="Times New Roman" w:eastAsia="Times New Roman" w:hAnsi="Times New Roman"/>
        </w:rPr>
        <w:t>BYLAWS</w:t>
      </w:r>
    </w:p>
    <w:p w14:paraId="76718F32" w14:textId="5890A551" w:rsidR="00002430" w:rsidRPr="00F14EF6" w:rsidRDefault="00A57E56" w:rsidP="00C22922">
      <w:pPr>
        <w:spacing w:before="240" w:after="0" w:line="240" w:lineRule="auto"/>
        <w:jc w:val="center"/>
      </w:pPr>
      <w:r w:rsidRPr="00F14EF6">
        <w:rPr>
          <w:rFonts w:ascii="Times New Roman" w:eastAsia="Times New Roman" w:hAnsi="Times New Roman"/>
        </w:rPr>
        <w:t>OF</w:t>
      </w:r>
      <w:r w:rsidR="00C22922">
        <w:rPr>
          <w:rFonts w:ascii="Times New Roman" w:eastAsia="Times New Roman" w:hAnsi="Times New Roman"/>
        </w:rPr>
        <w:t xml:space="preserve"> THE</w:t>
      </w:r>
    </w:p>
    <w:p w14:paraId="7D8F727D" w14:textId="77777777" w:rsidR="00002430" w:rsidRPr="00F14EF6" w:rsidRDefault="00A57E56" w:rsidP="00C22922">
      <w:pPr>
        <w:spacing w:before="240" w:after="0" w:line="240" w:lineRule="auto"/>
        <w:jc w:val="center"/>
      </w:pPr>
      <w:r w:rsidRPr="00F14EF6">
        <w:rPr>
          <w:rFonts w:ascii="Times New Roman" w:eastAsia="Times New Roman" w:hAnsi="Times New Roman"/>
        </w:rPr>
        <w:t>NORTH CAROLINA YOUTH SOCCER ASSOCIATION, INC.</w:t>
      </w:r>
    </w:p>
    <w:p w14:paraId="03281309" w14:textId="77777777" w:rsidR="00002430" w:rsidRPr="00F14EF6" w:rsidRDefault="00002430" w:rsidP="00F14EF6">
      <w:pPr>
        <w:spacing w:line="240" w:lineRule="auto"/>
      </w:pPr>
    </w:p>
    <w:p w14:paraId="7E622BAA" w14:textId="77777777" w:rsidR="002D1E9A" w:rsidRPr="002D1E9A" w:rsidRDefault="00A57E56" w:rsidP="002D1E9A">
      <w:pPr>
        <w:spacing w:before="240" w:after="0" w:line="240" w:lineRule="auto"/>
        <w:jc w:val="center"/>
        <w:rPr>
          <w:rFonts w:ascii="Times New Roman" w:eastAsia="Times New Roman" w:hAnsi="Times New Roman"/>
          <w:bCs/>
          <w:u w:val="single"/>
        </w:rPr>
      </w:pPr>
      <w:r w:rsidRPr="002D1E9A">
        <w:rPr>
          <w:rFonts w:ascii="Times New Roman" w:eastAsia="Times New Roman" w:hAnsi="Times New Roman"/>
          <w:bCs/>
          <w:u w:val="single"/>
        </w:rPr>
        <w:t xml:space="preserve">ARTICLE I. </w:t>
      </w:r>
    </w:p>
    <w:p w14:paraId="336EE9DB" w14:textId="6B037310" w:rsidR="00002430" w:rsidRPr="002D1E9A" w:rsidRDefault="00A57E56" w:rsidP="002D1E9A">
      <w:pPr>
        <w:spacing w:before="240" w:after="0" w:line="240" w:lineRule="auto"/>
        <w:jc w:val="center"/>
        <w:rPr>
          <w:bCs/>
          <w:u w:val="single"/>
        </w:rPr>
      </w:pPr>
      <w:r w:rsidRPr="002D1E9A">
        <w:rPr>
          <w:rFonts w:ascii="Times New Roman" w:eastAsia="Times New Roman" w:hAnsi="Times New Roman"/>
          <w:bCs/>
          <w:u w:val="single"/>
        </w:rPr>
        <w:t>OFFICES</w:t>
      </w:r>
    </w:p>
    <w:p w14:paraId="410E4922" w14:textId="77777777" w:rsidR="00002430" w:rsidRPr="00F14EF6" w:rsidRDefault="00002430" w:rsidP="00F14EF6">
      <w:pPr>
        <w:spacing w:after="0" w:line="240" w:lineRule="auto"/>
      </w:pPr>
    </w:p>
    <w:p w14:paraId="5C186E46"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 xml:space="preserve">Section 1. Principal and </w:t>
      </w:r>
      <w:r w:rsidRPr="006E12CA">
        <w:rPr>
          <w:rFonts w:ascii="Times New Roman" w:eastAsia="Times New Roman" w:hAnsi="Times New Roman"/>
          <w:bCs/>
          <w:u w:val="single"/>
        </w:rPr>
        <w:t>Registered Office</w:t>
      </w:r>
    </w:p>
    <w:p w14:paraId="304B53DD" w14:textId="77777777" w:rsidR="00002430" w:rsidRPr="00187A44" w:rsidRDefault="00A57E56" w:rsidP="00F14EF6">
      <w:pPr>
        <w:spacing w:after="0" w:line="240" w:lineRule="auto"/>
        <w:rPr>
          <w:bCs/>
        </w:rPr>
      </w:pPr>
      <w:r w:rsidRPr="00EC56CD">
        <w:rPr>
          <w:rFonts w:ascii="Times New Roman" w:eastAsia="Times New Roman" w:hAnsi="Times New Roman"/>
          <w:bCs/>
          <w:highlight w:val="yellow"/>
        </w:rPr>
        <w:t>The principal office of the Corporation shall be located at such place within the State of North Carolina as the Board may determine. The principal office shall also serve as the registered office of the Corporation unless otherwise desig</w:t>
      </w:r>
      <w:r w:rsidRPr="00EC56CD">
        <w:rPr>
          <w:rFonts w:ascii="Times New Roman" w:eastAsia="Times New Roman" w:hAnsi="Times New Roman"/>
          <w:bCs/>
          <w:highlight w:val="yellow"/>
        </w:rPr>
        <w:t>nated by the Board. The Board may change the principal and/or registered office of the Corporation from time to time.</w:t>
      </w:r>
    </w:p>
    <w:p w14:paraId="54DD165B" w14:textId="77777777" w:rsidR="00002430" w:rsidRPr="00187A44" w:rsidRDefault="00002430" w:rsidP="00F14EF6">
      <w:pPr>
        <w:spacing w:after="0" w:line="240" w:lineRule="auto"/>
        <w:rPr>
          <w:bCs/>
        </w:rPr>
      </w:pPr>
    </w:p>
    <w:p w14:paraId="40AF8F6E"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Other Offices</w:t>
      </w:r>
    </w:p>
    <w:p w14:paraId="2A1E37CB" w14:textId="6622FAF6" w:rsidR="00002430" w:rsidRPr="00187A44" w:rsidRDefault="00A57E56" w:rsidP="00F14EF6">
      <w:pPr>
        <w:spacing w:after="0" w:line="240" w:lineRule="auto"/>
        <w:rPr>
          <w:bCs/>
        </w:rPr>
      </w:pPr>
      <w:r w:rsidRPr="00EC56CD">
        <w:rPr>
          <w:rFonts w:ascii="Times New Roman" w:eastAsia="Times New Roman" w:hAnsi="Times New Roman"/>
          <w:bCs/>
          <w:highlight w:val="yellow"/>
        </w:rPr>
        <w:t>The Corporation may have such other offices, within or without the State of North Carolina, as the Board may fro</w:t>
      </w:r>
      <w:r w:rsidRPr="00EC56CD">
        <w:rPr>
          <w:rFonts w:ascii="Times New Roman" w:eastAsia="Times New Roman" w:hAnsi="Times New Roman"/>
          <w:bCs/>
          <w:highlight w:val="yellow"/>
        </w:rPr>
        <w:t>m time to time determine.</w:t>
      </w:r>
      <w:r w:rsidR="00F30EBF">
        <w:rPr>
          <w:rFonts w:ascii="Times New Roman" w:eastAsia="Times New Roman" w:hAnsi="Times New Roman"/>
          <w:bCs/>
        </w:rPr>
        <w:t xml:space="preserve"> </w:t>
      </w:r>
    </w:p>
    <w:p w14:paraId="644F2F80" w14:textId="77777777" w:rsidR="00002430" w:rsidRPr="00187A44" w:rsidRDefault="00002430" w:rsidP="00F14EF6">
      <w:pPr>
        <w:spacing w:after="0" w:line="240" w:lineRule="auto"/>
        <w:rPr>
          <w:bCs/>
        </w:rPr>
      </w:pPr>
    </w:p>
    <w:p w14:paraId="4CDE29A6"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Purpose</w:t>
      </w:r>
    </w:p>
    <w:p w14:paraId="01F0B195" w14:textId="77777777" w:rsidR="00002430" w:rsidRPr="00187A44" w:rsidRDefault="00A57E56" w:rsidP="00F14EF6">
      <w:pPr>
        <w:spacing w:after="0" w:line="240" w:lineRule="auto"/>
        <w:rPr>
          <w:bCs/>
        </w:rPr>
      </w:pPr>
      <w:r w:rsidRPr="00187A44">
        <w:rPr>
          <w:rFonts w:ascii="Times New Roman" w:eastAsia="Times New Roman" w:hAnsi="Times New Roman"/>
          <w:bCs/>
        </w:rPr>
        <w:t>The Corporation is organized as a North Carolina nonprofit corporation. The purpose of the Corporation is to provide member services, administrative support, registration services, competition administration, e</w:t>
      </w:r>
      <w:r w:rsidRPr="00187A44">
        <w:rPr>
          <w:rFonts w:ascii="Times New Roman" w:eastAsia="Times New Roman" w:hAnsi="Times New Roman"/>
          <w:bCs/>
        </w:rPr>
        <w:t>ducation, risk management, compliance support, and other soccer-related services to affiliated clubs, teams, players, coaches, referees, administrators, families, and partner organizations within its jurisdiction. The Corporation shall operate in furtheran</w:t>
      </w:r>
      <w:r w:rsidRPr="00187A44">
        <w:rPr>
          <w:rFonts w:ascii="Times New Roman" w:eastAsia="Times New Roman" w:hAnsi="Times New Roman"/>
          <w:bCs/>
        </w:rPr>
        <w:t>ce of the mission, requirements, and governance structure of the United States Soccer Federation (“USSF”) and shall administer its programs, policies, and services in a manner consistent with USSF rules, the Articles, these Bylaws, and applicable law.</w:t>
      </w:r>
    </w:p>
    <w:p w14:paraId="09D9404D" w14:textId="77777777" w:rsidR="00002430" w:rsidRPr="002D1E9A" w:rsidRDefault="00002430" w:rsidP="002D1E9A">
      <w:pPr>
        <w:spacing w:before="240" w:after="0" w:line="240" w:lineRule="auto"/>
        <w:rPr>
          <w:bCs/>
          <w:u w:val="single"/>
        </w:rPr>
      </w:pPr>
    </w:p>
    <w:p w14:paraId="753146ED" w14:textId="77777777" w:rsidR="002D1E9A" w:rsidRPr="002D1E9A" w:rsidRDefault="00A57E56" w:rsidP="002D1E9A">
      <w:pPr>
        <w:spacing w:before="240" w:after="0" w:line="240" w:lineRule="auto"/>
        <w:jc w:val="center"/>
        <w:rPr>
          <w:rFonts w:ascii="Times New Roman" w:eastAsia="Times New Roman" w:hAnsi="Times New Roman"/>
          <w:bCs/>
          <w:u w:val="single"/>
        </w:rPr>
      </w:pPr>
      <w:r w:rsidRPr="002D1E9A">
        <w:rPr>
          <w:rFonts w:ascii="Times New Roman" w:eastAsia="Times New Roman" w:hAnsi="Times New Roman"/>
          <w:bCs/>
          <w:u w:val="single"/>
        </w:rPr>
        <w:t>ART</w:t>
      </w:r>
      <w:r w:rsidRPr="002D1E9A">
        <w:rPr>
          <w:rFonts w:ascii="Times New Roman" w:eastAsia="Times New Roman" w:hAnsi="Times New Roman"/>
          <w:bCs/>
          <w:u w:val="single"/>
        </w:rPr>
        <w:t xml:space="preserve">ICLE II. </w:t>
      </w:r>
    </w:p>
    <w:p w14:paraId="6E849307" w14:textId="17320688" w:rsidR="00002430" w:rsidRPr="002D1E9A" w:rsidRDefault="00A57E56" w:rsidP="002D1E9A">
      <w:pPr>
        <w:spacing w:before="240" w:after="0" w:line="240" w:lineRule="auto"/>
        <w:jc w:val="center"/>
        <w:rPr>
          <w:bCs/>
          <w:u w:val="single"/>
        </w:rPr>
      </w:pPr>
      <w:r w:rsidRPr="002D1E9A">
        <w:rPr>
          <w:rFonts w:ascii="Times New Roman" w:eastAsia="Times New Roman" w:hAnsi="Times New Roman"/>
          <w:bCs/>
          <w:u w:val="single"/>
        </w:rPr>
        <w:t>DEFINITIONS</w:t>
      </w:r>
    </w:p>
    <w:p w14:paraId="56EF3009" w14:textId="77777777" w:rsidR="00002430" w:rsidRPr="006E12CA" w:rsidRDefault="00A57E56" w:rsidP="00F14EF6">
      <w:pPr>
        <w:spacing w:line="240" w:lineRule="auto"/>
        <w:rPr>
          <w:bCs/>
          <w:u w:val="single"/>
        </w:rPr>
      </w:pPr>
      <w:r w:rsidRPr="006E12CA">
        <w:rPr>
          <w:rFonts w:ascii="Times New Roman" w:eastAsia="Times New Roman" w:hAnsi="Times New Roman"/>
          <w:bCs/>
          <w:u w:val="single"/>
        </w:rPr>
        <w:t>Section 1. Definitions</w:t>
      </w:r>
    </w:p>
    <w:p w14:paraId="3112BC70" w14:textId="77777777" w:rsidR="00002430" w:rsidRPr="00F14EF6" w:rsidRDefault="00A57E56" w:rsidP="00F14EF6">
      <w:pPr>
        <w:spacing w:line="240" w:lineRule="auto"/>
      </w:pPr>
      <w:r w:rsidRPr="00F14EF6">
        <w:rPr>
          <w:rFonts w:ascii="Times New Roman" w:eastAsia="Times New Roman" w:hAnsi="Times New Roman"/>
        </w:rPr>
        <w:t>As used in these Bylaws, the following terms have the meanings set forth below:</w:t>
      </w:r>
    </w:p>
    <w:p w14:paraId="76BE18E6" w14:textId="77777777" w:rsidR="00002430" w:rsidRPr="00F14EF6" w:rsidRDefault="00A57E56" w:rsidP="00F14EF6">
      <w:pPr>
        <w:spacing w:line="240" w:lineRule="auto"/>
      </w:pPr>
      <w:r w:rsidRPr="00F14EF6">
        <w:rPr>
          <w:rFonts w:ascii="Times New Roman" w:eastAsia="Times New Roman" w:hAnsi="Times New Roman"/>
          <w:b/>
        </w:rPr>
        <w:t>Affiliate Member</w:t>
      </w:r>
      <w:r w:rsidRPr="00F14EF6">
        <w:rPr>
          <w:rFonts w:ascii="Times New Roman" w:eastAsia="Times New Roman" w:hAnsi="Times New Roman"/>
        </w:rPr>
        <w:t xml:space="preserve"> means a person or entity affiliated with or sponsoring a program or activity of the Corporation and admitted to Me</w:t>
      </w:r>
      <w:r w:rsidRPr="00F14EF6">
        <w:rPr>
          <w:rFonts w:ascii="Times New Roman" w:eastAsia="Times New Roman" w:hAnsi="Times New Roman"/>
        </w:rPr>
        <w:t>mbership.</w:t>
      </w:r>
    </w:p>
    <w:p w14:paraId="75CE2FAE" w14:textId="77777777" w:rsidR="00002430" w:rsidRPr="00F14EF6" w:rsidRDefault="00A57E56" w:rsidP="00F14EF6">
      <w:pPr>
        <w:spacing w:line="240" w:lineRule="auto"/>
      </w:pPr>
      <w:r w:rsidRPr="00F14EF6">
        <w:rPr>
          <w:rFonts w:ascii="Times New Roman" w:eastAsia="Times New Roman" w:hAnsi="Times New Roman"/>
          <w:b/>
        </w:rPr>
        <w:t>Annual Budget</w:t>
      </w:r>
      <w:r w:rsidRPr="00F14EF6">
        <w:rPr>
          <w:rFonts w:ascii="Times New Roman" w:eastAsia="Times New Roman" w:hAnsi="Times New Roman"/>
        </w:rPr>
        <w:t xml:space="preserve"> means the annual operating budget approved by the Board.</w:t>
      </w:r>
    </w:p>
    <w:p w14:paraId="0208176F" w14:textId="77777777" w:rsidR="00002430" w:rsidRPr="00F14EF6" w:rsidRDefault="00A57E56" w:rsidP="00F14EF6">
      <w:pPr>
        <w:spacing w:line="240" w:lineRule="auto"/>
      </w:pPr>
      <w:r w:rsidRPr="00F14EF6">
        <w:rPr>
          <w:rFonts w:ascii="Times New Roman" w:eastAsia="Times New Roman" w:hAnsi="Times New Roman"/>
          <w:b/>
        </w:rPr>
        <w:t>Annual General Meeting</w:t>
      </w:r>
      <w:r w:rsidRPr="00F14EF6">
        <w:rPr>
          <w:rFonts w:ascii="Times New Roman" w:eastAsia="Times New Roman" w:hAnsi="Times New Roman"/>
        </w:rPr>
        <w:t xml:space="preserve"> means the Corporation’s annual meeting of the Members and the Board.</w:t>
      </w:r>
    </w:p>
    <w:p w14:paraId="0B779C20" w14:textId="7E3BE900" w:rsidR="00002430" w:rsidRPr="00F14EF6" w:rsidRDefault="00A57E56" w:rsidP="00F14EF6">
      <w:pPr>
        <w:spacing w:line="240" w:lineRule="auto"/>
      </w:pPr>
      <w:r w:rsidRPr="00F14EF6">
        <w:rPr>
          <w:rFonts w:ascii="Times New Roman" w:eastAsia="Times New Roman" w:hAnsi="Times New Roman"/>
          <w:b/>
        </w:rPr>
        <w:t>Articles</w:t>
      </w:r>
      <w:r w:rsidRPr="00F14EF6">
        <w:rPr>
          <w:rFonts w:ascii="Times New Roman" w:eastAsia="Times New Roman" w:hAnsi="Times New Roman"/>
        </w:rPr>
        <w:t xml:space="preserve"> mean the Corporation’s Articles of Incorporation, as amended from time to time.</w:t>
      </w:r>
    </w:p>
    <w:p w14:paraId="06AD1DD8" w14:textId="77777777" w:rsidR="00002430" w:rsidRPr="00F14EF6" w:rsidRDefault="00A57E56" w:rsidP="00F14EF6">
      <w:pPr>
        <w:spacing w:line="240" w:lineRule="auto"/>
      </w:pPr>
      <w:r w:rsidRPr="00F14EF6">
        <w:rPr>
          <w:rFonts w:ascii="Times New Roman" w:eastAsia="Times New Roman" w:hAnsi="Times New Roman"/>
          <w:b/>
        </w:rPr>
        <w:lastRenderedPageBreak/>
        <w:t>Associate Member</w:t>
      </w:r>
      <w:r w:rsidRPr="00F14EF6">
        <w:rPr>
          <w:rFonts w:ascii="Times New Roman" w:eastAsia="Times New Roman" w:hAnsi="Times New Roman"/>
        </w:rPr>
        <w:t xml:space="preserve"> means any natural person who actively participates in a program or activity of the Corporation and is admitted to Membership, including youth players, coaches</w:t>
      </w:r>
      <w:r w:rsidRPr="00F14EF6">
        <w:rPr>
          <w:rFonts w:ascii="Times New Roman" w:eastAsia="Times New Roman" w:hAnsi="Times New Roman"/>
        </w:rPr>
        <w:t>, trainers, managers, administrators, and parents or guardians of youth players, as applicable.</w:t>
      </w:r>
    </w:p>
    <w:p w14:paraId="3A5EA401" w14:textId="77777777" w:rsidR="00002430" w:rsidRPr="00F14EF6" w:rsidRDefault="00A57E56" w:rsidP="00F14EF6">
      <w:pPr>
        <w:spacing w:line="240" w:lineRule="auto"/>
      </w:pPr>
      <w:r w:rsidRPr="00F14EF6">
        <w:rPr>
          <w:rFonts w:ascii="Times New Roman" w:eastAsia="Times New Roman" w:hAnsi="Times New Roman"/>
          <w:b/>
        </w:rPr>
        <w:t>Board</w:t>
      </w:r>
      <w:r w:rsidRPr="00F14EF6">
        <w:rPr>
          <w:rFonts w:ascii="Times New Roman" w:eastAsia="Times New Roman" w:hAnsi="Times New Roman"/>
        </w:rPr>
        <w:t xml:space="preserve"> means the Board of Directors of the Corporation, which is responsible for the strategic direction, oversight, and policy governance of the Corporation.</w:t>
      </w:r>
    </w:p>
    <w:p w14:paraId="5BC67BF4" w14:textId="77777777" w:rsidR="00002430" w:rsidRPr="00F14EF6" w:rsidRDefault="00A57E56" w:rsidP="00F14EF6">
      <w:pPr>
        <w:spacing w:line="240" w:lineRule="auto"/>
      </w:pPr>
      <w:r w:rsidRPr="00F14EF6">
        <w:rPr>
          <w:rFonts w:ascii="Times New Roman" w:eastAsia="Times New Roman" w:hAnsi="Times New Roman"/>
          <w:b/>
        </w:rPr>
        <w:t>Bo</w:t>
      </w:r>
      <w:r w:rsidRPr="00F14EF6">
        <w:rPr>
          <w:rFonts w:ascii="Times New Roman" w:eastAsia="Times New Roman" w:hAnsi="Times New Roman"/>
          <w:b/>
        </w:rPr>
        <w:t>ard Counsel</w:t>
      </w:r>
      <w:r w:rsidRPr="00F14EF6">
        <w:rPr>
          <w:rFonts w:ascii="Times New Roman" w:eastAsia="Times New Roman" w:hAnsi="Times New Roman"/>
        </w:rPr>
        <w:t xml:space="preserve"> means the non-voting legal advisor appointed or designated pursuant to these Bylaws, who must be a licensed attorney in North Carolina.</w:t>
      </w:r>
    </w:p>
    <w:p w14:paraId="688E1E6C" w14:textId="77777777" w:rsidR="00002430" w:rsidRPr="00F14EF6" w:rsidRDefault="00A57E56" w:rsidP="00F14EF6">
      <w:pPr>
        <w:spacing w:line="240" w:lineRule="auto"/>
      </w:pPr>
      <w:r w:rsidRPr="00F14EF6">
        <w:rPr>
          <w:rFonts w:ascii="Times New Roman" w:eastAsia="Times New Roman" w:hAnsi="Times New Roman"/>
          <w:b/>
        </w:rPr>
        <w:t>Boundaries</w:t>
      </w:r>
      <w:r w:rsidRPr="00F14EF6">
        <w:rPr>
          <w:rFonts w:ascii="Times New Roman" w:eastAsia="Times New Roman" w:hAnsi="Times New Roman"/>
        </w:rPr>
        <w:t xml:space="preserve"> means the geographical area served by the Corporation under Article III.</w:t>
      </w:r>
    </w:p>
    <w:p w14:paraId="2F320CD2" w14:textId="77777777" w:rsidR="00002430" w:rsidRPr="00F14EF6" w:rsidRDefault="00A57E56" w:rsidP="00F14EF6">
      <w:pPr>
        <w:spacing w:line="240" w:lineRule="auto"/>
      </w:pPr>
      <w:r w:rsidRPr="00F14EF6">
        <w:rPr>
          <w:rFonts w:ascii="Times New Roman" w:eastAsia="Times New Roman" w:hAnsi="Times New Roman"/>
          <w:b/>
        </w:rPr>
        <w:t>Business Day</w:t>
      </w:r>
      <w:r w:rsidRPr="00F14EF6">
        <w:rPr>
          <w:rFonts w:ascii="Times New Roman" w:eastAsia="Times New Roman" w:hAnsi="Times New Roman"/>
        </w:rPr>
        <w:t xml:space="preserve"> means a day</w:t>
      </w:r>
      <w:r w:rsidRPr="00F14EF6">
        <w:rPr>
          <w:rFonts w:ascii="Times New Roman" w:eastAsia="Times New Roman" w:hAnsi="Times New Roman"/>
        </w:rPr>
        <w:t xml:space="preserve"> on which banks headquartered in North Carolina are open for general banking business.</w:t>
      </w:r>
    </w:p>
    <w:p w14:paraId="2E22AA3C" w14:textId="77777777" w:rsidR="00002430" w:rsidRPr="00F14EF6" w:rsidRDefault="00A57E56" w:rsidP="00F14EF6">
      <w:pPr>
        <w:spacing w:line="240" w:lineRule="auto"/>
      </w:pPr>
      <w:r w:rsidRPr="00F14EF6">
        <w:rPr>
          <w:rFonts w:ascii="Times New Roman" w:eastAsia="Times New Roman" w:hAnsi="Times New Roman"/>
          <w:b/>
        </w:rPr>
        <w:t>Chair</w:t>
      </w:r>
      <w:r w:rsidRPr="00F14EF6">
        <w:rPr>
          <w:rFonts w:ascii="Times New Roman" w:eastAsia="Times New Roman" w:hAnsi="Times New Roman"/>
        </w:rPr>
        <w:t xml:space="preserve"> means the Chair of the Board and the principal officer of the Corporation, who presides at meetings of the Members and the Board and serves as the Executive Direct</w:t>
      </w:r>
      <w:r w:rsidRPr="00F14EF6">
        <w:rPr>
          <w:rFonts w:ascii="Times New Roman" w:eastAsia="Times New Roman" w:hAnsi="Times New Roman"/>
        </w:rPr>
        <w:t>or’s primary reporting line to the Board.</w:t>
      </w:r>
    </w:p>
    <w:p w14:paraId="02E98064" w14:textId="77777777" w:rsidR="00002430" w:rsidRPr="00F14EF6" w:rsidRDefault="00A57E56" w:rsidP="00F14EF6">
      <w:pPr>
        <w:spacing w:line="240" w:lineRule="auto"/>
      </w:pPr>
      <w:r w:rsidRPr="00F14EF6">
        <w:rPr>
          <w:rFonts w:ascii="Times New Roman" w:eastAsia="Times New Roman" w:hAnsi="Times New Roman"/>
          <w:b/>
        </w:rPr>
        <w:t>Club</w:t>
      </w:r>
      <w:r w:rsidRPr="00F14EF6">
        <w:rPr>
          <w:rFonts w:ascii="Times New Roman" w:eastAsia="Times New Roman" w:hAnsi="Times New Roman"/>
        </w:rPr>
        <w:t xml:space="preserve"> means an entity formed for the purpose of registering, administering, training, and facilitating participation in youth soccer by registered youth players and teams.</w:t>
      </w:r>
    </w:p>
    <w:p w14:paraId="52EF1F78" w14:textId="77777777" w:rsidR="00002430" w:rsidRPr="00F14EF6" w:rsidRDefault="00A57E56" w:rsidP="00F14EF6">
      <w:pPr>
        <w:spacing w:line="240" w:lineRule="auto"/>
      </w:pPr>
      <w:r w:rsidRPr="00F14EF6">
        <w:rPr>
          <w:rFonts w:ascii="Times New Roman" w:eastAsia="Times New Roman" w:hAnsi="Times New Roman"/>
          <w:b/>
        </w:rPr>
        <w:t>Corporation</w:t>
      </w:r>
      <w:r w:rsidRPr="00F14EF6">
        <w:rPr>
          <w:rFonts w:ascii="Times New Roman" w:eastAsia="Times New Roman" w:hAnsi="Times New Roman"/>
        </w:rPr>
        <w:t xml:space="preserve"> means North Carolina Youth Socc</w:t>
      </w:r>
      <w:r w:rsidRPr="00F14EF6">
        <w:rPr>
          <w:rFonts w:ascii="Times New Roman" w:eastAsia="Times New Roman" w:hAnsi="Times New Roman"/>
        </w:rPr>
        <w:t>er Association, Inc.</w:t>
      </w:r>
    </w:p>
    <w:p w14:paraId="3A971FB4" w14:textId="77777777" w:rsidR="00002430" w:rsidRPr="00F14EF6" w:rsidRDefault="00A57E56" w:rsidP="00F14EF6">
      <w:pPr>
        <w:spacing w:line="240" w:lineRule="auto"/>
      </w:pPr>
      <w:r w:rsidRPr="00F14EF6">
        <w:rPr>
          <w:rFonts w:ascii="Times New Roman" w:eastAsia="Times New Roman" w:hAnsi="Times New Roman"/>
          <w:b/>
        </w:rPr>
        <w:t>Delegate</w:t>
      </w:r>
      <w:r w:rsidRPr="00F14EF6">
        <w:rPr>
          <w:rFonts w:ascii="Times New Roman" w:eastAsia="Times New Roman" w:hAnsi="Times New Roman"/>
        </w:rPr>
        <w:t xml:space="preserve"> means the authorized representative of a Voting Member designated in accordance with these Bylaws.</w:t>
      </w:r>
    </w:p>
    <w:p w14:paraId="52A81674" w14:textId="77777777" w:rsidR="00002430" w:rsidRPr="00F14EF6" w:rsidRDefault="00A57E56" w:rsidP="00F14EF6">
      <w:pPr>
        <w:spacing w:line="240" w:lineRule="auto"/>
      </w:pPr>
      <w:r w:rsidRPr="00F14EF6">
        <w:rPr>
          <w:rFonts w:ascii="Times New Roman" w:eastAsia="Times New Roman" w:hAnsi="Times New Roman"/>
          <w:b/>
        </w:rPr>
        <w:t>Director</w:t>
      </w:r>
      <w:r w:rsidRPr="00F14EF6">
        <w:rPr>
          <w:rFonts w:ascii="Times New Roman" w:eastAsia="Times New Roman" w:hAnsi="Times New Roman"/>
        </w:rPr>
        <w:t xml:space="preserve"> means any voting member of the Board of Directors.</w:t>
      </w:r>
    </w:p>
    <w:p w14:paraId="157246B8" w14:textId="77777777" w:rsidR="00002430" w:rsidRPr="00F14EF6" w:rsidRDefault="00A57E56" w:rsidP="00F14EF6">
      <w:pPr>
        <w:spacing w:line="240" w:lineRule="auto"/>
      </w:pPr>
      <w:r w:rsidRPr="00F14EF6">
        <w:rPr>
          <w:rFonts w:ascii="Times New Roman" w:eastAsia="Times New Roman" w:hAnsi="Times New Roman"/>
          <w:b/>
        </w:rPr>
        <w:t>Emergency</w:t>
      </w:r>
      <w:r w:rsidRPr="00F14EF6">
        <w:rPr>
          <w:rFonts w:ascii="Times New Roman" w:eastAsia="Times New Roman" w:hAnsi="Times New Roman"/>
        </w:rPr>
        <w:t xml:space="preserve"> means a natural or man-made disaster, catastrophic event,</w:t>
      </w:r>
      <w:r w:rsidRPr="00F14EF6">
        <w:rPr>
          <w:rFonts w:ascii="Times New Roman" w:eastAsia="Times New Roman" w:hAnsi="Times New Roman"/>
        </w:rPr>
        <w:t xml:space="preserve"> or other similar occurrence that materially impairs the ability of the Board, Members, or officers to meet, act, or carry out the regular governance procedures of the Corporation under these Bylaws.</w:t>
      </w:r>
    </w:p>
    <w:p w14:paraId="5C0FCDDE" w14:textId="77777777" w:rsidR="00002430" w:rsidRPr="00F14EF6" w:rsidRDefault="00A57E56" w:rsidP="00F14EF6">
      <w:pPr>
        <w:spacing w:line="240" w:lineRule="auto"/>
      </w:pPr>
      <w:r w:rsidRPr="00F14EF6">
        <w:rPr>
          <w:rFonts w:ascii="Times New Roman" w:eastAsia="Times New Roman" w:hAnsi="Times New Roman"/>
          <w:b/>
        </w:rPr>
        <w:t>Executive Director</w:t>
      </w:r>
      <w:r w:rsidRPr="00F14EF6">
        <w:rPr>
          <w:rFonts w:ascii="Times New Roman" w:eastAsia="Times New Roman" w:hAnsi="Times New Roman"/>
        </w:rPr>
        <w:t xml:space="preserve"> means the employee of the Corporation</w:t>
      </w:r>
      <w:r w:rsidRPr="00F14EF6">
        <w:rPr>
          <w:rFonts w:ascii="Times New Roman" w:eastAsia="Times New Roman" w:hAnsi="Times New Roman"/>
        </w:rPr>
        <w:t xml:space="preserve"> who serves as the chief executive officer, subject to the oversight of the Board. The Executive Director reports to the Board via the Chair and, at the pleasure of the Board, may be referred to as the CEO.</w:t>
      </w:r>
    </w:p>
    <w:p w14:paraId="6559B35C" w14:textId="77777777" w:rsidR="00002430" w:rsidRPr="00F14EF6" w:rsidRDefault="00A57E56" w:rsidP="00F14EF6">
      <w:pPr>
        <w:spacing w:line="240" w:lineRule="auto"/>
      </w:pPr>
      <w:r w:rsidRPr="00F14EF6">
        <w:rPr>
          <w:rFonts w:ascii="Times New Roman" w:eastAsia="Times New Roman" w:hAnsi="Times New Roman"/>
          <w:b/>
        </w:rPr>
        <w:t>Good Standing</w:t>
      </w:r>
      <w:r w:rsidRPr="00F14EF6">
        <w:rPr>
          <w:rFonts w:ascii="Times New Roman" w:eastAsia="Times New Roman" w:hAnsi="Times New Roman"/>
        </w:rPr>
        <w:t xml:space="preserve"> means the status of a </w:t>
      </w:r>
      <w:proofErr w:type="gramStart"/>
      <w:r w:rsidRPr="00F14EF6">
        <w:rPr>
          <w:rFonts w:ascii="Times New Roman" w:eastAsia="Times New Roman" w:hAnsi="Times New Roman"/>
        </w:rPr>
        <w:t>Member</w:t>
      </w:r>
      <w:proofErr w:type="gramEnd"/>
      <w:r w:rsidRPr="00F14EF6">
        <w:rPr>
          <w:rFonts w:ascii="Times New Roman" w:eastAsia="Times New Roman" w:hAnsi="Times New Roman"/>
        </w:rPr>
        <w:t xml:space="preserve"> that s</w:t>
      </w:r>
      <w:r w:rsidRPr="00F14EF6">
        <w:rPr>
          <w:rFonts w:ascii="Times New Roman" w:eastAsia="Times New Roman" w:hAnsi="Times New Roman"/>
        </w:rPr>
        <w:t>atisfies all requirements applicable to that class of Membership under these Bylaws, the Policies, and the Rules and Regulations.</w:t>
      </w:r>
    </w:p>
    <w:p w14:paraId="3D42B7F9" w14:textId="77777777" w:rsidR="00002430" w:rsidRPr="00F14EF6" w:rsidRDefault="00A57E56" w:rsidP="00F14EF6">
      <w:pPr>
        <w:spacing w:line="240" w:lineRule="auto"/>
      </w:pPr>
      <w:r w:rsidRPr="00F14EF6">
        <w:rPr>
          <w:rFonts w:ascii="Times New Roman" w:eastAsia="Times New Roman" w:hAnsi="Times New Roman"/>
          <w:b/>
        </w:rPr>
        <w:t>Governing Documents</w:t>
      </w:r>
      <w:r w:rsidRPr="00F14EF6">
        <w:rPr>
          <w:rFonts w:ascii="Times New Roman" w:eastAsia="Times New Roman" w:hAnsi="Times New Roman"/>
        </w:rPr>
        <w:t xml:space="preserve"> means the Articles, these Bylaws, the Policies, and the Rules and Regulations.</w:t>
      </w:r>
    </w:p>
    <w:p w14:paraId="4398A658" w14:textId="77777777" w:rsidR="00002430" w:rsidRPr="00F14EF6" w:rsidRDefault="00A57E56" w:rsidP="00F14EF6">
      <w:pPr>
        <w:spacing w:line="240" w:lineRule="auto"/>
      </w:pPr>
      <w:r w:rsidRPr="00F14EF6">
        <w:rPr>
          <w:rFonts w:ascii="Times New Roman" w:eastAsia="Times New Roman" w:hAnsi="Times New Roman"/>
          <w:b/>
        </w:rPr>
        <w:t>Large Club</w:t>
      </w:r>
      <w:r w:rsidRPr="00F14EF6">
        <w:rPr>
          <w:rFonts w:ascii="Times New Roman" w:eastAsia="Times New Roman" w:hAnsi="Times New Roman"/>
        </w:rPr>
        <w:t xml:space="preserve"> means a Voting M</w:t>
      </w:r>
      <w:r w:rsidRPr="00F14EF6">
        <w:rPr>
          <w:rFonts w:ascii="Times New Roman" w:eastAsia="Times New Roman" w:hAnsi="Times New Roman"/>
        </w:rPr>
        <w:t>ember having 3,001 or more Registered Youth Players as of the applicable Record Date.</w:t>
      </w:r>
    </w:p>
    <w:p w14:paraId="52326478" w14:textId="77777777" w:rsidR="00002430" w:rsidRPr="00F14EF6" w:rsidRDefault="00A57E56" w:rsidP="00F14EF6">
      <w:pPr>
        <w:spacing w:line="240" w:lineRule="auto"/>
      </w:pPr>
      <w:r w:rsidRPr="00F14EF6">
        <w:rPr>
          <w:rFonts w:ascii="Times New Roman" w:eastAsia="Times New Roman" w:hAnsi="Times New Roman"/>
          <w:b/>
        </w:rPr>
        <w:t>Large Club Director</w:t>
      </w:r>
      <w:r w:rsidRPr="00F14EF6">
        <w:rPr>
          <w:rFonts w:ascii="Times New Roman" w:eastAsia="Times New Roman" w:hAnsi="Times New Roman"/>
        </w:rPr>
        <w:t xml:space="preserve"> means the voting Director elected by the Large Club Voting Members.</w:t>
      </w:r>
    </w:p>
    <w:p w14:paraId="72453C03" w14:textId="77777777" w:rsidR="00002430" w:rsidRPr="00F14EF6" w:rsidRDefault="00A57E56" w:rsidP="00F14EF6">
      <w:pPr>
        <w:spacing w:line="240" w:lineRule="auto"/>
      </w:pPr>
      <w:r w:rsidRPr="00F14EF6">
        <w:rPr>
          <w:rFonts w:ascii="Times New Roman" w:eastAsia="Times New Roman" w:hAnsi="Times New Roman"/>
          <w:b/>
        </w:rPr>
        <w:t>Medical Director</w:t>
      </w:r>
      <w:r w:rsidRPr="00F14EF6">
        <w:rPr>
          <w:rFonts w:ascii="Times New Roman" w:eastAsia="Times New Roman" w:hAnsi="Times New Roman"/>
        </w:rPr>
        <w:t xml:space="preserve"> means the non-voting medical advisor appointed or designated purs</w:t>
      </w:r>
      <w:r w:rsidRPr="00F14EF6">
        <w:rPr>
          <w:rFonts w:ascii="Times New Roman" w:eastAsia="Times New Roman" w:hAnsi="Times New Roman"/>
        </w:rPr>
        <w:t>uant to these Bylaws, who must be a licensed and practicing physician in North Carolina.</w:t>
      </w:r>
    </w:p>
    <w:p w14:paraId="651C38EC" w14:textId="77777777" w:rsidR="00002430" w:rsidRPr="00F14EF6" w:rsidRDefault="00A57E56" w:rsidP="00F14EF6">
      <w:pPr>
        <w:spacing w:line="240" w:lineRule="auto"/>
      </w:pPr>
      <w:r w:rsidRPr="00F14EF6">
        <w:rPr>
          <w:rFonts w:ascii="Times New Roman" w:eastAsia="Times New Roman" w:hAnsi="Times New Roman"/>
          <w:b/>
        </w:rPr>
        <w:t>Medium Club</w:t>
      </w:r>
      <w:r w:rsidRPr="00F14EF6">
        <w:rPr>
          <w:rFonts w:ascii="Times New Roman" w:eastAsia="Times New Roman" w:hAnsi="Times New Roman"/>
        </w:rPr>
        <w:t xml:space="preserve"> means a Voting Member having 751 to 3,000 Registered Youth Players as of the applicable Record Date.</w:t>
      </w:r>
    </w:p>
    <w:p w14:paraId="06C09D10" w14:textId="77777777" w:rsidR="00002430" w:rsidRPr="00F14EF6" w:rsidRDefault="00A57E56" w:rsidP="00F14EF6">
      <w:pPr>
        <w:spacing w:line="240" w:lineRule="auto"/>
      </w:pPr>
      <w:r w:rsidRPr="00F14EF6">
        <w:rPr>
          <w:rFonts w:ascii="Times New Roman" w:eastAsia="Times New Roman" w:hAnsi="Times New Roman"/>
          <w:b/>
        </w:rPr>
        <w:t>Medium Club Director</w:t>
      </w:r>
      <w:r w:rsidRPr="00F14EF6">
        <w:rPr>
          <w:rFonts w:ascii="Times New Roman" w:eastAsia="Times New Roman" w:hAnsi="Times New Roman"/>
        </w:rPr>
        <w:t xml:space="preserve"> means the voting Director elected</w:t>
      </w:r>
      <w:r w:rsidRPr="00F14EF6">
        <w:rPr>
          <w:rFonts w:ascii="Times New Roman" w:eastAsia="Times New Roman" w:hAnsi="Times New Roman"/>
        </w:rPr>
        <w:t xml:space="preserve"> by the Medium Club Voting Members.</w:t>
      </w:r>
    </w:p>
    <w:p w14:paraId="265634CC" w14:textId="77777777" w:rsidR="00002430" w:rsidRPr="00F14EF6" w:rsidRDefault="00A57E56" w:rsidP="00F14EF6">
      <w:pPr>
        <w:spacing w:line="240" w:lineRule="auto"/>
      </w:pPr>
      <w:r w:rsidRPr="00F14EF6">
        <w:rPr>
          <w:rFonts w:ascii="Times New Roman" w:eastAsia="Times New Roman" w:hAnsi="Times New Roman"/>
          <w:b/>
        </w:rPr>
        <w:lastRenderedPageBreak/>
        <w:t>Member</w:t>
      </w:r>
      <w:r w:rsidRPr="00F14EF6">
        <w:rPr>
          <w:rFonts w:ascii="Times New Roman" w:eastAsia="Times New Roman" w:hAnsi="Times New Roman"/>
        </w:rPr>
        <w:t xml:space="preserve"> means an Affiliate Member, Associate Member, Partner Member, Special Member, Director, or Voting Member.</w:t>
      </w:r>
    </w:p>
    <w:p w14:paraId="5434429C" w14:textId="77777777" w:rsidR="00002430" w:rsidRPr="00F14EF6" w:rsidRDefault="00A57E56" w:rsidP="00F14EF6">
      <w:pPr>
        <w:spacing w:line="240" w:lineRule="auto"/>
      </w:pPr>
      <w:r w:rsidRPr="00F14EF6">
        <w:rPr>
          <w:rFonts w:ascii="Times New Roman" w:eastAsia="Times New Roman" w:hAnsi="Times New Roman"/>
          <w:b/>
        </w:rPr>
        <w:t>Member Services</w:t>
      </w:r>
      <w:r w:rsidRPr="00F14EF6">
        <w:rPr>
          <w:rFonts w:ascii="Times New Roman" w:eastAsia="Times New Roman" w:hAnsi="Times New Roman"/>
        </w:rPr>
        <w:t xml:space="preserve"> means the administrative, registration, compliance, education, risk management, governance-s</w:t>
      </w:r>
      <w:r w:rsidRPr="00F14EF6">
        <w:rPr>
          <w:rFonts w:ascii="Times New Roman" w:eastAsia="Times New Roman" w:hAnsi="Times New Roman"/>
        </w:rPr>
        <w:t>upport, and related services provided by the Corporation to its Members and affiliated participants.</w:t>
      </w:r>
    </w:p>
    <w:p w14:paraId="73EC45F7" w14:textId="77777777" w:rsidR="00002430" w:rsidRPr="00F14EF6" w:rsidRDefault="00A57E56" w:rsidP="00F14EF6">
      <w:pPr>
        <w:spacing w:line="240" w:lineRule="auto"/>
      </w:pPr>
      <w:r w:rsidRPr="00F14EF6">
        <w:rPr>
          <w:rFonts w:ascii="Times New Roman" w:eastAsia="Times New Roman" w:hAnsi="Times New Roman"/>
          <w:b/>
        </w:rPr>
        <w:t>Meeting</w:t>
      </w:r>
      <w:r w:rsidRPr="00F14EF6">
        <w:rPr>
          <w:rFonts w:ascii="Times New Roman" w:eastAsia="Times New Roman" w:hAnsi="Times New Roman"/>
        </w:rPr>
        <w:t xml:space="preserve"> means an Annual General Meeting, an Interim Meeting, or a Special Meeting.</w:t>
      </w:r>
    </w:p>
    <w:p w14:paraId="4A451921" w14:textId="77777777" w:rsidR="00002430" w:rsidRPr="00F14EF6" w:rsidRDefault="00A57E56" w:rsidP="00F14EF6">
      <w:pPr>
        <w:spacing w:line="240" w:lineRule="auto"/>
      </w:pPr>
      <w:r w:rsidRPr="00F14EF6">
        <w:rPr>
          <w:rFonts w:ascii="Times New Roman" w:eastAsia="Times New Roman" w:hAnsi="Times New Roman"/>
          <w:b/>
        </w:rPr>
        <w:t>Nonprofit Law</w:t>
      </w:r>
      <w:r w:rsidRPr="00F14EF6">
        <w:rPr>
          <w:rFonts w:ascii="Times New Roman" w:eastAsia="Times New Roman" w:hAnsi="Times New Roman"/>
        </w:rPr>
        <w:t xml:space="preserve"> means the North Carolina Nonprofit Corporation Act, Chapte</w:t>
      </w:r>
      <w:r w:rsidRPr="00F14EF6">
        <w:rPr>
          <w:rFonts w:ascii="Times New Roman" w:eastAsia="Times New Roman" w:hAnsi="Times New Roman"/>
        </w:rPr>
        <w:t>r 55A of the North Carolina General Statutes, as amended.</w:t>
      </w:r>
    </w:p>
    <w:p w14:paraId="57E1DF54" w14:textId="77777777" w:rsidR="00002430" w:rsidRPr="00F14EF6" w:rsidRDefault="00A57E56" w:rsidP="00F14EF6">
      <w:pPr>
        <w:spacing w:line="240" w:lineRule="auto"/>
      </w:pPr>
      <w:r w:rsidRPr="00F14EF6">
        <w:rPr>
          <w:rFonts w:ascii="Times New Roman" w:eastAsia="Times New Roman" w:hAnsi="Times New Roman"/>
          <w:b/>
        </w:rPr>
        <w:t>Non-voting Member</w:t>
      </w:r>
      <w:r w:rsidRPr="00F14EF6">
        <w:rPr>
          <w:rFonts w:ascii="Times New Roman" w:eastAsia="Times New Roman" w:hAnsi="Times New Roman"/>
        </w:rPr>
        <w:t xml:space="preserve"> means Board Counsel, the Medical Director, and the State Referee Association Representative.</w:t>
      </w:r>
    </w:p>
    <w:p w14:paraId="0F417947" w14:textId="77777777" w:rsidR="00002430" w:rsidRPr="00F14EF6" w:rsidRDefault="00A57E56" w:rsidP="00F14EF6">
      <w:pPr>
        <w:spacing w:line="240" w:lineRule="auto"/>
      </w:pPr>
      <w:r w:rsidRPr="00F14EF6">
        <w:rPr>
          <w:rFonts w:ascii="Times New Roman" w:eastAsia="Times New Roman" w:hAnsi="Times New Roman"/>
          <w:b/>
        </w:rPr>
        <w:t>Officer</w:t>
      </w:r>
      <w:r w:rsidRPr="00F14EF6">
        <w:rPr>
          <w:rFonts w:ascii="Times New Roman" w:eastAsia="Times New Roman" w:hAnsi="Times New Roman"/>
        </w:rPr>
        <w:t xml:space="preserve"> means the Chair, Treasurer, or Secretary, each of whom serves in an officer rol</w:t>
      </w:r>
      <w:r w:rsidRPr="00F14EF6">
        <w:rPr>
          <w:rFonts w:ascii="Times New Roman" w:eastAsia="Times New Roman" w:hAnsi="Times New Roman"/>
        </w:rPr>
        <w:t>e of the Corporation.</w:t>
      </w:r>
    </w:p>
    <w:p w14:paraId="5DD65183" w14:textId="77777777" w:rsidR="00002430" w:rsidRPr="00F14EF6" w:rsidRDefault="00A57E56" w:rsidP="00F14EF6">
      <w:pPr>
        <w:spacing w:line="240" w:lineRule="auto"/>
      </w:pPr>
      <w:r w:rsidRPr="00F14EF6">
        <w:rPr>
          <w:rFonts w:ascii="Times New Roman" w:eastAsia="Times New Roman" w:hAnsi="Times New Roman"/>
          <w:b/>
        </w:rPr>
        <w:t>Partner Member</w:t>
      </w:r>
      <w:r w:rsidRPr="00F14EF6">
        <w:rPr>
          <w:rFonts w:ascii="Times New Roman" w:eastAsia="Times New Roman" w:hAnsi="Times New Roman"/>
        </w:rPr>
        <w:t xml:space="preserve"> means any person or entity that, by agreement with the Board, actively supports and/or sponsors the programs and activities of the Corporation through the provision of goods, services, or money and has been admitted to </w:t>
      </w:r>
      <w:r w:rsidRPr="00F14EF6">
        <w:rPr>
          <w:rFonts w:ascii="Times New Roman" w:eastAsia="Times New Roman" w:hAnsi="Times New Roman"/>
        </w:rPr>
        <w:t>Membership.</w:t>
      </w:r>
    </w:p>
    <w:p w14:paraId="0201FBB1" w14:textId="77777777" w:rsidR="00002430" w:rsidRPr="00F14EF6" w:rsidRDefault="00A57E56" w:rsidP="00F14EF6">
      <w:pPr>
        <w:spacing w:line="240" w:lineRule="auto"/>
      </w:pPr>
      <w:r w:rsidRPr="00F14EF6">
        <w:rPr>
          <w:rFonts w:ascii="Times New Roman" w:eastAsia="Times New Roman" w:hAnsi="Times New Roman"/>
          <w:b/>
        </w:rPr>
        <w:t>Policies</w:t>
      </w:r>
      <w:r w:rsidRPr="00F14EF6">
        <w:rPr>
          <w:rFonts w:ascii="Times New Roman" w:eastAsia="Times New Roman" w:hAnsi="Times New Roman"/>
        </w:rPr>
        <w:t xml:space="preserve"> means the policies adopted by the Board.</w:t>
      </w:r>
    </w:p>
    <w:p w14:paraId="21215466" w14:textId="77777777" w:rsidR="00002430" w:rsidRPr="00F14EF6" w:rsidRDefault="00A57E56" w:rsidP="00F14EF6">
      <w:pPr>
        <w:spacing w:line="240" w:lineRule="auto"/>
      </w:pPr>
      <w:r w:rsidRPr="00F14EF6">
        <w:rPr>
          <w:rFonts w:ascii="Times New Roman" w:eastAsia="Times New Roman" w:hAnsi="Times New Roman"/>
          <w:b/>
        </w:rPr>
        <w:t>Record Date</w:t>
      </w:r>
      <w:r w:rsidRPr="00F14EF6">
        <w:rPr>
          <w:rFonts w:ascii="Times New Roman" w:eastAsia="Times New Roman" w:hAnsi="Times New Roman"/>
        </w:rPr>
        <w:t xml:space="preserve"> means 5:00 p.m., North Carolina time, on the tenth Business Day preceding the date of a Meeting or the date of action taken by a Voting Group.</w:t>
      </w:r>
    </w:p>
    <w:p w14:paraId="16AF8F26" w14:textId="01F99899" w:rsidR="00002430" w:rsidRPr="00F14EF6" w:rsidRDefault="00A57E56" w:rsidP="00F14EF6">
      <w:pPr>
        <w:spacing w:line="240" w:lineRule="auto"/>
      </w:pPr>
      <w:r w:rsidRPr="00F14EF6">
        <w:rPr>
          <w:rFonts w:ascii="Times New Roman" w:eastAsia="Times New Roman" w:hAnsi="Times New Roman"/>
          <w:b/>
        </w:rPr>
        <w:t>Registered Youth Player</w:t>
      </w:r>
      <w:r w:rsidRPr="00F14EF6">
        <w:rPr>
          <w:rFonts w:ascii="Times New Roman" w:eastAsia="Times New Roman" w:hAnsi="Times New Roman"/>
        </w:rPr>
        <w:t xml:space="preserve"> means a Youth Player who is duly </w:t>
      </w:r>
      <w:r w:rsidR="00B75BCD">
        <w:rPr>
          <w:rFonts w:ascii="Times New Roman" w:eastAsia="Times New Roman" w:hAnsi="Times New Roman"/>
        </w:rPr>
        <w:t xml:space="preserve">and officially </w:t>
      </w:r>
      <w:r w:rsidRPr="00F14EF6">
        <w:rPr>
          <w:rFonts w:ascii="Times New Roman" w:eastAsia="Times New Roman" w:hAnsi="Times New Roman"/>
        </w:rPr>
        <w:t xml:space="preserve">registered with </w:t>
      </w:r>
      <w:r w:rsidRPr="00C14A03">
        <w:rPr>
          <w:rFonts w:ascii="Times New Roman" w:eastAsia="Times New Roman" w:hAnsi="Times New Roman"/>
          <w:highlight w:val="yellow"/>
        </w:rPr>
        <w:t xml:space="preserve">the </w:t>
      </w:r>
      <w:r w:rsidR="00B75BCD" w:rsidRPr="00C14A03">
        <w:rPr>
          <w:rFonts w:ascii="Times New Roman" w:eastAsia="Times New Roman" w:hAnsi="Times New Roman"/>
          <w:highlight w:val="yellow"/>
        </w:rPr>
        <w:t>United States Soccer Federation (USSF)</w:t>
      </w:r>
      <w:r w:rsidRPr="00C14A03">
        <w:rPr>
          <w:rFonts w:ascii="Times New Roman" w:eastAsia="Times New Roman" w:hAnsi="Times New Roman"/>
          <w:highlight w:val="yellow"/>
        </w:rPr>
        <w:t>.</w:t>
      </w:r>
    </w:p>
    <w:p w14:paraId="681350DC" w14:textId="237A2F2D" w:rsidR="00002430" w:rsidRPr="00F14EF6" w:rsidRDefault="00A57E56" w:rsidP="00F14EF6">
      <w:pPr>
        <w:spacing w:line="240" w:lineRule="auto"/>
      </w:pPr>
      <w:r w:rsidRPr="00F14EF6">
        <w:rPr>
          <w:rFonts w:ascii="Times New Roman" w:eastAsia="Times New Roman" w:hAnsi="Times New Roman"/>
          <w:b/>
        </w:rPr>
        <w:t>Registration</w:t>
      </w:r>
      <w:r w:rsidRPr="00F14EF6">
        <w:rPr>
          <w:rFonts w:ascii="Times New Roman" w:eastAsia="Times New Roman" w:hAnsi="Times New Roman"/>
        </w:rPr>
        <w:t xml:space="preserve"> means the process by which a Youth becomes a Registered Youth Player participating in a program or activity of the Corporation</w:t>
      </w:r>
      <w:r w:rsidR="00B75BCD">
        <w:rPr>
          <w:rFonts w:ascii="Times New Roman" w:eastAsia="Times New Roman" w:hAnsi="Times New Roman"/>
        </w:rPr>
        <w:t xml:space="preserve"> </w:t>
      </w:r>
      <w:r w:rsidR="00B75BCD" w:rsidRPr="00C14A03">
        <w:rPr>
          <w:rFonts w:ascii="Times New Roman" w:eastAsia="Times New Roman" w:hAnsi="Times New Roman"/>
          <w:highlight w:val="yellow"/>
        </w:rPr>
        <w:t>or the USSF</w:t>
      </w:r>
      <w:r w:rsidRPr="00C14A03">
        <w:rPr>
          <w:rFonts w:ascii="Times New Roman" w:eastAsia="Times New Roman" w:hAnsi="Times New Roman"/>
          <w:highlight w:val="yellow"/>
        </w:rPr>
        <w:t>.</w:t>
      </w:r>
    </w:p>
    <w:p w14:paraId="481200A2" w14:textId="77777777" w:rsidR="00002430" w:rsidRPr="00F14EF6" w:rsidRDefault="00A57E56" w:rsidP="00F14EF6">
      <w:pPr>
        <w:spacing w:line="240" w:lineRule="auto"/>
      </w:pPr>
      <w:r w:rsidRPr="00F14EF6">
        <w:rPr>
          <w:rFonts w:ascii="Times New Roman" w:eastAsia="Times New Roman" w:hAnsi="Times New Roman"/>
          <w:b/>
        </w:rPr>
        <w:t>Rules and Regulations</w:t>
      </w:r>
      <w:r w:rsidRPr="00F14EF6">
        <w:rPr>
          <w:rFonts w:ascii="Times New Roman" w:eastAsia="Times New Roman" w:hAnsi="Times New Roman"/>
        </w:rPr>
        <w:t xml:space="preserve"> means the rules, regulations, policies, and procedures of the</w:t>
      </w:r>
      <w:r w:rsidRPr="00F14EF6">
        <w:rPr>
          <w:rFonts w:ascii="Times New Roman" w:eastAsia="Times New Roman" w:hAnsi="Times New Roman"/>
        </w:rPr>
        <w:t xml:space="preserve"> Corporation adopted from time to time by the Board.</w:t>
      </w:r>
    </w:p>
    <w:p w14:paraId="75AF123A" w14:textId="77777777" w:rsidR="00002430" w:rsidRPr="00F14EF6" w:rsidRDefault="00A57E56" w:rsidP="00F14EF6">
      <w:pPr>
        <w:spacing w:line="240" w:lineRule="auto"/>
      </w:pPr>
      <w:r w:rsidRPr="00F14EF6">
        <w:rPr>
          <w:rFonts w:ascii="Times New Roman" w:eastAsia="Times New Roman" w:hAnsi="Times New Roman"/>
          <w:b/>
        </w:rPr>
        <w:t>Seasonal Year</w:t>
      </w:r>
      <w:r w:rsidRPr="00F14EF6">
        <w:rPr>
          <w:rFonts w:ascii="Times New Roman" w:eastAsia="Times New Roman" w:hAnsi="Times New Roman"/>
        </w:rPr>
        <w:t xml:space="preserve"> means the period beginning on September 1 of a calendar year and ending on August 31 of the following calendar year.</w:t>
      </w:r>
    </w:p>
    <w:p w14:paraId="585B30EE" w14:textId="77777777" w:rsidR="00002430" w:rsidRPr="00F14EF6" w:rsidRDefault="00A57E56" w:rsidP="00F14EF6">
      <w:pPr>
        <w:spacing w:line="240" w:lineRule="auto"/>
      </w:pPr>
      <w:r w:rsidRPr="00F14EF6">
        <w:rPr>
          <w:rFonts w:ascii="Times New Roman" w:eastAsia="Times New Roman" w:hAnsi="Times New Roman"/>
          <w:b/>
        </w:rPr>
        <w:t>Service Council</w:t>
      </w:r>
      <w:r w:rsidRPr="00F14EF6">
        <w:rPr>
          <w:rFonts w:ascii="Times New Roman" w:eastAsia="Times New Roman" w:hAnsi="Times New Roman"/>
        </w:rPr>
        <w:t xml:space="preserve"> means an advisory council established under Article VIII</w:t>
      </w:r>
      <w:r w:rsidRPr="00F14EF6">
        <w:rPr>
          <w:rFonts w:ascii="Times New Roman" w:eastAsia="Times New Roman" w:hAnsi="Times New Roman"/>
        </w:rPr>
        <w:t xml:space="preserve"> to support the Corporation’s Member Services and related functions.</w:t>
      </w:r>
    </w:p>
    <w:p w14:paraId="3D711006" w14:textId="77777777" w:rsidR="00002430" w:rsidRPr="00F14EF6" w:rsidRDefault="00A57E56" w:rsidP="00F14EF6">
      <w:pPr>
        <w:spacing w:line="240" w:lineRule="auto"/>
      </w:pPr>
      <w:r w:rsidRPr="00F14EF6">
        <w:rPr>
          <w:rFonts w:ascii="Times New Roman" w:eastAsia="Times New Roman" w:hAnsi="Times New Roman"/>
          <w:b/>
        </w:rPr>
        <w:t>Small Club</w:t>
      </w:r>
      <w:r w:rsidRPr="00F14EF6">
        <w:rPr>
          <w:rFonts w:ascii="Times New Roman" w:eastAsia="Times New Roman" w:hAnsi="Times New Roman"/>
        </w:rPr>
        <w:t xml:space="preserve"> means a Voting Member having 75 to 750 Registered Youth Players as of the applicable Record Date.</w:t>
      </w:r>
    </w:p>
    <w:p w14:paraId="35808FCB" w14:textId="77777777" w:rsidR="00002430" w:rsidRPr="00F14EF6" w:rsidRDefault="00A57E56" w:rsidP="00F14EF6">
      <w:pPr>
        <w:spacing w:line="240" w:lineRule="auto"/>
      </w:pPr>
      <w:r w:rsidRPr="00F14EF6">
        <w:rPr>
          <w:rFonts w:ascii="Times New Roman" w:eastAsia="Times New Roman" w:hAnsi="Times New Roman"/>
          <w:b/>
        </w:rPr>
        <w:t>Small Club Director</w:t>
      </w:r>
      <w:r w:rsidRPr="00F14EF6">
        <w:rPr>
          <w:rFonts w:ascii="Times New Roman" w:eastAsia="Times New Roman" w:hAnsi="Times New Roman"/>
        </w:rPr>
        <w:t xml:space="preserve"> means the voting Director elected by the Small Club Voting</w:t>
      </w:r>
      <w:r w:rsidRPr="00F14EF6">
        <w:rPr>
          <w:rFonts w:ascii="Times New Roman" w:eastAsia="Times New Roman" w:hAnsi="Times New Roman"/>
        </w:rPr>
        <w:t xml:space="preserve"> Members.</w:t>
      </w:r>
    </w:p>
    <w:p w14:paraId="201941E1" w14:textId="77777777" w:rsidR="00002430" w:rsidRPr="00F14EF6" w:rsidRDefault="00A57E56" w:rsidP="00F14EF6">
      <w:pPr>
        <w:spacing w:line="240" w:lineRule="auto"/>
      </w:pPr>
      <w:r w:rsidRPr="00F14EF6">
        <w:rPr>
          <w:rFonts w:ascii="Times New Roman" w:eastAsia="Times New Roman" w:hAnsi="Times New Roman"/>
          <w:b/>
        </w:rPr>
        <w:t>Special Member</w:t>
      </w:r>
      <w:r w:rsidRPr="00F14EF6">
        <w:rPr>
          <w:rFonts w:ascii="Times New Roman" w:eastAsia="Times New Roman" w:hAnsi="Times New Roman"/>
        </w:rPr>
        <w:t xml:space="preserve"> means any entity that uses the game of soccer as a developmental or teaching tool for its participants and has been admitted to Membership.</w:t>
      </w:r>
    </w:p>
    <w:p w14:paraId="04011422" w14:textId="799E2AC4" w:rsidR="00002430" w:rsidRPr="00F14EF6" w:rsidRDefault="00A57E56" w:rsidP="00F14EF6">
      <w:pPr>
        <w:spacing w:line="240" w:lineRule="auto"/>
      </w:pPr>
      <w:r w:rsidRPr="00F14EF6">
        <w:rPr>
          <w:rFonts w:ascii="Times New Roman" w:eastAsia="Times New Roman" w:hAnsi="Times New Roman"/>
          <w:b/>
        </w:rPr>
        <w:t>State Referee Association Representative</w:t>
      </w:r>
      <w:r w:rsidRPr="00F14EF6">
        <w:rPr>
          <w:rFonts w:ascii="Times New Roman" w:eastAsia="Times New Roman" w:hAnsi="Times New Roman"/>
        </w:rPr>
        <w:t xml:space="preserve"> means the non-voting referee representative </w:t>
      </w:r>
      <w:r w:rsidR="00B75BCD">
        <w:rPr>
          <w:rFonts w:ascii="Times New Roman" w:eastAsia="Times New Roman" w:hAnsi="Times New Roman"/>
        </w:rPr>
        <w:t xml:space="preserve">of the </w:t>
      </w:r>
      <w:r w:rsidR="00B75BCD" w:rsidRPr="00F14EF6">
        <w:rPr>
          <w:rFonts w:ascii="Times New Roman" w:eastAsia="Times New Roman" w:hAnsi="Times New Roman"/>
        </w:rPr>
        <w:t>North Carolina State Referee Association</w:t>
      </w:r>
      <w:r w:rsidR="00B75BCD">
        <w:rPr>
          <w:rFonts w:ascii="Times New Roman" w:eastAsia="Times New Roman" w:hAnsi="Times New Roman"/>
        </w:rPr>
        <w:t>.</w:t>
      </w:r>
    </w:p>
    <w:p w14:paraId="386E0317" w14:textId="77777777" w:rsidR="00002430" w:rsidRPr="00F14EF6" w:rsidRDefault="00A57E56" w:rsidP="00F14EF6">
      <w:pPr>
        <w:spacing w:line="240" w:lineRule="auto"/>
      </w:pPr>
      <w:r w:rsidRPr="00F14EF6">
        <w:rPr>
          <w:rFonts w:ascii="Times New Roman" w:eastAsia="Times New Roman" w:hAnsi="Times New Roman"/>
          <w:b/>
        </w:rPr>
        <w:lastRenderedPageBreak/>
        <w:t>Team</w:t>
      </w:r>
      <w:r w:rsidRPr="00F14EF6">
        <w:rPr>
          <w:rFonts w:ascii="Times New Roman" w:eastAsia="Times New Roman" w:hAnsi="Times New Roman"/>
        </w:rPr>
        <w:t xml:space="preserve"> means a group of Registered and rostered Youth Players playing on the same side in a soccer game.</w:t>
      </w:r>
    </w:p>
    <w:p w14:paraId="6F795FAC" w14:textId="77777777" w:rsidR="00002430" w:rsidRPr="00F14EF6" w:rsidRDefault="00A57E56" w:rsidP="00F14EF6">
      <w:pPr>
        <w:spacing w:line="240" w:lineRule="auto"/>
      </w:pPr>
      <w:r w:rsidRPr="00F14EF6">
        <w:rPr>
          <w:rFonts w:ascii="Times New Roman" w:eastAsia="Times New Roman" w:hAnsi="Times New Roman"/>
          <w:b/>
        </w:rPr>
        <w:t>Treasurer</w:t>
      </w:r>
      <w:r w:rsidRPr="00F14EF6">
        <w:rPr>
          <w:rFonts w:ascii="Times New Roman" w:eastAsia="Times New Roman" w:hAnsi="Times New Roman"/>
        </w:rPr>
        <w:t xml:space="preserve"> means the Officer responsible for financial oversight of the Corporation and the fallback presiding </w:t>
      </w:r>
      <w:r w:rsidRPr="00F14EF6">
        <w:rPr>
          <w:rFonts w:ascii="Times New Roman" w:eastAsia="Times New Roman" w:hAnsi="Times New Roman"/>
        </w:rPr>
        <w:t>officer in the absence or inability to act of the Chair.</w:t>
      </w:r>
    </w:p>
    <w:p w14:paraId="1E582CEB" w14:textId="77777777" w:rsidR="00002430" w:rsidRPr="00F14EF6" w:rsidRDefault="00A57E56" w:rsidP="00F14EF6">
      <w:pPr>
        <w:spacing w:line="240" w:lineRule="auto"/>
      </w:pPr>
      <w:r w:rsidRPr="00F14EF6">
        <w:rPr>
          <w:rFonts w:ascii="Times New Roman" w:eastAsia="Times New Roman" w:hAnsi="Times New Roman"/>
          <w:b/>
        </w:rPr>
        <w:t>USSF</w:t>
      </w:r>
      <w:r w:rsidRPr="00F14EF6">
        <w:rPr>
          <w:rFonts w:ascii="Times New Roman" w:eastAsia="Times New Roman" w:hAnsi="Times New Roman"/>
        </w:rPr>
        <w:t xml:space="preserve"> means the United States Soccer Federation.</w:t>
      </w:r>
    </w:p>
    <w:p w14:paraId="37BFE859" w14:textId="77777777" w:rsidR="00002430" w:rsidRPr="00F14EF6" w:rsidRDefault="00A57E56" w:rsidP="00F14EF6">
      <w:pPr>
        <w:spacing w:line="240" w:lineRule="auto"/>
      </w:pPr>
      <w:r w:rsidRPr="00F14EF6">
        <w:rPr>
          <w:rFonts w:ascii="Times New Roman" w:eastAsia="Times New Roman" w:hAnsi="Times New Roman"/>
          <w:b/>
        </w:rPr>
        <w:t>USSF Rules</w:t>
      </w:r>
      <w:r w:rsidRPr="00F14EF6">
        <w:rPr>
          <w:rFonts w:ascii="Times New Roman" w:eastAsia="Times New Roman" w:hAnsi="Times New Roman"/>
        </w:rPr>
        <w:t xml:space="preserve"> means USSF’s Articles of Incorporation, Bylaws, policies, directives, and other governing requirements, as applicable.</w:t>
      </w:r>
    </w:p>
    <w:p w14:paraId="584161EB" w14:textId="77777777" w:rsidR="00002430" w:rsidRPr="00F14EF6" w:rsidRDefault="00A57E56" w:rsidP="00F14EF6">
      <w:pPr>
        <w:spacing w:line="240" w:lineRule="auto"/>
      </w:pPr>
      <w:r w:rsidRPr="00F14EF6">
        <w:rPr>
          <w:rFonts w:ascii="Times New Roman" w:eastAsia="Times New Roman" w:hAnsi="Times New Roman"/>
          <w:b/>
        </w:rPr>
        <w:t>Voting Member</w:t>
      </w:r>
      <w:r w:rsidRPr="00F14EF6">
        <w:rPr>
          <w:rFonts w:ascii="Times New Roman" w:eastAsia="Times New Roman" w:hAnsi="Times New Roman"/>
        </w:rPr>
        <w:t xml:space="preserve"> means a</w:t>
      </w:r>
      <w:r w:rsidRPr="00F14EF6">
        <w:rPr>
          <w:rFonts w:ascii="Times New Roman" w:eastAsia="Times New Roman" w:hAnsi="Times New Roman"/>
        </w:rPr>
        <w:t xml:space="preserve"> Club in Good Standing that has the right to vote as set forth in these Bylaws.</w:t>
      </w:r>
    </w:p>
    <w:p w14:paraId="5F564810" w14:textId="77777777" w:rsidR="00002430" w:rsidRPr="00F14EF6" w:rsidRDefault="00A57E56" w:rsidP="00F14EF6">
      <w:pPr>
        <w:spacing w:line="240" w:lineRule="auto"/>
      </w:pPr>
      <w:r w:rsidRPr="00F14EF6">
        <w:rPr>
          <w:rFonts w:ascii="Times New Roman" w:eastAsia="Times New Roman" w:hAnsi="Times New Roman"/>
          <w:b/>
        </w:rPr>
        <w:t>Voting Power</w:t>
      </w:r>
      <w:r w:rsidRPr="00F14EF6">
        <w:rPr>
          <w:rFonts w:ascii="Times New Roman" w:eastAsia="Times New Roman" w:hAnsi="Times New Roman"/>
        </w:rPr>
        <w:t xml:space="preserve"> means the total number of votes eligible to be cast by the Voting Members on matters on which the Voting Members are entitled to vote.</w:t>
      </w:r>
    </w:p>
    <w:p w14:paraId="0C1789E6" w14:textId="77777777" w:rsidR="00002430" w:rsidRPr="00F14EF6" w:rsidRDefault="00A57E56" w:rsidP="00F14EF6">
      <w:pPr>
        <w:spacing w:line="240" w:lineRule="auto"/>
      </w:pPr>
      <w:r w:rsidRPr="00F14EF6">
        <w:rPr>
          <w:rFonts w:ascii="Times New Roman" w:eastAsia="Times New Roman" w:hAnsi="Times New Roman"/>
          <w:b/>
        </w:rPr>
        <w:t>Youth</w:t>
      </w:r>
      <w:r w:rsidRPr="00F14EF6">
        <w:rPr>
          <w:rFonts w:ascii="Times New Roman" w:eastAsia="Times New Roman" w:hAnsi="Times New Roman"/>
        </w:rPr>
        <w:t xml:space="preserve"> means a natural person</w:t>
      </w:r>
      <w:r w:rsidRPr="00F14EF6">
        <w:rPr>
          <w:rFonts w:ascii="Times New Roman" w:eastAsia="Times New Roman" w:hAnsi="Times New Roman"/>
        </w:rPr>
        <w:t xml:space="preserve"> who has not reached the age of twenty (20) prior to December 31 of the current Seasonal Year.</w:t>
      </w:r>
    </w:p>
    <w:p w14:paraId="7E11E83C" w14:textId="77777777" w:rsidR="00002430" w:rsidRPr="00F14EF6" w:rsidRDefault="00A57E56" w:rsidP="00F14EF6">
      <w:pPr>
        <w:spacing w:line="240" w:lineRule="auto"/>
      </w:pPr>
      <w:r w:rsidRPr="00F14EF6">
        <w:rPr>
          <w:rFonts w:ascii="Times New Roman" w:eastAsia="Times New Roman" w:hAnsi="Times New Roman"/>
          <w:b/>
        </w:rPr>
        <w:t>Youth Player</w:t>
      </w:r>
      <w:r w:rsidRPr="00F14EF6">
        <w:rPr>
          <w:rFonts w:ascii="Times New Roman" w:eastAsia="Times New Roman" w:hAnsi="Times New Roman"/>
        </w:rPr>
        <w:t xml:space="preserve"> means any Youth who is duly registered with the Corporation.</w:t>
      </w:r>
    </w:p>
    <w:p w14:paraId="10074208" w14:textId="77777777" w:rsidR="00002430" w:rsidRPr="00F14EF6" w:rsidRDefault="00002430" w:rsidP="00F14EF6">
      <w:pPr>
        <w:spacing w:line="240" w:lineRule="auto"/>
      </w:pPr>
    </w:p>
    <w:p w14:paraId="4B5B406A" w14:textId="77777777"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III. </w:t>
      </w:r>
    </w:p>
    <w:p w14:paraId="017CE6AE" w14:textId="7E7AE2C9" w:rsidR="00002430"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GEOGRAPHY OF OPERATIONS</w:t>
      </w:r>
    </w:p>
    <w:p w14:paraId="54D2FBF3" w14:textId="77777777" w:rsidR="002D1E9A" w:rsidRPr="00187A44" w:rsidRDefault="002D1E9A" w:rsidP="002D1E9A">
      <w:pPr>
        <w:spacing w:before="240" w:after="0" w:line="240" w:lineRule="auto"/>
        <w:jc w:val="center"/>
        <w:rPr>
          <w:bCs/>
          <w:u w:val="single"/>
        </w:rPr>
      </w:pPr>
    </w:p>
    <w:p w14:paraId="34C1D2A3"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Boundaries</w:t>
      </w:r>
    </w:p>
    <w:p w14:paraId="0ABA8A0D" w14:textId="77777777" w:rsidR="00002430" w:rsidRPr="006E12CA" w:rsidRDefault="00A57E56" w:rsidP="00F14EF6">
      <w:pPr>
        <w:spacing w:after="0" w:line="240" w:lineRule="auto"/>
        <w:rPr>
          <w:bCs/>
        </w:rPr>
      </w:pPr>
      <w:r w:rsidRPr="00966909">
        <w:rPr>
          <w:rFonts w:ascii="Times New Roman" w:eastAsia="Times New Roman" w:hAnsi="Times New Roman"/>
          <w:bCs/>
          <w:highlight w:val="yellow"/>
        </w:rPr>
        <w:t xml:space="preserve">The </w:t>
      </w:r>
      <w:r w:rsidRPr="00966909">
        <w:rPr>
          <w:rFonts w:ascii="Times New Roman" w:eastAsia="Times New Roman" w:hAnsi="Times New Roman"/>
          <w:bCs/>
          <w:highlight w:val="yellow"/>
        </w:rPr>
        <w:t>geographical boundaries of the Corporation for purposes of the programs it administers under the Articles, the USSF Rules, and any applicable affiliate rules shall be the State of North Carolina and, subject to approval by USSF and any other applicable gov</w:t>
      </w:r>
      <w:r w:rsidRPr="00966909">
        <w:rPr>
          <w:rFonts w:ascii="Times New Roman" w:eastAsia="Times New Roman" w:hAnsi="Times New Roman"/>
          <w:bCs/>
          <w:highlight w:val="yellow"/>
        </w:rPr>
        <w:t>erning body, such additional geographical areas as may be approved by the Board.</w:t>
      </w:r>
    </w:p>
    <w:p w14:paraId="314ED3DA" w14:textId="77777777" w:rsidR="00002430" w:rsidRPr="006E12CA" w:rsidRDefault="00002430" w:rsidP="00F14EF6">
      <w:pPr>
        <w:spacing w:after="0" w:line="240" w:lineRule="auto"/>
        <w:rPr>
          <w:bCs/>
        </w:rPr>
      </w:pPr>
    </w:p>
    <w:p w14:paraId="38221A1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Territory Administration</w:t>
      </w:r>
    </w:p>
    <w:p w14:paraId="0F4FB5EB" w14:textId="77777777" w:rsidR="00002430" w:rsidRPr="006E12CA" w:rsidRDefault="00A57E56" w:rsidP="00F14EF6">
      <w:pPr>
        <w:spacing w:after="0" w:line="240" w:lineRule="auto"/>
        <w:rPr>
          <w:bCs/>
        </w:rPr>
      </w:pPr>
      <w:r w:rsidRPr="00966909">
        <w:rPr>
          <w:rFonts w:ascii="Times New Roman" w:eastAsia="Times New Roman" w:hAnsi="Times New Roman"/>
          <w:bCs/>
          <w:highlight w:val="yellow"/>
        </w:rPr>
        <w:t xml:space="preserve">The Corporation may administer Member Services and programs throughout its Boundaries and may establish regional, district, or </w:t>
      </w:r>
      <w:r w:rsidRPr="00966909">
        <w:rPr>
          <w:rFonts w:ascii="Times New Roman" w:eastAsia="Times New Roman" w:hAnsi="Times New Roman"/>
          <w:bCs/>
          <w:highlight w:val="yellow"/>
        </w:rPr>
        <w:t>service-area structures as the Board determines appropriate.</w:t>
      </w:r>
    </w:p>
    <w:p w14:paraId="0002B42B" w14:textId="77777777" w:rsidR="00002430" w:rsidRPr="006E12CA" w:rsidRDefault="00002430" w:rsidP="00F14EF6">
      <w:pPr>
        <w:spacing w:after="0" w:line="240" w:lineRule="auto"/>
        <w:rPr>
          <w:bCs/>
        </w:rPr>
      </w:pPr>
    </w:p>
    <w:p w14:paraId="02A52502" w14:textId="77777777" w:rsidR="002D1E9A" w:rsidRPr="006E12CA" w:rsidRDefault="00A57E56" w:rsidP="002D1E9A">
      <w:pPr>
        <w:spacing w:before="240" w:after="0" w:line="240" w:lineRule="auto"/>
        <w:jc w:val="center"/>
        <w:rPr>
          <w:rFonts w:ascii="Times New Roman" w:eastAsia="Times New Roman" w:hAnsi="Times New Roman"/>
          <w:bCs/>
          <w:u w:val="single"/>
        </w:rPr>
      </w:pPr>
      <w:r w:rsidRPr="006E12CA">
        <w:rPr>
          <w:rFonts w:ascii="Times New Roman" w:eastAsia="Times New Roman" w:hAnsi="Times New Roman"/>
          <w:bCs/>
          <w:u w:val="single"/>
        </w:rPr>
        <w:t xml:space="preserve">ARTICLE IV. </w:t>
      </w:r>
    </w:p>
    <w:p w14:paraId="02C68727" w14:textId="06C3050B" w:rsidR="00002430" w:rsidRPr="006E12CA" w:rsidRDefault="00A57E56" w:rsidP="002D1E9A">
      <w:pPr>
        <w:spacing w:before="240" w:after="0" w:line="240" w:lineRule="auto"/>
        <w:jc w:val="center"/>
        <w:rPr>
          <w:bCs/>
          <w:u w:val="single"/>
        </w:rPr>
      </w:pPr>
      <w:r w:rsidRPr="006E12CA">
        <w:rPr>
          <w:rFonts w:ascii="Times New Roman" w:eastAsia="Times New Roman" w:hAnsi="Times New Roman"/>
          <w:bCs/>
          <w:u w:val="single"/>
        </w:rPr>
        <w:t>MEMBERSHIP</w:t>
      </w:r>
    </w:p>
    <w:p w14:paraId="153B991F" w14:textId="77777777" w:rsidR="00002430" w:rsidRPr="006E12CA" w:rsidRDefault="00002430" w:rsidP="00F14EF6">
      <w:pPr>
        <w:spacing w:after="0" w:line="240" w:lineRule="auto"/>
        <w:rPr>
          <w:bCs/>
        </w:rPr>
      </w:pPr>
    </w:p>
    <w:p w14:paraId="2A6DF32F"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Membership</w:t>
      </w:r>
    </w:p>
    <w:p w14:paraId="571716EF" w14:textId="77777777" w:rsidR="00002430" w:rsidRPr="006E12CA" w:rsidRDefault="00A57E56" w:rsidP="00F14EF6">
      <w:pPr>
        <w:spacing w:after="0" w:line="240" w:lineRule="auto"/>
        <w:rPr>
          <w:bCs/>
        </w:rPr>
      </w:pPr>
      <w:r w:rsidRPr="006E12CA">
        <w:rPr>
          <w:rFonts w:ascii="Times New Roman" w:eastAsia="Times New Roman" w:hAnsi="Times New Roman"/>
          <w:bCs/>
        </w:rPr>
        <w:t>Membership in the Corporation shall be open to any person regardless of race, color, national origin, sex, religion, disability, or other status pr</w:t>
      </w:r>
      <w:r w:rsidRPr="006E12CA">
        <w:rPr>
          <w:rFonts w:ascii="Times New Roman" w:eastAsia="Times New Roman" w:hAnsi="Times New Roman"/>
          <w:bCs/>
        </w:rPr>
        <w:t>otected by law, and to any entity not barred or suspended from participation by the USSF Rules, the Policies, the Rules and Regulations, the Articles, or these Bylaws. Membership exists to support delivery of Member Services and compliance with the Corpora</w:t>
      </w:r>
      <w:r w:rsidRPr="006E12CA">
        <w:rPr>
          <w:rFonts w:ascii="Times New Roman" w:eastAsia="Times New Roman" w:hAnsi="Times New Roman"/>
          <w:bCs/>
        </w:rPr>
        <w:t>tion’s programs and obligations.</w:t>
      </w:r>
    </w:p>
    <w:p w14:paraId="2BD7A5E4" w14:textId="77777777" w:rsidR="00002430" w:rsidRPr="006E12CA" w:rsidRDefault="00002430" w:rsidP="00F14EF6">
      <w:pPr>
        <w:spacing w:after="0" w:line="240" w:lineRule="auto"/>
        <w:rPr>
          <w:bCs/>
        </w:rPr>
      </w:pPr>
    </w:p>
    <w:p w14:paraId="0B03F838"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Classes of Membership</w:t>
      </w:r>
    </w:p>
    <w:p w14:paraId="32562E66" w14:textId="77777777" w:rsidR="00002430" w:rsidRPr="006E12CA" w:rsidRDefault="00A57E56" w:rsidP="00F14EF6">
      <w:pPr>
        <w:spacing w:after="0" w:line="240" w:lineRule="auto"/>
        <w:rPr>
          <w:bCs/>
        </w:rPr>
      </w:pPr>
      <w:r w:rsidRPr="006E12CA">
        <w:rPr>
          <w:rFonts w:ascii="Times New Roman" w:eastAsia="Times New Roman" w:hAnsi="Times New Roman"/>
          <w:bCs/>
        </w:rPr>
        <w:t>The classes of Membership shall be:</w:t>
      </w:r>
    </w:p>
    <w:p w14:paraId="2F3EBF6B" w14:textId="77777777" w:rsidR="00002430" w:rsidRPr="006E12CA" w:rsidRDefault="00A57E56" w:rsidP="00F14EF6">
      <w:pPr>
        <w:spacing w:after="0" w:line="240" w:lineRule="auto"/>
        <w:rPr>
          <w:bCs/>
        </w:rPr>
      </w:pPr>
      <w:r w:rsidRPr="006E12CA">
        <w:rPr>
          <w:rFonts w:ascii="Times New Roman" w:eastAsia="Times New Roman" w:hAnsi="Times New Roman"/>
          <w:bCs/>
        </w:rPr>
        <w:t>1. Voting Members.</w:t>
      </w:r>
    </w:p>
    <w:p w14:paraId="154246D6" w14:textId="77777777" w:rsidR="00002430" w:rsidRPr="006E12CA" w:rsidRDefault="00A57E56" w:rsidP="00F14EF6">
      <w:pPr>
        <w:spacing w:after="0" w:line="240" w:lineRule="auto"/>
        <w:rPr>
          <w:bCs/>
        </w:rPr>
      </w:pPr>
      <w:r w:rsidRPr="006E12CA">
        <w:rPr>
          <w:rFonts w:ascii="Times New Roman" w:eastAsia="Times New Roman" w:hAnsi="Times New Roman"/>
          <w:bCs/>
        </w:rPr>
        <w:lastRenderedPageBreak/>
        <w:t>2. Associate Members.</w:t>
      </w:r>
    </w:p>
    <w:p w14:paraId="2AA446DA" w14:textId="77777777" w:rsidR="00002430" w:rsidRPr="006E12CA" w:rsidRDefault="00A57E56" w:rsidP="00F14EF6">
      <w:pPr>
        <w:spacing w:after="0" w:line="240" w:lineRule="auto"/>
        <w:rPr>
          <w:bCs/>
        </w:rPr>
      </w:pPr>
      <w:r w:rsidRPr="006E12CA">
        <w:rPr>
          <w:rFonts w:ascii="Times New Roman" w:eastAsia="Times New Roman" w:hAnsi="Times New Roman"/>
          <w:bCs/>
        </w:rPr>
        <w:t>3. Affiliate Members.</w:t>
      </w:r>
    </w:p>
    <w:p w14:paraId="7B3EDB21" w14:textId="77777777" w:rsidR="00002430" w:rsidRPr="006E12CA" w:rsidRDefault="00A57E56" w:rsidP="00F14EF6">
      <w:pPr>
        <w:spacing w:after="0" w:line="240" w:lineRule="auto"/>
        <w:rPr>
          <w:bCs/>
        </w:rPr>
      </w:pPr>
      <w:r w:rsidRPr="006E12CA">
        <w:rPr>
          <w:rFonts w:ascii="Times New Roman" w:eastAsia="Times New Roman" w:hAnsi="Times New Roman"/>
          <w:bCs/>
        </w:rPr>
        <w:t>4. Partner Members.</w:t>
      </w:r>
    </w:p>
    <w:p w14:paraId="35697B33" w14:textId="77777777" w:rsidR="00002430" w:rsidRPr="006E12CA" w:rsidRDefault="00A57E56" w:rsidP="00F14EF6">
      <w:pPr>
        <w:spacing w:after="0" w:line="240" w:lineRule="auto"/>
        <w:rPr>
          <w:bCs/>
        </w:rPr>
      </w:pPr>
      <w:r w:rsidRPr="006E12CA">
        <w:rPr>
          <w:rFonts w:ascii="Times New Roman" w:eastAsia="Times New Roman" w:hAnsi="Times New Roman"/>
          <w:bCs/>
        </w:rPr>
        <w:t>5. Special Members.</w:t>
      </w:r>
    </w:p>
    <w:p w14:paraId="2AA810E5" w14:textId="77777777" w:rsidR="00002430" w:rsidRPr="006E12CA" w:rsidRDefault="00A57E56" w:rsidP="00F14EF6">
      <w:pPr>
        <w:spacing w:after="0" w:line="240" w:lineRule="auto"/>
        <w:rPr>
          <w:bCs/>
        </w:rPr>
      </w:pPr>
      <w:r w:rsidRPr="006E12CA">
        <w:rPr>
          <w:rFonts w:ascii="Times New Roman" w:eastAsia="Times New Roman" w:hAnsi="Times New Roman"/>
          <w:bCs/>
        </w:rPr>
        <w:t>6. Directors, solely in their capacity as Director</w:t>
      </w:r>
      <w:r w:rsidRPr="006E12CA">
        <w:rPr>
          <w:rFonts w:ascii="Times New Roman" w:eastAsia="Times New Roman" w:hAnsi="Times New Roman"/>
          <w:bCs/>
        </w:rPr>
        <w:t>s.</w:t>
      </w:r>
    </w:p>
    <w:p w14:paraId="0C9CF1F8" w14:textId="77777777" w:rsidR="00002430" w:rsidRPr="006E12CA" w:rsidRDefault="00A57E56" w:rsidP="00F14EF6">
      <w:pPr>
        <w:spacing w:after="0" w:line="240" w:lineRule="auto"/>
        <w:rPr>
          <w:bCs/>
        </w:rPr>
      </w:pPr>
      <w:r w:rsidRPr="006E12CA">
        <w:rPr>
          <w:rFonts w:ascii="Times New Roman" w:eastAsia="Times New Roman" w:hAnsi="Times New Roman"/>
          <w:bCs/>
        </w:rPr>
        <w:t>7. Non-voting Members.</w:t>
      </w:r>
    </w:p>
    <w:p w14:paraId="7BFB6339" w14:textId="77777777" w:rsidR="00002430" w:rsidRPr="006E12CA" w:rsidRDefault="00002430" w:rsidP="00F14EF6">
      <w:pPr>
        <w:spacing w:after="0" w:line="240" w:lineRule="auto"/>
        <w:rPr>
          <w:bCs/>
        </w:rPr>
      </w:pPr>
    </w:p>
    <w:p w14:paraId="761A816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Associate Members</w:t>
      </w:r>
    </w:p>
    <w:p w14:paraId="71E27A38" w14:textId="77777777" w:rsidR="00002430" w:rsidRPr="006E12CA" w:rsidRDefault="00A57E56" w:rsidP="00F14EF6">
      <w:pPr>
        <w:spacing w:after="0" w:line="240" w:lineRule="auto"/>
        <w:rPr>
          <w:bCs/>
        </w:rPr>
      </w:pPr>
      <w:r w:rsidRPr="006E12CA">
        <w:rPr>
          <w:rFonts w:ascii="Times New Roman" w:eastAsia="Times New Roman" w:hAnsi="Times New Roman"/>
          <w:bCs/>
        </w:rPr>
        <w:t>Each Youth Player, and each parent or guardian of such Youth Player as applicable, shall be an Associate Member upon and during such Youth Player’s Registration. Each coach, trainer, manager, Club off</w:t>
      </w:r>
      <w:r w:rsidRPr="006E12CA">
        <w:rPr>
          <w:rFonts w:ascii="Times New Roman" w:eastAsia="Times New Roman" w:hAnsi="Times New Roman"/>
          <w:bCs/>
        </w:rPr>
        <w:t>icer, Club director, and Club administrator shall be an Associate Member upon affiliation with a Club and participation in a program or activity of the Corporation. Associate Members shall have no voting rights unless expressly granted by these Bylaws.</w:t>
      </w:r>
    </w:p>
    <w:p w14:paraId="1877ACA9" w14:textId="77777777" w:rsidR="00002430" w:rsidRPr="006E12CA" w:rsidRDefault="00002430" w:rsidP="00F14EF6">
      <w:pPr>
        <w:spacing w:after="0" w:line="240" w:lineRule="auto"/>
        <w:rPr>
          <w:bCs/>
        </w:rPr>
      </w:pPr>
    </w:p>
    <w:p w14:paraId="42277BAD"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w:t>
      </w:r>
      <w:r w:rsidRPr="006E12CA">
        <w:rPr>
          <w:rFonts w:ascii="Times New Roman" w:eastAsia="Times New Roman" w:hAnsi="Times New Roman"/>
          <w:bCs/>
          <w:u w:val="single"/>
        </w:rPr>
        <w:t>ction 4. Affiliate, Partner, and Special Members</w:t>
      </w:r>
    </w:p>
    <w:p w14:paraId="7FC08318" w14:textId="77777777" w:rsidR="00002430" w:rsidRPr="006E12CA" w:rsidRDefault="00A57E56" w:rsidP="00F14EF6">
      <w:pPr>
        <w:spacing w:after="0" w:line="240" w:lineRule="auto"/>
        <w:rPr>
          <w:bCs/>
        </w:rPr>
      </w:pPr>
      <w:r w:rsidRPr="006E12CA">
        <w:rPr>
          <w:rFonts w:ascii="Times New Roman" w:eastAsia="Times New Roman" w:hAnsi="Times New Roman"/>
          <w:bCs/>
        </w:rPr>
        <w:t>The Board may admit any person or entity as an Affiliate Member, Partner Member, or Special Member, as applicable. Such Membership may be conditioned on participation in or support of Member Services, sponso</w:t>
      </w:r>
      <w:r w:rsidRPr="006E12CA">
        <w:rPr>
          <w:rFonts w:ascii="Times New Roman" w:eastAsia="Times New Roman" w:hAnsi="Times New Roman"/>
          <w:bCs/>
        </w:rPr>
        <w:t>rship of programs, or other criteria established by the Board. Affiliate Members, Partner Members, and Special Members shall have no voting rights unless expressly granted by these Bylaws.</w:t>
      </w:r>
    </w:p>
    <w:p w14:paraId="17723B76" w14:textId="77777777" w:rsidR="00002430" w:rsidRPr="006E12CA" w:rsidRDefault="00002430" w:rsidP="00F14EF6">
      <w:pPr>
        <w:spacing w:after="0" w:line="240" w:lineRule="auto"/>
        <w:rPr>
          <w:bCs/>
        </w:rPr>
      </w:pPr>
    </w:p>
    <w:p w14:paraId="145FEE91"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Voting Members</w:t>
      </w:r>
    </w:p>
    <w:p w14:paraId="3F4FFC34" w14:textId="77777777" w:rsidR="00002430" w:rsidRPr="006E12CA" w:rsidRDefault="00A57E56" w:rsidP="00F14EF6">
      <w:pPr>
        <w:spacing w:after="0" w:line="240" w:lineRule="auto"/>
        <w:rPr>
          <w:bCs/>
        </w:rPr>
      </w:pPr>
      <w:r w:rsidRPr="006E12CA">
        <w:rPr>
          <w:rFonts w:ascii="Times New Roman" w:eastAsia="Times New Roman" w:hAnsi="Times New Roman"/>
          <w:bCs/>
        </w:rPr>
        <w:t xml:space="preserve">A Voting Member shall be a Club </w:t>
      </w:r>
      <w:r w:rsidRPr="006E12CA">
        <w:rPr>
          <w:rFonts w:ascii="Times New Roman" w:eastAsia="Times New Roman" w:hAnsi="Times New Roman"/>
          <w:bCs/>
        </w:rPr>
        <w:t>admitted to Membership and in Good Standing. Voting Members shall have only the rights expressly set forth in these Bylaws. Voting Members shall have the right to:</w:t>
      </w:r>
    </w:p>
    <w:p w14:paraId="7A8B3453" w14:textId="77777777" w:rsidR="00002430" w:rsidRPr="006E12CA" w:rsidRDefault="00A57E56" w:rsidP="00F14EF6">
      <w:pPr>
        <w:spacing w:after="0" w:line="240" w:lineRule="auto"/>
        <w:rPr>
          <w:bCs/>
        </w:rPr>
      </w:pPr>
      <w:r w:rsidRPr="006E12CA">
        <w:rPr>
          <w:rFonts w:ascii="Times New Roman" w:eastAsia="Times New Roman" w:hAnsi="Times New Roman"/>
          <w:bCs/>
        </w:rPr>
        <w:t>1. Elect Directors.</w:t>
      </w:r>
    </w:p>
    <w:p w14:paraId="49634166" w14:textId="4BF3E9B8" w:rsidR="00002430" w:rsidRPr="006E12CA" w:rsidRDefault="00A57E56" w:rsidP="00F14EF6">
      <w:pPr>
        <w:spacing w:after="0" w:line="240" w:lineRule="auto"/>
        <w:rPr>
          <w:bCs/>
        </w:rPr>
      </w:pPr>
      <w:r w:rsidRPr="00B75BCD">
        <w:rPr>
          <w:rFonts w:ascii="Times New Roman" w:eastAsia="Times New Roman" w:hAnsi="Times New Roman"/>
          <w:bCs/>
          <w:highlight w:val="yellow"/>
        </w:rPr>
        <w:t xml:space="preserve">2. Approve </w:t>
      </w:r>
      <w:r w:rsidR="00B75BCD" w:rsidRPr="00B75BCD">
        <w:rPr>
          <w:rFonts w:ascii="Times New Roman" w:eastAsia="Times New Roman" w:hAnsi="Times New Roman"/>
          <w:bCs/>
          <w:highlight w:val="yellow"/>
        </w:rPr>
        <w:t xml:space="preserve">or reject </w:t>
      </w:r>
      <w:r w:rsidRPr="00B75BCD">
        <w:rPr>
          <w:rFonts w:ascii="Times New Roman" w:eastAsia="Times New Roman" w:hAnsi="Times New Roman"/>
          <w:bCs/>
          <w:highlight w:val="yellow"/>
        </w:rPr>
        <w:t>amendments to these Bylaws</w:t>
      </w:r>
      <w:r w:rsidR="00B75BCD" w:rsidRPr="00B75BCD">
        <w:rPr>
          <w:rFonts w:ascii="Times New Roman" w:eastAsia="Times New Roman" w:hAnsi="Times New Roman"/>
          <w:bCs/>
          <w:highlight w:val="yellow"/>
        </w:rPr>
        <w:t xml:space="preserve"> in accordance with Article</w:t>
      </w:r>
      <w:r w:rsidR="00D1229D">
        <w:rPr>
          <w:rFonts w:ascii="Times New Roman" w:eastAsia="Times New Roman" w:hAnsi="Times New Roman"/>
          <w:bCs/>
          <w:highlight w:val="yellow"/>
        </w:rPr>
        <w:t xml:space="preserve"> XIV</w:t>
      </w:r>
      <w:r w:rsidRPr="00B75BCD">
        <w:rPr>
          <w:rFonts w:ascii="Times New Roman" w:eastAsia="Times New Roman" w:hAnsi="Times New Roman"/>
          <w:bCs/>
          <w:highlight w:val="yellow"/>
        </w:rPr>
        <w:t>.</w:t>
      </w:r>
    </w:p>
    <w:p w14:paraId="7FD0B999" w14:textId="77777777" w:rsidR="00002430" w:rsidRPr="006E12CA" w:rsidRDefault="00A57E56" w:rsidP="00F14EF6">
      <w:pPr>
        <w:spacing w:after="0" w:line="240" w:lineRule="auto"/>
        <w:rPr>
          <w:bCs/>
        </w:rPr>
      </w:pPr>
      <w:r w:rsidRPr="006E12CA">
        <w:rPr>
          <w:rFonts w:ascii="Times New Roman" w:eastAsia="Times New Roman" w:hAnsi="Times New Roman"/>
          <w:bCs/>
        </w:rPr>
        <w:t>Voting Members shall have no right to vote on the Corporation’s budget, operational matters, policies, service delivery decisions, or other matters unless expressly provided in these Bylaws.</w:t>
      </w:r>
    </w:p>
    <w:p w14:paraId="056D10BB" w14:textId="77777777" w:rsidR="00002430" w:rsidRPr="006E12CA" w:rsidRDefault="00002430" w:rsidP="00F14EF6">
      <w:pPr>
        <w:spacing w:after="0" w:line="240" w:lineRule="auto"/>
        <w:rPr>
          <w:bCs/>
        </w:rPr>
      </w:pPr>
    </w:p>
    <w:p w14:paraId="44278A0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Admission and Good Standing</w:t>
      </w:r>
    </w:p>
    <w:p w14:paraId="3BE651C8" w14:textId="77777777" w:rsidR="00002430" w:rsidRPr="006E12CA" w:rsidRDefault="00A57E56" w:rsidP="00F14EF6">
      <w:pPr>
        <w:spacing w:after="0" w:line="240" w:lineRule="auto"/>
        <w:rPr>
          <w:bCs/>
        </w:rPr>
      </w:pPr>
      <w:r w:rsidRPr="006E12CA">
        <w:rPr>
          <w:rFonts w:ascii="Times New Roman" w:eastAsia="Times New Roman" w:hAnsi="Times New Roman"/>
          <w:bCs/>
        </w:rPr>
        <w:t>A Club shall be a</w:t>
      </w:r>
      <w:r w:rsidRPr="006E12CA">
        <w:rPr>
          <w:rFonts w:ascii="Times New Roman" w:eastAsia="Times New Roman" w:hAnsi="Times New Roman"/>
          <w:bCs/>
        </w:rPr>
        <w:t>dmitted as a Voting Member only if it satisfies the criteria established by the Board for participation in the Corporation’s programs and Member Services, including compliance with USSF rules, the Articles, these Bylaws, the Policies, the Rules and Regulat</w:t>
      </w:r>
      <w:r w:rsidRPr="006E12CA">
        <w:rPr>
          <w:rFonts w:ascii="Times New Roman" w:eastAsia="Times New Roman" w:hAnsi="Times New Roman"/>
          <w:bCs/>
        </w:rPr>
        <w:t>ions, applicable safety and risk management requirements, financial obligations, and any registration or operational requirements adopted by the Board. A Voting Member that fails to remain in compliance may be placed on probation, suspended, or removed fro</w:t>
      </w:r>
      <w:r w:rsidRPr="006E12CA">
        <w:rPr>
          <w:rFonts w:ascii="Times New Roman" w:eastAsia="Times New Roman" w:hAnsi="Times New Roman"/>
          <w:bCs/>
        </w:rPr>
        <w:t>m Good Standing in accordance with these Bylaws.</w:t>
      </w:r>
    </w:p>
    <w:p w14:paraId="0DDC4472" w14:textId="77777777" w:rsidR="00002430" w:rsidRPr="006E12CA" w:rsidRDefault="00002430" w:rsidP="00F14EF6">
      <w:pPr>
        <w:spacing w:after="0" w:line="240" w:lineRule="auto"/>
        <w:rPr>
          <w:bCs/>
        </w:rPr>
      </w:pPr>
    </w:p>
    <w:p w14:paraId="563A7446"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Renewal</w:t>
      </w:r>
    </w:p>
    <w:p w14:paraId="1B8B7760" w14:textId="77777777" w:rsidR="00002430" w:rsidRPr="006E12CA" w:rsidRDefault="00A57E56" w:rsidP="00F14EF6">
      <w:pPr>
        <w:spacing w:after="0" w:line="240" w:lineRule="auto"/>
        <w:rPr>
          <w:bCs/>
        </w:rPr>
      </w:pPr>
      <w:r w:rsidRPr="006E12CA">
        <w:rPr>
          <w:rFonts w:ascii="Times New Roman" w:eastAsia="Times New Roman" w:hAnsi="Times New Roman"/>
          <w:bCs/>
        </w:rPr>
        <w:t>Each Voting Member in Good Standing shall renew its Membership annually in the manner and on the schedule established by the Board. Renewal may require submission of updated organizationa</w:t>
      </w:r>
      <w:r w:rsidRPr="006E12CA">
        <w:rPr>
          <w:rFonts w:ascii="Times New Roman" w:eastAsia="Times New Roman" w:hAnsi="Times New Roman"/>
          <w:bCs/>
        </w:rPr>
        <w:t>l documents, payment of all amounts due, and evidence of continuing compliance with the Corporation’s standards and risk management requirements.</w:t>
      </w:r>
    </w:p>
    <w:p w14:paraId="506F5E76" w14:textId="77777777" w:rsidR="00002430" w:rsidRPr="006E12CA" w:rsidRDefault="00002430" w:rsidP="00F14EF6">
      <w:pPr>
        <w:spacing w:after="0" w:line="240" w:lineRule="auto"/>
        <w:rPr>
          <w:bCs/>
        </w:rPr>
      </w:pPr>
    </w:p>
    <w:p w14:paraId="5B87C4BC" w14:textId="77777777" w:rsidR="00002430" w:rsidRPr="006E12CA" w:rsidRDefault="00A57E56" w:rsidP="00F14EF6">
      <w:pPr>
        <w:spacing w:after="0" w:line="240" w:lineRule="auto"/>
        <w:rPr>
          <w:b/>
          <w:u w:val="single"/>
        </w:rPr>
      </w:pPr>
      <w:r w:rsidRPr="006E12CA">
        <w:rPr>
          <w:rFonts w:ascii="Times New Roman" w:eastAsia="Times New Roman" w:hAnsi="Times New Roman"/>
          <w:bCs/>
          <w:u w:val="single"/>
        </w:rPr>
        <w:t>Section 8. Resignation and Suspension</w:t>
      </w:r>
    </w:p>
    <w:p w14:paraId="02934168" w14:textId="77777777" w:rsidR="00002430" w:rsidRPr="00187A44" w:rsidRDefault="00A57E56" w:rsidP="00F14EF6">
      <w:pPr>
        <w:spacing w:after="0" w:line="240" w:lineRule="auto"/>
        <w:rPr>
          <w:bCs/>
        </w:rPr>
      </w:pPr>
      <w:r w:rsidRPr="00187A44">
        <w:rPr>
          <w:rFonts w:ascii="Times New Roman" w:eastAsia="Times New Roman" w:hAnsi="Times New Roman"/>
          <w:bCs/>
        </w:rPr>
        <w:t>A Member may resign or decline renewal as provided by the Board, but re</w:t>
      </w:r>
      <w:r w:rsidRPr="00187A44">
        <w:rPr>
          <w:rFonts w:ascii="Times New Roman" w:eastAsia="Times New Roman" w:hAnsi="Times New Roman"/>
          <w:bCs/>
        </w:rPr>
        <w:t>signation or nonrenewal does not relieve the Member of obligations incurred before the effective date of resignation or nonrenewal. The Board may authorize temporary suspension of Membership under conditions established by the Board. During any suspension,</w:t>
      </w:r>
      <w:r w:rsidRPr="00187A44">
        <w:rPr>
          <w:rFonts w:ascii="Times New Roman" w:eastAsia="Times New Roman" w:hAnsi="Times New Roman"/>
          <w:bCs/>
        </w:rPr>
        <w:t xml:space="preserve"> the Member shall not be entitled to exercise voting rights or access suspended services, except as the Board may determine.</w:t>
      </w:r>
    </w:p>
    <w:p w14:paraId="6640F5D7" w14:textId="77777777" w:rsidR="00002430" w:rsidRPr="00187A44" w:rsidRDefault="00002430" w:rsidP="00F14EF6">
      <w:pPr>
        <w:spacing w:after="0" w:line="240" w:lineRule="auto"/>
        <w:rPr>
          <w:bCs/>
        </w:rPr>
      </w:pPr>
    </w:p>
    <w:p w14:paraId="22BC89D9"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652428C0" w14:textId="62744D0B"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Section 9. Termination</w:t>
      </w:r>
    </w:p>
    <w:p w14:paraId="373C30F5"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A Member’s Membership shall terminate upon the earliest </w:t>
      </w:r>
      <w:proofErr w:type="gramStart"/>
      <w:r w:rsidRPr="00187A44">
        <w:rPr>
          <w:rFonts w:ascii="Times New Roman" w:eastAsia="Times New Roman" w:hAnsi="Times New Roman"/>
          <w:bCs/>
        </w:rPr>
        <w:t>of:</w:t>
      </w:r>
      <w:proofErr w:type="gramEnd"/>
      <w:r w:rsidRPr="00187A44">
        <w:rPr>
          <w:rFonts w:ascii="Times New Roman" w:eastAsia="Times New Roman" w:hAnsi="Times New Roman"/>
          <w:bCs/>
        </w:rPr>
        <w:t xml:space="preserve"> failure to meet Membership criteria, failure </w:t>
      </w:r>
      <w:r w:rsidRPr="00187A44">
        <w:rPr>
          <w:rFonts w:ascii="Times New Roman" w:eastAsia="Times New Roman" w:hAnsi="Times New Roman"/>
          <w:bCs/>
        </w:rPr>
        <w:t>to pay amounts due, disciplinary removal under these Bylaws, dissolution, death, or any other event specified in the Governing Documents.</w:t>
      </w:r>
    </w:p>
    <w:p w14:paraId="1B2EED5D" w14:textId="77777777" w:rsidR="00002430" w:rsidRPr="00187A44" w:rsidRDefault="00002430" w:rsidP="00F14EF6">
      <w:pPr>
        <w:spacing w:after="0" w:line="240" w:lineRule="auto"/>
        <w:rPr>
          <w:bCs/>
        </w:rPr>
      </w:pPr>
    </w:p>
    <w:p w14:paraId="7254D1C3"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10. Discipline</w:t>
      </w:r>
    </w:p>
    <w:p w14:paraId="3B0022E5" w14:textId="77777777" w:rsidR="00002430" w:rsidRPr="00187A44" w:rsidRDefault="00A57E56" w:rsidP="00F14EF6">
      <w:pPr>
        <w:spacing w:after="0" w:line="240" w:lineRule="auto"/>
        <w:rPr>
          <w:bCs/>
        </w:rPr>
      </w:pPr>
      <w:r w:rsidRPr="00187A44">
        <w:rPr>
          <w:rFonts w:ascii="Times New Roman" w:eastAsia="Times New Roman" w:hAnsi="Times New Roman"/>
          <w:bCs/>
        </w:rPr>
        <w:t>If grounds reasonably appear to exist for sanction, suspension, or termination of a Member’s M</w:t>
      </w:r>
      <w:r w:rsidRPr="00187A44">
        <w:rPr>
          <w:rFonts w:ascii="Times New Roman" w:eastAsia="Times New Roman" w:hAnsi="Times New Roman"/>
          <w:bCs/>
        </w:rPr>
        <w:t>embership, the Board shall provide notice and an opportunity to be heard before final action, except that the Board may impose immediate interim suspension when necessary to protect the health, safety, or welfare of participants or the Corporation’s progra</w:t>
      </w:r>
      <w:r w:rsidRPr="00187A44">
        <w:rPr>
          <w:rFonts w:ascii="Times New Roman" w:eastAsia="Times New Roman" w:hAnsi="Times New Roman"/>
          <w:bCs/>
        </w:rPr>
        <w:t>ms. Any final decision shall be subject to appeal as provided in the Governing Documents and any applicable USSF Rules.</w:t>
      </w:r>
    </w:p>
    <w:p w14:paraId="0F478B2E" w14:textId="77777777" w:rsidR="00002430" w:rsidRPr="00187A44" w:rsidRDefault="00002430" w:rsidP="00F14EF6">
      <w:pPr>
        <w:spacing w:after="0" w:line="240" w:lineRule="auto"/>
        <w:rPr>
          <w:bCs/>
        </w:rPr>
      </w:pPr>
    </w:p>
    <w:p w14:paraId="46B30AF9"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11. Assessments</w:t>
      </w:r>
    </w:p>
    <w:p w14:paraId="5DB8D330" w14:textId="77777777" w:rsidR="00002430" w:rsidRPr="00187A44" w:rsidRDefault="00A57E56" w:rsidP="00F14EF6">
      <w:pPr>
        <w:spacing w:after="0" w:line="240" w:lineRule="auto"/>
        <w:rPr>
          <w:bCs/>
        </w:rPr>
      </w:pPr>
      <w:r w:rsidRPr="00187A44">
        <w:rPr>
          <w:rFonts w:ascii="Times New Roman" w:eastAsia="Times New Roman" w:hAnsi="Times New Roman"/>
          <w:bCs/>
        </w:rPr>
        <w:t>No assessment of Voting Members shall be levied unless approved by the Board and, if required by the Articles o</w:t>
      </w:r>
      <w:r w:rsidRPr="00187A44">
        <w:rPr>
          <w:rFonts w:ascii="Times New Roman" w:eastAsia="Times New Roman" w:hAnsi="Times New Roman"/>
          <w:bCs/>
        </w:rPr>
        <w:t>r these Bylaws, by the Voting Members. Any assessment should be reasonably related to the cost of providing Member Services, administration, or compliance support.</w:t>
      </w:r>
    </w:p>
    <w:p w14:paraId="168AC563" w14:textId="77777777" w:rsidR="00002430" w:rsidRPr="00187A44" w:rsidRDefault="00002430" w:rsidP="00F14EF6">
      <w:pPr>
        <w:spacing w:after="0" w:line="240" w:lineRule="auto"/>
        <w:rPr>
          <w:bCs/>
        </w:rPr>
      </w:pPr>
    </w:p>
    <w:p w14:paraId="64C31E7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12. Exhaustion of Remedies</w:t>
      </w:r>
    </w:p>
    <w:p w14:paraId="2C756BBE"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No Member or Director may initiate court action </w:t>
      </w:r>
      <w:r w:rsidRPr="00187A44">
        <w:rPr>
          <w:rFonts w:ascii="Times New Roman" w:eastAsia="Times New Roman" w:hAnsi="Times New Roman"/>
          <w:bCs/>
        </w:rPr>
        <w:t>regarding matters governed by these Bylaws until all internal remedies available under the Governing Documents and applicable USSF procedures have been exhausted, except where immediate injunctive relief is necessary to prevent irreparable harm.</w:t>
      </w:r>
    </w:p>
    <w:p w14:paraId="2FB312B2" w14:textId="77777777" w:rsidR="00002430" w:rsidRPr="00187A44" w:rsidRDefault="00002430" w:rsidP="00F14EF6">
      <w:pPr>
        <w:spacing w:after="0" w:line="240" w:lineRule="auto"/>
        <w:rPr>
          <w:bCs/>
        </w:rPr>
      </w:pPr>
    </w:p>
    <w:p w14:paraId="03E0F2C3"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13. Transferability</w:t>
      </w:r>
    </w:p>
    <w:p w14:paraId="67CDC9E0" w14:textId="77777777" w:rsidR="00002430" w:rsidRPr="00187A44" w:rsidRDefault="00A57E56" w:rsidP="00F14EF6">
      <w:pPr>
        <w:spacing w:after="0" w:line="240" w:lineRule="auto"/>
        <w:rPr>
          <w:bCs/>
        </w:rPr>
      </w:pPr>
      <w:r w:rsidRPr="00187A44">
        <w:rPr>
          <w:rFonts w:ascii="Times New Roman" w:eastAsia="Times New Roman" w:hAnsi="Times New Roman"/>
          <w:bCs/>
        </w:rPr>
        <w:t>No Membership, or any right or obligation arising from Membership, may be assigned, transferred, pledged, or otherwise conveyed except as expressly permitted by the Board.</w:t>
      </w:r>
    </w:p>
    <w:p w14:paraId="5CC68890" w14:textId="77777777" w:rsidR="00002430" w:rsidRPr="00187A44" w:rsidRDefault="00002430" w:rsidP="00F14EF6">
      <w:pPr>
        <w:spacing w:after="0" w:line="240" w:lineRule="auto"/>
        <w:rPr>
          <w:bCs/>
        </w:rPr>
      </w:pPr>
    </w:p>
    <w:p w14:paraId="751108DC" w14:textId="77777777" w:rsidR="002D1E9A" w:rsidRPr="00187A44" w:rsidRDefault="00A57E56" w:rsidP="002D1E9A">
      <w:pPr>
        <w:tabs>
          <w:tab w:val="left" w:pos="5475"/>
        </w:tabs>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V. </w:t>
      </w:r>
    </w:p>
    <w:p w14:paraId="4771F59F" w14:textId="14895F13" w:rsidR="00002430" w:rsidRPr="00187A44" w:rsidRDefault="00A57E56" w:rsidP="002D1E9A">
      <w:pPr>
        <w:tabs>
          <w:tab w:val="left" w:pos="5475"/>
        </w:tabs>
        <w:spacing w:before="240" w:after="0" w:line="240" w:lineRule="auto"/>
        <w:jc w:val="center"/>
        <w:rPr>
          <w:bCs/>
          <w:u w:val="single"/>
        </w:rPr>
      </w:pPr>
      <w:r w:rsidRPr="00187A44">
        <w:rPr>
          <w:rFonts w:ascii="Times New Roman" w:eastAsia="Times New Roman" w:hAnsi="Times New Roman"/>
          <w:bCs/>
          <w:u w:val="single"/>
        </w:rPr>
        <w:t>MEETINGS OF MEMBERS</w:t>
      </w:r>
    </w:p>
    <w:p w14:paraId="79E8B185" w14:textId="77777777" w:rsidR="00002430" w:rsidRPr="00187A44" w:rsidRDefault="00002430" w:rsidP="00F14EF6">
      <w:pPr>
        <w:spacing w:after="0" w:line="240" w:lineRule="auto"/>
        <w:rPr>
          <w:bCs/>
        </w:rPr>
      </w:pPr>
    </w:p>
    <w:p w14:paraId="6EEF369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Annual Gene</w:t>
      </w:r>
      <w:r w:rsidRPr="006E12CA">
        <w:rPr>
          <w:rFonts w:ascii="Times New Roman" w:eastAsia="Times New Roman" w:hAnsi="Times New Roman"/>
          <w:bCs/>
          <w:u w:val="single"/>
        </w:rPr>
        <w:t>ral Meeting</w:t>
      </w:r>
    </w:p>
    <w:p w14:paraId="6A0D7799" w14:textId="77777777" w:rsidR="00002430" w:rsidRPr="00187A44" w:rsidRDefault="00A57E56" w:rsidP="00F14EF6">
      <w:pPr>
        <w:spacing w:after="0" w:line="240" w:lineRule="auto"/>
        <w:rPr>
          <w:bCs/>
        </w:rPr>
      </w:pPr>
      <w:r w:rsidRPr="00187A44">
        <w:rPr>
          <w:rFonts w:ascii="Times New Roman" w:eastAsia="Times New Roman" w:hAnsi="Times New Roman"/>
          <w:bCs/>
        </w:rPr>
        <w:t>An Annual General Meeting may be held during each Seasonal Year for the purposes of receiving reports from the Board and staff, considering such matters as are required by the Articles, these Bylaws, the Nonprofit Law, or applicable USSF Rules,</w:t>
      </w:r>
      <w:r w:rsidRPr="00187A44">
        <w:rPr>
          <w:rFonts w:ascii="Times New Roman" w:eastAsia="Times New Roman" w:hAnsi="Times New Roman"/>
          <w:bCs/>
        </w:rPr>
        <w:t xml:space="preserve"> and conducting any vote reserved to the Voting Members under these Bylaws. The Board shall set the date, time, and place of the Annual General Meeting and shall provide notice in accordance with these Bylaws.</w:t>
      </w:r>
    </w:p>
    <w:p w14:paraId="21B20C77" w14:textId="77777777" w:rsidR="00002430" w:rsidRPr="00187A44" w:rsidRDefault="00002430" w:rsidP="00F14EF6">
      <w:pPr>
        <w:spacing w:after="0" w:line="240" w:lineRule="auto"/>
        <w:rPr>
          <w:bCs/>
        </w:rPr>
      </w:pPr>
    </w:p>
    <w:p w14:paraId="4694E99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Interim Meeting</w:t>
      </w:r>
    </w:p>
    <w:p w14:paraId="59D19D05" w14:textId="77777777" w:rsidR="00002430" w:rsidRPr="00187A44" w:rsidRDefault="00A57E56" w:rsidP="00F14EF6">
      <w:pPr>
        <w:spacing w:after="0" w:line="240" w:lineRule="auto"/>
        <w:rPr>
          <w:bCs/>
        </w:rPr>
      </w:pPr>
      <w:r w:rsidRPr="00187A44">
        <w:rPr>
          <w:rFonts w:ascii="Times New Roman" w:eastAsia="Times New Roman" w:hAnsi="Times New Roman"/>
          <w:bCs/>
        </w:rPr>
        <w:t>The Chair may call</w:t>
      </w:r>
      <w:r w:rsidRPr="00187A44">
        <w:rPr>
          <w:rFonts w:ascii="Times New Roman" w:eastAsia="Times New Roman" w:hAnsi="Times New Roman"/>
          <w:bCs/>
        </w:rPr>
        <w:t xml:space="preserve"> an Interim Meeting during each Seasonal Year for the purposes of reviewing the Corporation’s services, operations, financial condition, compliance matters, and such other matters as the Board may determine to present to the Voting Members and Directors. N</w:t>
      </w:r>
      <w:r w:rsidRPr="00187A44">
        <w:rPr>
          <w:rFonts w:ascii="Times New Roman" w:eastAsia="Times New Roman" w:hAnsi="Times New Roman"/>
          <w:bCs/>
        </w:rPr>
        <w:t>otice shall be given in accordance with these Bylaws.</w:t>
      </w:r>
    </w:p>
    <w:p w14:paraId="5981A2E1" w14:textId="77777777" w:rsidR="00002430" w:rsidRPr="00187A44" w:rsidRDefault="00002430" w:rsidP="00F14EF6">
      <w:pPr>
        <w:spacing w:after="0" w:line="240" w:lineRule="auto"/>
        <w:rPr>
          <w:bCs/>
        </w:rPr>
      </w:pPr>
    </w:p>
    <w:p w14:paraId="5D527850"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Special Meeting</w:t>
      </w:r>
    </w:p>
    <w:p w14:paraId="3FDE8874"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Special Meetings of the Voting Members and Directors may be called by the Chair, by any two Directors, or by Voting Members holding at least </w:t>
      </w:r>
      <w:proofErr w:type="gramStart"/>
      <w:r w:rsidRPr="00187A44">
        <w:rPr>
          <w:rFonts w:ascii="Times New Roman" w:eastAsia="Times New Roman" w:hAnsi="Times New Roman"/>
          <w:bCs/>
        </w:rPr>
        <w:t>a majority of</w:t>
      </w:r>
      <w:proofErr w:type="gramEnd"/>
      <w:r w:rsidRPr="00187A44">
        <w:rPr>
          <w:rFonts w:ascii="Times New Roman" w:eastAsia="Times New Roman" w:hAnsi="Times New Roman"/>
          <w:bCs/>
        </w:rPr>
        <w:t xml:space="preserve"> the Voting Power, f</w:t>
      </w:r>
      <w:r w:rsidRPr="00187A44">
        <w:rPr>
          <w:rFonts w:ascii="Times New Roman" w:eastAsia="Times New Roman" w:hAnsi="Times New Roman"/>
          <w:bCs/>
        </w:rPr>
        <w:t>or the limited purpose stated in the notice of the meeting. No business may be transacted at a Special Meeting except the business described in the notice.</w:t>
      </w:r>
    </w:p>
    <w:p w14:paraId="5725997D" w14:textId="77777777" w:rsidR="00002430" w:rsidRPr="00187A44" w:rsidRDefault="00002430" w:rsidP="00F14EF6">
      <w:pPr>
        <w:spacing w:after="0" w:line="240" w:lineRule="auto"/>
        <w:rPr>
          <w:bCs/>
        </w:rPr>
      </w:pPr>
    </w:p>
    <w:p w14:paraId="5F1F5014"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587E37F6" w14:textId="3600FE0F"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Section 4. Quorum</w:t>
      </w:r>
    </w:p>
    <w:p w14:paraId="7D35B340"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A quorum at any Meeting shall consist of the Chair or Treasurer, </w:t>
      </w:r>
      <w:proofErr w:type="gramStart"/>
      <w:r w:rsidRPr="00187A44">
        <w:rPr>
          <w:rFonts w:ascii="Times New Roman" w:eastAsia="Times New Roman" w:hAnsi="Times New Roman"/>
          <w:bCs/>
        </w:rPr>
        <w:t>a majority of</w:t>
      </w:r>
      <w:proofErr w:type="gramEnd"/>
      <w:r w:rsidRPr="00187A44">
        <w:rPr>
          <w:rFonts w:ascii="Times New Roman" w:eastAsia="Times New Roman" w:hAnsi="Times New Roman"/>
          <w:bCs/>
        </w:rPr>
        <w:t xml:space="preserve"> </w:t>
      </w:r>
      <w:r w:rsidRPr="00187A44">
        <w:rPr>
          <w:rFonts w:ascii="Times New Roman" w:eastAsia="Times New Roman" w:hAnsi="Times New Roman"/>
          <w:bCs/>
        </w:rPr>
        <w:t>the voting Directors then in office, and Voting Members holding at least ten percent (10%) of the Voting Power, present in person, by electronic means if permitted, or by proxy if permitted by these Bylaws. If a quorum is not present, no substantive action</w:t>
      </w:r>
      <w:r w:rsidRPr="00187A44">
        <w:rPr>
          <w:rFonts w:ascii="Times New Roman" w:eastAsia="Times New Roman" w:hAnsi="Times New Roman"/>
          <w:bCs/>
        </w:rPr>
        <w:t xml:space="preserve"> may be taken except to adjourn or recess the meeting.</w:t>
      </w:r>
    </w:p>
    <w:p w14:paraId="102AAB1E" w14:textId="77777777" w:rsidR="00002430" w:rsidRPr="00187A44" w:rsidRDefault="00002430" w:rsidP="00F14EF6">
      <w:pPr>
        <w:spacing w:after="0" w:line="240" w:lineRule="auto"/>
        <w:rPr>
          <w:bCs/>
        </w:rPr>
      </w:pPr>
    </w:p>
    <w:p w14:paraId="4FF363F5"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Votes</w:t>
      </w:r>
    </w:p>
    <w:p w14:paraId="474E8179" w14:textId="77777777" w:rsidR="00002430" w:rsidRPr="00187A44" w:rsidRDefault="00A57E56" w:rsidP="00F14EF6">
      <w:pPr>
        <w:spacing w:after="0" w:line="240" w:lineRule="auto"/>
        <w:rPr>
          <w:bCs/>
        </w:rPr>
      </w:pPr>
      <w:r w:rsidRPr="00AF4783">
        <w:rPr>
          <w:rFonts w:ascii="Times New Roman" w:eastAsia="Times New Roman" w:hAnsi="Times New Roman"/>
          <w:bCs/>
          <w:highlight w:val="yellow"/>
        </w:rPr>
        <w:t xml:space="preserve">Each Director shall have one vote on each matter presented to the Board. Except as otherwise provided in these Bylaws, a matter other than the election of Directors shall be approved </w:t>
      </w:r>
      <w:r w:rsidRPr="00AF4783">
        <w:rPr>
          <w:rFonts w:ascii="Times New Roman" w:eastAsia="Times New Roman" w:hAnsi="Times New Roman"/>
          <w:bCs/>
          <w:highlight w:val="yellow"/>
        </w:rPr>
        <w:t xml:space="preserve">if the number of votes cast in favor exceeds the number of votes cast against, provided a quorum is present. The election of Directors shall be by plurality of the votes </w:t>
      </w:r>
      <w:proofErr w:type="gramStart"/>
      <w:r w:rsidRPr="00AF4783">
        <w:rPr>
          <w:rFonts w:ascii="Times New Roman" w:eastAsia="Times New Roman" w:hAnsi="Times New Roman"/>
          <w:bCs/>
          <w:highlight w:val="yellow"/>
        </w:rPr>
        <w:t>cast, unless</w:t>
      </w:r>
      <w:proofErr w:type="gramEnd"/>
      <w:r w:rsidRPr="00AF4783">
        <w:rPr>
          <w:rFonts w:ascii="Times New Roman" w:eastAsia="Times New Roman" w:hAnsi="Times New Roman"/>
          <w:bCs/>
          <w:highlight w:val="yellow"/>
        </w:rPr>
        <w:t xml:space="preserve"> these Bylaws require otherwise.</w:t>
      </w:r>
    </w:p>
    <w:p w14:paraId="29C9E623" w14:textId="77777777" w:rsidR="00002430" w:rsidRPr="00187A44" w:rsidRDefault="00002430" w:rsidP="00F14EF6">
      <w:pPr>
        <w:spacing w:after="0" w:line="240" w:lineRule="auto"/>
        <w:rPr>
          <w:bCs/>
        </w:rPr>
      </w:pPr>
    </w:p>
    <w:p w14:paraId="418E84C3" w14:textId="77777777" w:rsidR="00002430" w:rsidRPr="00187A44" w:rsidRDefault="00A57E56" w:rsidP="00F14EF6">
      <w:pPr>
        <w:spacing w:after="0" w:line="240" w:lineRule="auto"/>
        <w:rPr>
          <w:bCs/>
        </w:rPr>
      </w:pPr>
      <w:r w:rsidRPr="00187A44">
        <w:rPr>
          <w:rFonts w:ascii="Times New Roman" w:eastAsia="Times New Roman" w:hAnsi="Times New Roman"/>
          <w:bCs/>
        </w:rPr>
        <w:t>Each Voting Member in Good Standing shal</w:t>
      </w:r>
      <w:r w:rsidRPr="00187A44">
        <w:rPr>
          <w:rFonts w:ascii="Times New Roman" w:eastAsia="Times New Roman" w:hAnsi="Times New Roman"/>
          <w:bCs/>
        </w:rPr>
        <w:t>l have the number of votes on each matter presented at a Meeting calculated as follows:</w:t>
      </w:r>
    </w:p>
    <w:p w14:paraId="13880196" w14:textId="66F7A3DF" w:rsidR="00002430" w:rsidRPr="002F03E4" w:rsidRDefault="00A57E56" w:rsidP="002F03E4">
      <w:pPr>
        <w:pStyle w:val="ListParagraph"/>
        <w:numPr>
          <w:ilvl w:val="0"/>
          <w:numId w:val="11"/>
        </w:numPr>
        <w:spacing w:after="0" w:line="240" w:lineRule="auto"/>
        <w:rPr>
          <w:bCs/>
        </w:rPr>
      </w:pPr>
      <w:r w:rsidRPr="002F03E4">
        <w:rPr>
          <w:rFonts w:ascii="Times New Roman" w:eastAsia="Times New Roman" w:hAnsi="Times New Roman"/>
          <w:bCs/>
        </w:rPr>
        <w:t>75–750 registered youth players: 1 vote.</w:t>
      </w:r>
    </w:p>
    <w:p w14:paraId="63B19BAD" w14:textId="79AB89B5" w:rsidR="00002430" w:rsidRPr="002F03E4" w:rsidRDefault="00A57E56" w:rsidP="002F03E4">
      <w:pPr>
        <w:pStyle w:val="ListParagraph"/>
        <w:numPr>
          <w:ilvl w:val="0"/>
          <w:numId w:val="11"/>
        </w:numPr>
        <w:spacing w:after="0" w:line="240" w:lineRule="auto"/>
        <w:rPr>
          <w:bCs/>
        </w:rPr>
      </w:pPr>
      <w:r w:rsidRPr="002F03E4">
        <w:rPr>
          <w:rFonts w:ascii="Times New Roman" w:eastAsia="Times New Roman" w:hAnsi="Times New Roman"/>
          <w:bCs/>
        </w:rPr>
        <w:t>751–2,500 registered youth players: 2 votes.</w:t>
      </w:r>
    </w:p>
    <w:p w14:paraId="2FAE20ED" w14:textId="7BEA7D74" w:rsidR="00002430" w:rsidRPr="002F03E4" w:rsidRDefault="00A57E56" w:rsidP="002F03E4">
      <w:pPr>
        <w:pStyle w:val="ListParagraph"/>
        <w:numPr>
          <w:ilvl w:val="0"/>
          <w:numId w:val="11"/>
        </w:numPr>
        <w:spacing w:after="0" w:line="240" w:lineRule="auto"/>
        <w:rPr>
          <w:bCs/>
        </w:rPr>
      </w:pPr>
      <w:r w:rsidRPr="002F03E4">
        <w:rPr>
          <w:rFonts w:ascii="Times New Roman" w:eastAsia="Times New Roman" w:hAnsi="Times New Roman"/>
          <w:bCs/>
        </w:rPr>
        <w:t>2,501–4,500 registered youth players: 3 votes.</w:t>
      </w:r>
    </w:p>
    <w:p w14:paraId="4631FF36" w14:textId="148AF00B" w:rsidR="00002430" w:rsidRPr="002F03E4" w:rsidRDefault="00A57E56" w:rsidP="002F03E4">
      <w:pPr>
        <w:pStyle w:val="ListParagraph"/>
        <w:numPr>
          <w:ilvl w:val="0"/>
          <w:numId w:val="11"/>
        </w:numPr>
        <w:spacing w:after="0" w:line="240" w:lineRule="auto"/>
        <w:rPr>
          <w:bCs/>
        </w:rPr>
      </w:pPr>
      <w:r w:rsidRPr="002F03E4">
        <w:rPr>
          <w:rFonts w:ascii="Times New Roman" w:eastAsia="Times New Roman" w:hAnsi="Times New Roman"/>
          <w:bCs/>
        </w:rPr>
        <w:t xml:space="preserve">More than 4,500 </w:t>
      </w:r>
      <w:r w:rsidRPr="002F03E4">
        <w:rPr>
          <w:rFonts w:ascii="Times New Roman" w:eastAsia="Times New Roman" w:hAnsi="Times New Roman"/>
          <w:bCs/>
        </w:rPr>
        <w:t>registered youth players: 4 votes.</w:t>
      </w:r>
    </w:p>
    <w:p w14:paraId="07188FAA" w14:textId="77777777" w:rsidR="00002430" w:rsidRPr="00187A44" w:rsidRDefault="00002430" w:rsidP="00F14EF6">
      <w:pPr>
        <w:spacing w:after="0" w:line="240" w:lineRule="auto"/>
        <w:rPr>
          <w:bCs/>
        </w:rPr>
      </w:pPr>
    </w:p>
    <w:p w14:paraId="544C267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Proposals</w:t>
      </w:r>
    </w:p>
    <w:p w14:paraId="086C04BD" w14:textId="7716AC8E" w:rsidR="00002430" w:rsidRPr="00187A44" w:rsidRDefault="00A57E56" w:rsidP="00F14EF6">
      <w:pPr>
        <w:spacing w:after="0" w:line="240" w:lineRule="auto"/>
        <w:rPr>
          <w:bCs/>
        </w:rPr>
      </w:pPr>
      <w:r w:rsidRPr="00187A44">
        <w:rPr>
          <w:rFonts w:ascii="Times New Roman" w:eastAsia="Times New Roman" w:hAnsi="Times New Roman"/>
          <w:bCs/>
        </w:rPr>
        <w:t xml:space="preserve">Any Voting Member or Director may propose a matter for action at an Annual General Meeting or Interim </w:t>
      </w:r>
      <w:proofErr w:type="gramStart"/>
      <w:r w:rsidRPr="00187A44">
        <w:rPr>
          <w:rFonts w:ascii="Times New Roman" w:eastAsia="Times New Roman" w:hAnsi="Times New Roman"/>
          <w:bCs/>
        </w:rPr>
        <w:t>Meeting</w:t>
      </w:r>
      <w:proofErr w:type="gramEnd"/>
      <w:r w:rsidRPr="00187A44">
        <w:rPr>
          <w:rFonts w:ascii="Times New Roman" w:eastAsia="Times New Roman" w:hAnsi="Times New Roman"/>
          <w:bCs/>
        </w:rPr>
        <w:t xml:space="preserve"> by submitting such proposal in writing to the Secretary of the </w:t>
      </w:r>
      <w:r w:rsidR="00594BF5" w:rsidRPr="00594BF5">
        <w:rPr>
          <w:rFonts w:ascii="Times New Roman" w:eastAsia="Times New Roman" w:hAnsi="Times New Roman"/>
          <w:bCs/>
          <w:highlight w:val="yellow"/>
        </w:rPr>
        <w:t>Board</w:t>
      </w:r>
      <w:r w:rsidRPr="00187A44">
        <w:rPr>
          <w:rFonts w:ascii="Times New Roman" w:eastAsia="Times New Roman" w:hAnsi="Times New Roman"/>
          <w:bCs/>
        </w:rPr>
        <w:t xml:space="preserve"> no more than sixty (</w:t>
      </w:r>
      <w:r w:rsidRPr="00187A44">
        <w:rPr>
          <w:rFonts w:ascii="Times New Roman" w:eastAsia="Times New Roman" w:hAnsi="Times New Roman"/>
          <w:bCs/>
        </w:rPr>
        <w:t>60) and no less than forty-five (45) days in advance of the date of such Meeting. The Board may decline to place a proposal on the agenda if it is inconsistent with the Corporation’s purpose, outside the scope of the meeting notice, or contrary to the Gove</w:t>
      </w:r>
      <w:r w:rsidRPr="00187A44">
        <w:rPr>
          <w:rFonts w:ascii="Times New Roman" w:eastAsia="Times New Roman" w:hAnsi="Times New Roman"/>
          <w:bCs/>
        </w:rPr>
        <w:t>rning Documents.</w:t>
      </w:r>
    </w:p>
    <w:p w14:paraId="32FE7CE9" w14:textId="77777777" w:rsidR="00002430" w:rsidRPr="00187A44" w:rsidRDefault="00002430" w:rsidP="00F14EF6">
      <w:pPr>
        <w:spacing w:after="0" w:line="240" w:lineRule="auto"/>
        <w:rPr>
          <w:bCs/>
        </w:rPr>
      </w:pPr>
    </w:p>
    <w:p w14:paraId="680ABD99"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Notices of Meetings</w:t>
      </w:r>
    </w:p>
    <w:p w14:paraId="7F18974E" w14:textId="77777777" w:rsidR="00002430" w:rsidRPr="00187A44" w:rsidRDefault="00A57E56" w:rsidP="00F14EF6">
      <w:pPr>
        <w:spacing w:after="0" w:line="240" w:lineRule="auto"/>
        <w:rPr>
          <w:bCs/>
        </w:rPr>
      </w:pPr>
      <w:r w:rsidRPr="00187A44">
        <w:rPr>
          <w:rFonts w:ascii="Times New Roman" w:eastAsia="Times New Roman" w:hAnsi="Times New Roman"/>
          <w:bCs/>
        </w:rPr>
        <w:t>The Secretary shall give notice of Meetings by mail, electronic mail, or other reproducible digital communication method to the last known address of each Voting Member and Director. The notice shall state t</w:t>
      </w:r>
      <w:r w:rsidRPr="00187A44">
        <w:rPr>
          <w:rFonts w:ascii="Times New Roman" w:eastAsia="Times New Roman" w:hAnsi="Times New Roman"/>
          <w:bCs/>
        </w:rPr>
        <w:t>he time, date, place, and purpose of the Meeting.</w:t>
      </w:r>
    </w:p>
    <w:p w14:paraId="6D718DC9" w14:textId="77777777" w:rsidR="00002430" w:rsidRPr="00187A44" w:rsidRDefault="00002430" w:rsidP="00F14EF6">
      <w:pPr>
        <w:spacing w:after="0" w:line="240" w:lineRule="auto"/>
        <w:rPr>
          <w:bCs/>
        </w:rPr>
      </w:pPr>
    </w:p>
    <w:p w14:paraId="38593B00"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8. Manner of Acting</w:t>
      </w:r>
    </w:p>
    <w:p w14:paraId="523946E4" w14:textId="77777777" w:rsidR="00002430" w:rsidRPr="00187A44" w:rsidRDefault="00A57E56" w:rsidP="00F14EF6">
      <w:pPr>
        <w:spacing w:after="0" w:line="240" w:lineRule="auto"/>
        <w:rPr>
          <w:bCs/>
        </w:rPr>
      </w:pPr>
      <w:r w:rsidRPr="00AF4783">
        <w:rPr>
          <w:rFonts w:ascii="Times New Roman" w:eastAsia="Times New Roman" w:hAnsi="Times New Roman"/>
          <w:bCs/>
          <w:highlight w:val="yellow"/>
        </w:rPr>
        <w:t xml:space="preserve">Except as otherwise provided in these Bylaws, a matter other than the election of Directors shall be deemed approved if the number of votes cast by Voting Members and Directors </w:t>
      </w:r>
      <w:r w:rsidRPr="00AF4783">
        <w:rPr>
          <w:rFonts w:ascii="Times New Roman" w:eastAsia="Times New Roman" w:hAnsi="Times New Roman"/>
          <w:bCs/>
          <w:highlight w:val="yellow"/>
        </w:rPr>
        <w:t>present at the Meeting in person or by proxy in favor of such matter exceeds the number of such votes cast against such matter. A nominee for election as a Director receiving a plurality of the votes cast by Voting Members and Directors present at the Meet</w:t>
      </w:r>
      <w:r w:rsidRPr="00AF4783">
        <w:rPr>
          <w:rFonts w:ascii="Times New Roman" w:eastAsia="Times New Roman" w:hAnsi="Times New Roman"/>
          <w:bCs/>
          <w:highlight w:val="yellow"/>
        </w:rPr>
        <w:t>ing in person or by proxy shall be deemed elected. Rescission of a Policy or any Rules and Regulations adopted by the Board shall require the affirmative vote of holders of at least 50.1% of the Voting Power.</w:t>
      </w:r>
    </w:p>
    <w:p w14:paraId="7A617523" w14:textId="77777777" w:rsidR="00002430" w:rsidRPr="00187A44" w:rsidRDefault="00002430" w:rsidP="00F14EF6">
      <w:pPr>
        <w:spacing w:after="0" w:line="240" w:lineRule="auto"/>
        <w:rPr>
          <w:bCs/>
        </w:rPr>
      </w:pPr>
    </w:p>
    <w:p w14:paraId="07D7B78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9. Delegates and Proxies</w:t>
      </w:r>
    </w:p>
    <w:p w14:paraId="79A87A99" w14:textId="77777777" w:rsidR="00002430" w:rsidRPr="00187A44" w:rsidRDefault="00A57E56" w:rsidP="00F14EF6">
      <w:pPr>
        <w:spacing w:after="0" w:line="240" w:lineRule="auto"/>
        <w:rPr>
          <w:bCs/>
        </w:rPr>
      </w:pPr>
      <w:r w:rsidRPr="00AF4783">
        <w:rPr>
          <w:rFonts w:ascii="Times New Roman" w:eastAsia="Times New Roman" w:hAnsi="Times New Roman"/>
          <w:bCs/>
          <w:highlight w:val="yellow"/>
        </w:rPr>
        <w:t>A Voting Memb</w:t>
      </w:r>
      <w:r w:rsidRPr="00AF4783">
        <w:rPr>
          <w:rFonts w:ascii="Times New Roman" w:eastAsia="Times New Roman" w:hAnsi="Times New Roman"/>
          <w:bCs/>
          <w:highlight w:val="yellow"/>
        </w:rPr>
        <w:t>er shall be represented at a Meeting by the Chair of the Board of Directors or other applicable governing body of the Voting Member, or by its President if there is no Chair. If that person will be unable to attend, the Voting Member may designate a Delega</w:t>
      </w:r>
      <w:r w:rsidRPr="00AF4783">
        <w:rPr>
          <w:rFonts w:ascii="Times New Roman" w:eastAsia="Times New Roman" w:hAnsi="Times New Roman"/>
          <w:bCs/>
          <w:highlight w:val="yellow"/>
        </w:rPr>
        <w:t xml:space="preserve">te in writing signed by the Chair or President, as applicable, and delivered to the Secretary no later than thirty (30) minutes before the noticed time of the Meeting. A proxy may be used only if expressly permitted by these Bylaws or by the Board for the </w:t>
      </w:r>
      <w:r w:rsidRPr="00AF4783">
        <w:rPr>
          <w:rFonts w:ascii="Times New Roman" w:eastAsia="Times New Roman" w:hAnsi="Times New Roman"/>
          <w:bCs/>
          <w:highlight w:val="yellow"/>
        </w:rPr>
        <w:t>applicable Meeting or matter.</w:t>
      </w:r>
    </w:p>
    <w:p w14:paraId="4F744780" w14:textId="77777777" w:rsidR="00002430" w:rsidRPr="00187A44" w:rsidRDefault="00002430" w:rsidP="00F14EF6">
      <w:pPr>
        <w:spacing w:after="0" w:line="240" w:lineRule="auto"/>
        <w:rPr>
          <w:bCs/>
        </w:rPr>
      </w:pPr>
    </w:p>
    <w:p w14:paraId="4730082C"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3AE7E685" w14:textId="4F4FE5CF"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Section 10. Annual Budget</w:t>
      </w:r>
    </w:p>
    <w:p w14:paraId="6D83612B" w14:textId="77777777" w:rsidR="00002430" w:rsidRPr="00187A44" w:rsidRDefault="00A57E56" w:rsidP="00F14EF6">
      <w:pPr>
        <w:spacing w:after="0" w:line="240" w:lineRule="auto"/>
        <w:rPr>
          <w:bCs/>
        </w:rPr>
      </w:pPr>
      <w:r w:rsidRPr="00AF4783">
        <w:rPr>
          <w:rFonts w:ascii="Times New Roman" w:eastAsia="Times New Roman" w:hAnsi="Times New Roman"/>
          <w:bCs/>
          <w:highlight w:val="yellow"/>
        </w:rPr>
        <w:t xml:space="preserve">The annual operating budget shall be approved by the Board. The Board may present the budget to Voting Members at an Annual General Meeting or Interim </w:t>
      </w:r>
      <w:proofErr w:type="gramStart"/>
      <w:r w:rsidRPr="00AF4783">
        <w:rPr>
          <w:rFonts w:ascii="Times New Roman" w:eastAsia="Times New Roman" w:hAnsi="Times New Roman"/>
          <w:bCs/>
          <w:highlight w:val="yellow"/>
        </w:rPr>
        <w:t>Meeting</w:t>
      </w:r>
      <w:proofErr w:type="gramEnd"/>
      <w:r w:rsidRPr="00AF4783">
        <w:rPr>
          <w:rFonts w:ascii="Times New Roman" w:eastAsia="Times New Roman" w:hAnsi="Times New Roman"/>
          <w:bCs/>
          <w:highlight w:val="yellow"/>
        </w:rPr>
        <w:t xml:space="preserve"> for discussion, comment, or advisory i</w:t>
      </w:r>
      <w:r w:rsidRPr="00AF4783">
        <w:rPr>
          <w:rFonts w:ascii="Times New Roman" w:eastAsia="Times New Roman" w:hAnsi="Times New Roman"/>
          <w:bCs/>
          <w:highlight w:val="yellow"/>
        </w:rPr>
        <w:t>nput, but final approval authority shall rest with the Board.</w:t>
      </w:r>
    </w:p>
    <w:p w14:paraId="64339B31" w14:textId="77777777" w:rsidR="00002430" w:rsidRPr="00187A44" w:rsidRDefault="00002430" w:rsidP="00F14EF6">
      <w:pPr>
        <w:spacing w:after="0" w:line="240" w:lineRule="auto"/>
        <w:rPr>
          <w:bCs/>
        </w:rPr>
      </w:pPr>
    </w:p>
    <w:p w14:paraId="2AD58849"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11. Actions</w:t>
      </w:r>
    </w:p>
    <w:p w14:paraId="5CDA180F" w14:textId="77777777" w:rsidR="00002430" w:rsidRPr="00187A44" w:rsidRDefault="00A57E56" w:rsidP="00F14EF6">
      <w:pPr>
        <w:spacing w:after="0" w:line="240" w:lineRule="auto"/>
        <w:rPr>
          <w:bCs/>
        </w:rPr>
      </w:pPr>
      <w:r w:rsidRPr="00187A44">
        <w:rPr>
          <w:rFonts w:ascii="Times New Roman" w:eastAsia="Times New Roman" w:hAnsi="Times New Roman"/>
          <w:bCs/>
        </w:rPr>
        <w:t>Any action required or permitted to be taken at a Meeting may be taken without a meeting if approved by the number of votes that would be required at a meeting, by written c</w:t>
      </w:r>
      <w:r w:rsidRPr="00187A44">
        <w:rPr>
          <w:rFonts w:ascii="Times New Roman" w:eastAsia="Times New Roman" w:hAnsi="Times New Roman"/>
          <w:bCs/>
        </w:rPr>
        <w:t>onsent or electronic consent, to the extent permitted by law and the Governing Documents.</w:t>
      </w:r>
    </w:p>
    <w:p w14:paraId="35D9D27D" w14:textId="77777777" w:rsidR="00002430" w:rsidRPr="00187A44" w:rsidRDefault="00002430" w:rsidP="00F14EF6">
      <w:pPr>
        <w:spacing w:after="0" w:line="240" w:lineRule="auto"/>
        <w:rPr>
          <w:bCs/>
        </w:rPr>
      </w:pPr>
    </w:p>
    <w:p w14:paraId="4077B8FE" w14:textId="6527EE75"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VI. </w:t>
      </w:r>
    </w:p>
    <w:p w14:paraId="006CD37D" w14:textId="298DD02B"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MEETINGS OF BOARD</w:t>
      </w:r>
    </w:p>
    <w:p w14:paraId="69FA2039" w14:textId="77777777" w:rsidR="00002430" w:rsidRPr="00187A44" w:rsidRDefault="00002430" w:rsidP="00F14EF6">
      <w:pPr>
        <w:spacing w:after="0" w:line="240" w:lineRule="auto"/>
        <w:rPr>
          <w:bCs/>
        </w:rPr>
      </w:pPr>
    </w:p>
    <w:p w14:paraId="3BB3254B"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Annual and Regular Meetings</w:t>
      </w:r>
    </w:p>
    <w:p w14:paraId="62AA737A"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Board shall meet at least annually and may hold regular meetings at such times and </w:t>
      </w:r>
      <w:r w:rsidRPr="00187A44">
        <w:rPr>
          <w:rFonts w:ascii="Times New Roman" w:eastAsia="Times New Roman" w:hAnsi="Times New Roman"/>
          <w:bCs/>
        </w:rPr>
        <w:t>places as it determines. Notice of regular meetings held on a schedule adopted by the Board shall not be required unless otherwise determined by the Board or required by law.</w:t>
      </w:r>
    </w:p>
    <w:p w14:paraId="401D093B" w14:textId="77777777" w:rsidR="00002430" w:rsidRPr="00187A44" w:rsidRDefault="00002430" w:rsidP="00F14EF6">
      <w:pPr>
        <w:spacing w:after="0" w:line="240" w:lineRule="auto"/>
        <w:rPr>
          <w:bCs/>
        </w:rPr>
      </w:pPr>
    </w:p>
    <w:p w14:paraId="34F7E43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Special Meetings</w:t>
      </w:r>
    </w:p>
    <w:p w14:paraId="24FAEC45" w14:textId="77777777" w:rsidR="00002430" w:rsidRPr="00187A44" w:rsidRDefault="00A57E56" w:rsidP="00F14EF6">
      <w:pPr>
        <w:spacing w:after="0" w:line="240" w:lineRule="auto"/>
        <w:rPr>
          <w:bCs/>
        </w:rPr>
      </w:pPr>
      <w:r w:rsidRPr="00187A44">
        <w:rPr>
          <w:rFonts w:ascii="Times New Roman" w:eastAsia="Times New Roman" w:hAnsi="Times New Roman"/>
          <w:bCs/>
        </w:rPr>
        <w:t>Special meetings of the Board may be called by the C</w:t>
      </w:r>
      <w:r w:rsidRPr="00187A44">
        <w:rPr>
          <w:rFonts w:ascii="Times New Roman" w:eastAsia="Times New Roman" w:hAnsi="Times New Roman"/>
          <w:bCs/>
        </w:rPr>
        <w:t>hair or any two Directors. Such meetings may be held at the time, place, or in the manner designated in the notice of the meeting.</w:t>
      </w:r>
    </w:p>
    <w:p w14:paraId="4946E82F" w14:textId="77777777" w:rsidR="00002430" w:rsidRPr="00187A44" w:rsidRDefault="00002430" w:rsidP="00F14EF6">
      <w:pPr>
        <w:spacing w:after="0" w:line="240" w:lineRule="auto"/>
        <w:rPr>
          <w:bCs/>
        </w:rPr>
      </w:pPr>
    </w:p>
    <w:p w14:paraId="40463A1A"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Notice of Meetings</w:t>
      </w:r>
    </w:p>
    <w:p w14:paraId="612FC7EB" w14:textId="77777777" w:rsidR="00002430" w:rsidRPr="00187A44" w:rsidRDefault="00A57E56" w:rsidP="00F14EF6">
      <w:pPr>
        <w:spacing w:after="0" w:line="240" w:lineRule="auto"/>
        <w:rPr>
          <w:bCs/>
        </w:rPr>
      </w:pPr>
      <w:r w:rsidRPr="00187A44">
        <w:rPr>
          <w:rFonts w:ascii="Times New Roman" w:eastAsia="Times New Roman" w:hAnsi="Times New Roman"/>
          <w:bCs/>
        </w:rPr>
        <w:t>The Secretary or other person giving notice of a meeting shall provide notice in the manner an</w:t>
      </w:r>
      <w:r w:rsidRPr="00187A44">
        <w:rPr>
          <w:rFonts w:ascii="Times New Roman" w:eastAsia="Times New Roman" w:hAnsi="Times New Roman"/>
          <w:bCs/>
        </w:rPr>
        <w:t>d within the time required by law, these Bylaws, or Board policy.</w:t>
      </w:r>
    </w:p>
    <w:p w14:paraId="01155F5C" w14:textId="77777777" w:rsidR="00002430" w:rsidRPr="00187A44" w:rsidRDefault="00002430" w:rsidP="00F14EF6">
      <w:pPr>
        <w:spacing w:after="0" w:line="240" w:lineRule="auto"/>
        <w:rPr>
          <w:bCs/>
        </w:rPr>
      </w:pPr>
    </w:p>
    <w:p w14:paraId="2BF80FD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Quorum</w:t>
      </w:r>
    </w:p>
    <w:p w14:paraId="668530AE"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A quorum for a meeting of the Board shall consist of </w:t>
      </w:r>
      <w:proofErr w:type="gramStart"/>
      <w:r w:rsidRPr="00187A44">
        <w:rPr>
          <w:rFonts w:ascii="Times New Roman" w:eastAsia="Times New Roman" w:hAnsi="Times New Roman"/>
          <w:bCs/>
        </w:rPr>
        <w:t>a majority of</w:t>
      </w:r>
      <w:proofErr w:type="gramEnd"/>
      <w:r w:rsidRPr="00187A44">
        <w:rPr>
          <w:rFonts w:ascii="Times New Roman" w:eastAsia="Times New Roman" w:hAnsi="Times New Roman"/>
          <w:bCs/>
        </w:rPr>
        <w:t xml:space="preserve"> the Directors in office immediately before the meeting begins; provided, however, that in no event shall</w:t>
      </w:r>
      <w:r w:rsidRPr="00187A44">
        <w:rPr>
          <w:rFonts w:ascii="Times New Roman" w:eastAsia="Times New Roman" w:hAnsi="Times New Roman"/>
          <w:bCs/>
        </w:rPr>
        <w:t xml:space="preserve"> fewer than one-third of the Directors in office constitute a quorum. If a quorum is not present, the Board may adjourn the meeting but may not take substantive action.</w:t>
      </w:r>
    </w:p>
    <w:p w14:paraId="1EA96CAD" w14:textId="77777777" w:rsidR="00002430" w:rsidRPr="00187A44" w:rsidRDefault="00002430" w:rsidP="00F14EF6">
      <w:pPr>
        <w:spacing w:after="0" w:line="240" w:lineRule="auto"/>
        <w:rPr>
          <w:bCs/>
        </w:rPr>
      </w:pPr>
    </w:p>
    <w:p w14:paraId="64BAE26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Manner of Acting</w:t>
      </w:r>
    </w:p>
    <w:p w14:paraId="708C0359" w14:textId="77777777" w:rsidR="00002430" w:rsidRPr="00187A44" w:rsidRDefault="00A57E56" w:rsidP="00F14EF6">
      <w:pPr>
        <w:spacing w:after="0" w:line="240" w:lineRule="auto"/>
        <w:rPr>
          <w:bCs/>
        </w:rPr>
      </w:pPr>
      <w:r w:rsidRPr="00187A44">
        <w:rPr>
          <w:rFonts w:ascii="Times New Roman" w:eastAsia="Times New Roman" w:hAnsi="Times New Roman"/>
          <w:bCs/>
        </w:rPr>
        <w:t>Except as otherwise provided in these Bylaws, the act of a</w:t>
      </w:r>
      <w:r w:rsidRPr="00187A44">
        <w:rPr>
          <w:rFonts w:ascii="Times New Roman" w:eastAsia="Times New Roman" w:hAnsi="Times New Roman"/>
          <w:bCs/>
        </w:rPr>
        <w:t xml:space="preserve"> majority of the Directors </w:t>
      </w:r>
      <w:proofErr w:type="gramStart"/>
      <w:r w:rsidRPr="00187A44">
        <w:rPr>
          <w:rFonts w:ascii="Times New Roman" w:eastAsia="Times New Roman" w:hAnsi="Times New Roman"/>
          <w:bCs/>
        </w:rPr>
        <w:t>present</w:t>
      </w:r>
      <w:proofErr w:type="gramEnd"/>
      <w:r w:rsidRPr="00187A44">
        <w:rPr>
          <w:rFonts w:ascii="Times New Roman" w:eastAsia="Times New Roman" w:hAnsi="Times New Roman"/>
          <w:bCs/>
        </w:rPr>
        <w:t xml:space="preserve"> at a meeting at which a quorum is present shall be the act of the Board. A greater vote may be required by these Bylaws, the Articles, or applicable law.</w:t>
      </w:r>
    </w:p>
    <w:p w14:paraId="4669522F" w14:textId="77777777" w:rsidR="00002430" w:rsidRPr="00187A44" w:rsidRDefault="00002430" w:rsidP="00F14EF6">
      <w:pPr>
        <w:spacing w:after="0" w:line="240" w:lineRule="auto"/>
        <w:rPr>
          <w:bCs/>
        </w:rPr>
      </w:pPr>
    </w:p>
    <w:p w14:paraId="5182C1CB"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Presumption of Assent</w:t>
      </w:r>
    </w:p>
    <w:p w14:paraId="20517817" w14:textId="77777777" w:rsidR="00002430" w:rsidRPr="00187A44" w:rsidRDefault="00A57E56" w:rsidP="00F14EF6">
      <w:pPr>
        <w:spacing w:after="0" w:line="240" w:lineRule="auto"/>
        <w:rPr>
          <w:bCs/>
        </w:rPr>
      </w:pPr>
      <w:r w:rsidRPr="00187A44">
        <w:rPr>
          <w:rFonts w:ascii="Times New Roman" w:eastAsia="Times New Roman" w:hAnsi="Times New Roman"/>
          <w:bCs/>
        </w:rPr>
        <w:t>A voting Director present at a me</w:t>
      </w:r>
      <w:r w:rsidRPr="00187A44">
        <w:rPr>
          <w:rFonts w:ascii="Times New Roman" w:eastAsia="Times New Roman" w:hAnsi="Times New Roman"/>
          <w:bCs/>
        </w:rPr>
        <w:t>eting at which action is taken is deemed to have assented to the action unless the Director objects at the beginning of the meeting or otherwise records a dissent, abstention, or recusal in accordance with these Bylaws.</w:t>
      </w:r>
    </w:p>
    <w:p w14:paraId="7078E10B" w14:textId="77777777" w:rsidR="00002430" w:rsidRPr="00187A44" w:rsidRDefault="00002430" w:rsidP="00F14EF6">
      <w:pPr>
        <w:spacing w:after="0" w:line="240" w:lineRule="auto"/>
        <w:rPr>
          <w:bCs/>
        </w:rPr>
      </w:pPr>
    </w:p>
    <w:p w14:paraId="685E694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Action Without Meeting</w:t>
      </w:r>
    </w:p>
    <w:p w14:paraId="08F942BA" w14:textId="77777777" w:rsidR="00002430" w:rsidRPr="00187A44" w:rsidRDefault="00A57E56" w:rsidP="00F14EF6">
      <w:pPr>
        <w:spacing w:after="0" w:line="240" w:lineRule="auto"/>
        <w:rPr>
          <w:bCs/>
        </w:rPr>
      </w:pPr>
      <w:r w:rsidRPr="00187A44">
        <w:rPr>
          <w:rFonts w:ascii="Times New Roman" w:eastAsia="Times New Roman" w:hAnsi="Times New Roman"/>
          <w:bCs/>
        </w:rPr>
        <w:t>A</w:t>
      </w:r>
      <w:r w:rsidRPr="00187A44">
        <w:rPr>
          <w:rFonts w:ascii="Times New Roman" w:eastAsia="Times New Roman" w:hAnsi="Times New Roman"/>
          <w:bCs/>
        </w:rPr>
        <w:t xml:space="preserve">ny action required or permitted to be taken at a meeting of the Board may be taken without a meeting if all voting Directors consent in writing or by electronic </w:t>
      </w:r>
      <w:proofErr w:type="gramStart"/>
      <w:r w:rsidRPr="00187A44">
        <w:rPr>
          <w:rFonts w:ascii="Times New Roman" w:eastAsia="Times New Roman" w:hAnsi="Times New Roman"/>
          <w:bCs/>
        </w:rPr>
        <w:t>means, unless</w:t>
      </w:r>
      <w:proofErr w:type="gramEnd"/>
      <w:r w:rsidRPr="00187A44">
        <w:rPr>
          <w:rFonts w:ascii="Times New Roman" w:eastAsia="Times New Roman" w:hAnsi="Times New Roman"/>
          <w:bCs/>
        </w:rPr>
        <w:t xml:space="preserve"> a higher threshold is required by law or these Bylaws.</w:t>
      </w:r>
    </w:p>
    <w:p w14:paraId="5D81980F" w14:textId="77777777" w:rsidR="00002430" w:rsidRPr="00187A44" w:rsidRDefault="00002430" w:rsidP="00F14EF6">
      <w:pPr>
        <w:spacing w:after="0" w:line="240" w:lineRule="auto"/>
        <w:rPr>
          <w:bCs/>
        </w:rPr>
      </w:pPr>
    </w:p>
    <w:p w14:paraId="24FD1835"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4FB36405" w14:textId="18B64EE3"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Section 8. Meeting by C</w:t>
      </w:r>
      <w:r w:rsidRPr="006E12CA">
        <w:rPr>
          <w:rFonts w:ascii="Times New Roman" w:eastAsia="Times New Roman" w:hAnsi="Times New Roman"/>
          <w:bCs/>
          <w:u w:val="single"/>
        </w:rPr>
        <w:t>ommunications Device</w:t>
      </w:r>
    </w:p>
    <w:p w14:paraId="3010F539"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Board may permit any or </w:t>
      </w:r>
      <w:proofErr w:type="gramStart"/>
      <w:r w:rsidRPr="00187A44">
        <w:rPr>
          <w:rFonts w:ascii="Times New Roman" w:eastAsia="Times New Roman" w:hAnsi="Times New Roman"/>
          <w:bCs/>
        </w:rPr>
        <w:t>all of</w:t>
      </w:r>
      <w:proofErr w:type="gramEnd"/>
      <w:r w:rsidRPr="00187A44">
        <w:rPr>
          <w:rFonts w:ascii="Times New Roman" w:eastAsia="Times New Roman" w:hAnsi="Times New Roman"/>
          <w:bCs/>
        </w:rPr>
        <w:t xml:space="preserve"> its voting Directors to participate in a regular or special meeting by or conduct the meeting through the use of any means of communication by which all participating Directors may simultaneously hear</w:t>
      </w:r>
      <w:r w:rsidRPr="00187A44">
        <w:rPr>
          <w:rFonts w:ascii="Times New Roman" w:eastAsia="Times New Roman" w:hAnsi="Times New Roman"/>
          <w:bCs/>
        </w:rPr>
        <w:t xml:space="preserve"> each other during the meeting. A Director participating by this means is deemed present in person at the meeting.</w:t>
      </w:r>
    </w:p>
    <w:p w14:paraId="159C6AA5" w14:textId="77777777" w:rsidR="00002430" w:rsidRPr="00187A44" w:rsidRDefault="00002430" w:rsidP="00F14EF6">
      <w:pPr>
        <w:spacing w:after="0" w:line="240" w:lineRule="auto"/>
        <w:rPr>
          <w:bCs/>
        </w:rPr>
      </w:pPr>
    </w:p>
    <w:p w14:paraId="4C37F64C" w14:textId="77777777"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VII. </w:t>
      </w:r>
    </w:p>
    <w:p w14:paraId="2CB3F4BD" w14:textId="391A97A2"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BOARD COMMITTEES</w:t>
      </w:r>
    </w:p>
    <w:p w14:paraId="0EC0C45D" w14:textId="77777777" w:rsidR="00002430" w:rsidRPr="00187A44" w:rsidRDefault="00002430" w:rsidP="00F14EF6">
      <w:pPr>
        <w:spacing w:after="0" w:line="240" w:lineRule="auto"/>
        <w:rPr>
          <w:bCs/>
        </w:rPr>
      </w:pPr>
    </w:p>
    <w:p w14:paraId="1439E520"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Standing Committees</w:t>
      </w:r>
    </w:p>
    <w:p w14:paraId="0C17BF17" w14:textId="77777777" w:rsidR="00002430" w:rsidRPr="00187A44" w:rsidRDefault="00A57E56" w:rsidP="00F14EF6">
      <w:pPr>
        <w:spacing w:after="0" w:line="240" w:lineRule="auto"/>
        <w:rPr>
          <w:bCs/>
        </w:rPr>
      </w:pPr>
      <w:r w:rsidRPr="00187A44">
        <w:rPr>
          <w:rFonts w:ascii="Times New Roman" w:eastAsia="Times New Roman" w:hAnsi="Times New Roman"/>
          <w:bCs/>
        </w:rPr>
        <w:t>The following shall be the standing committees of the Board:</w:t>
      </w:r>
    </w:p>
    <w:p w14:paraId="060A8D41" w14:textId="77777777" w:rsidR="00002430" w:rsidRPr="00966909" w:rsidRDefault="00A57E56" w:rsidP="00F14EF6">
      <w:pPr>
        <w:spacing w:after="0" w:line="240" w:lineRule="auto"/>
        <w:rPr>
          <w:bCs/>
          <w:highlight w:val="yellow"/>
        </w:rPr>
      </w:pPr>
      <w:r w:rsidRPr="00966909">
        <w:rPr>
          <w:rFonts w:ascii="Times New Roman" w:eastAsia="Times New Roman" w:hAnsi="Times New Roman"/>
          <w:bCs/>
          <w:highlight w:val="yellow"/>
        </w:rPr>
        <w:t xml:space="preserve">1. </w:t>
      </w:r>
      <w:r w:rsidRPr="00966909">
        <w:rPr>
          <w:rFonts w:ascii="Times New Roman" w:eastAsia="Times New Roman" w:hAnsi="Times New Roman"/>
          <w:bCs/>
          <w:highlight w:val="yellow"/>
        </w:rPr>
        <w:t>Appeals Committee.</w:t>
      </w:r>
    </w:p>
    <w:p w14:paraId="5DD9BD6B" w14:textId="77777777" w:rsidR="00002430" w:rsidRPr="00966909" w:rsidRDefault="00A57E56" w:rsidP="00F14EF6">
      <w:pPr>
        <w:spacing w:after="0" w:line="240" w:lineRule="auto"/>
        <w:rPr>
          <w:bCs/>
          <w:highlight w:val="yellow"/>
        </w:rPr>
      </w:pPr>
      <w:r w:rsidRPr="00966909">
        <w:rPr>
          <w:rFonts w:ascii="Times New Roman" w:eastAsia="Times New Roman" w:hAnsi="Times New Roman"/>
          <w:bCs/>
          <w:highlight w:val="yellow"/>
        </w:rPr>
        <w:t>2. Finance Committee.</w:t>
      </w:r>
    </w:p>
    <w:p w14:paraId="0544A4AA" w14:textId="77777777" w:rsidR="00002430" w:rsidRPr="00966909" w:rsidRDefault="00A57E56" w:rsidP="00F14EF6">
      <w:pPr>
        <w:spacing w:after="0" w:line="240" w:lineRule="auto"/>
        <w:rPr>
          <w:bCs/>
          <w:highlight w:val="yellow"/>
        </w:rPr>
      </w:pPr>
      <w:r w:rsidRPr="00966909">
        <w:rPr>
          <w:rFonts w:ascii="Times New Roman" w:eastAsia="Times New Roman" w:hAnsi="Times New Roman"/>
          <w:bCs/>
          <w:highlight w:val="yellow"/>
        </w:rPr>
        <w:t>3. Compensation Committee, which shall operate as a subcommittee of the Finance Committee.</w:t>
      </w:r>
    </w:p>
    <w:p w14:paraId="356DCBB9" w14:textId="77777777" w:rsidR="00002430" w:rsidRPr="00966909" w:rsidRDefault="00A57E56" w:rsidP="00F14EF6">
      <w:pPr>
        <w:spacing w:after="0" w:line="240" w:lineRule="auto"/>
        <w:rPr>
          <w:bCs/>
          <w:highlight w:val="yellow"/>
        </w:rPr>
      </w:pPr>
      <w:r w:rsidRPr="00966909">
        <w:rPr>
          <w:rFonts w:ascii="Times New Roman" w:eastAsia="Times New Roman" w:hAnsi="Times New Roman"/>
          <w:bCs/>
          <w:highlight w:val="yellow"/>
        </w:rPr>
        <w:t>4. Governance and Policy Committee.</w:t>
      </w:r>
    </w:p>
    <w:p w14:paraId="502D5A5D" w14:textId="77777777" w:rsidR="00002430" w:rsidRPr="00187A44" w:rsidRDefault="00A57E56" w:rsidP="00F14EF6">
      <w:pPr>
        <w:spacing w:after="0" w:line="240" w:lineRule="auto"/>
        <w:rPr>
          <w:bCs/>
        </w:rPr>
      </w:pPr>
      <w:r w:rsidRPr="00966909">
        <w:rPr>
          <w:rFonts w:ascii="Times New Roman" w:eastAsia="Times New Roman" w:hAnsi="Times New Roman"/>
          <w:bCs/>
          <w:highlight w:val="yellow"/>
        </w:rPr>
        <w:t>5. Risk Management Committee, if established by the Board.</w:t>
      </w:r>
    </w:p>
    <w:p w14:paraId="76F079AC"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Executive </w:t>
      </w:r>
      <w:r w:rsidRPr="00187A44">
        <w:rPr>
          <w:rFonts w:ascii="Times New Roman" w:eastAsia="Times New Roman" w:hAnsi="Times New Roman"/>
          <w:bCs/>
        </w:rPr>
        <w:t>Director shall serve as an ex officio, non-voting member of each standing committee unless the Board determines otherwise.</w:t>
      </w:r>
    </w:p>
    <w:p w14:paraId="0278BE2A" w14:textId="77777777" w:rsidR="00002430" w:rsidRPr="00187A44" w:rsidRDefault="00002430" w:rsidP="00F14EF6">
      <w:pPr>
        <w:spacing w:after="0" w:line="240" w:lineRule="auto"/>
        <w:rPr>
          <w:bCs/>
        </w:rPr>
      </w:pPr>
    </w:p>
    <w:p w14:paraId="6D23FC5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Authority</w:t>
      </w:r>
    </w:p>
    <w:p w14:paraId="18948075" w14:textId="77777777" w:rsidR="00002430" w:rsidRPr="00187A44" w:rsidRDefault="00A57E56" w:rsidP="00F14EF6">
      <w:pPr>
        <w:spacing w:after="0" w:line="240" w:lineRule="auto"/>
        <w:rPr>
          <w:bCs/>
        </w:rPr>
      </w:pPr>
      <w:r w:rsidRPr="00187A44">
        <w:rPr>
          <w:rFonts w:ascii="Times New Roman" w:eastAsia="Times New Roman" w:hAnsi="Times New Roman"/>
          <w:bCs/>
        </w:rPr>
        <w:t>The Board may establish additional committees as needed. Committees may study, advise, recommend, and assist th</w:t>
      </w:r>
      <w:r w:rsidRPr="00187A44">
        <w:rPr>
          <w:rFonts w:ascii="Times New Roman" w:eastAsia="Times New Roman" w:hAnsi="Times New Roman"/>
          <w:bCs/>
        </w:rPr>
        <w:t>e Board, but shall not exercise authority reserved to the Board unless specifically delegated by the Board and permitted by law.</w:t>
      </w:r>
    </w:p>
    <w:p w14:paraId="1410D3CF" w14:textId="77777777" w:rsidR="00002430" w:rsidRPr="00187A44" w:rsidRDefault="00002430" w:rsidP="00F14EF6">
      <w:pPr>
        <w:spacing w:after="0" w:line="240" w:lineRule="auto"/>
        <w:rPr>
          <w:bCs/>
        </w:rPr>
      </w:pPr>
    </w:p>
    <w:p w14:paraId="649A74BA"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Appeals Committee</w:t>
      </w:r>
    </w:p>
    <w:p w14:paraId="147CFD2F" w14:textId="77777777" w:rsidR="00002430" w:rsidRPr="00187A44" w:rsidRDefault="00A57E56" w:rsidP="00F14EF6">
      <w:pPr>
        <w:spacing w:after="0" w:line="240" w:lineRule="auto"/>
        <w:rPr>
          <w:bCs/>
        </w:rPr>
      </w:pPr>
      <w:r w:rsidRPr="00187A44">
        <w:rPr>
          <w:rFonts w:ascii="Times New Roman" w:eastAsia="Times New Roman" w:hAnsi="Times New Roman"/>
          <w:bCs/>
        </w:rPr>
        <w:t>The Appeals Committee shall review appeals and other matters assigned to it by the Board, the Pol</w:t>
      </w:r>
      <w:r w:rsidRPr="00187A44">
        <w:rPr>
          <w:rFonts w:ascii="Times New Roman" w:eastAsia="Times New Roman" w:hAnsi="Times New Roman"/>
          <w:bCs/>
        </w:rPr>
        <w:t>icies, the Rules and Regulations, or applicable USSF rules.</w:t>
      </w:r>
    </w:p>
    <w:p w14:paraId="1A099FFC" w14:textId="77777777" w:rsidR="00002430" w:rsidRPr="00187A44" w:rsidRDefault="00002430" w:rsidP="00F14EF6">
      <w:pPr>
        <w:spacing w:after="0" w:line="240" w:lineRule="auto"/>
        <w:rPr>
          <w:bCs/>
        </w:rPr>
      </w:pPr>
    </w:p>
    <w:p w14:paraId="7E4B4AF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Finance Committee</w:t>
      </w:r>
    </w:p>
    <w:p w14:paraId="29876CA0" w14:textId="77777777" w:rsidR="00002430" w:rsidRPr="00187A44" w:rsidRDefault="00A57E56" w:rsidP="00F14EF6">
      <w:pPr>
        <w:spacing w:after="0" w:line="240" w:lineRule="auto"/>
        <w:rPr>
          <w:bCs/>
        </w:rPr>
      </w:pPr>
      <w:r w:rsidRPr="00187A44">
        <w:rPr>
          <w:rFonts w:ascii="Times New Roman" w:eastAsia="Times New Roman" w:hAnsi="Times New Roman"/>
          <w:bCs/>
        </w:rPr>
        <w:t>The Finance Committee shall advise the Board regarding financial reporting, budgeting, audits, reserves, fiscal controls, and related matters.</w:t>
      </w:r>
    </w:p>
    <w:p w14:paraId="4B5F04E0" w14:textId="77777777" w:rsidR="00002430" w:rsidRPr="00187A44" w:rsidRDefault="00002430" w:rsidP="00F14EF6">
      <w:pPr>
        <w:spacing w:after="0" w:line="240" w:lineRule="auto"/>
        <w:rPr>
          <w:bCs/>
        </w:rPr>
      </w:pPr>
    </w:p>
    <w:p w14:paraId="174ADB8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Compensatio</w:t>
      </w:r>
      <w:r w:rsidRPr="006E12CA">
        <w:rPr>
          <w:rFonts w:ascii="Times New Roman" w:eastAsia="Times New Roman" w:hAnsi="Times New Roman"/>
          <w:bCs/>
          <w:u w:val="single"/>
        </w:rPr>
        <w:t>n Committee</w:t>
      </w:r>
    </w:p>
    <w:p w14:paraId="2DD538FE" w14:textId="77777777" w:rsidR="00002430" w:rsidRPr="00187A44" w:rsidRDefault="00A57E56" w:rsidP="00F14EF6">
      <w:pPr>
        <w:spacing w:after="0" w:line="240" w:lineRule="auto"/>
        <w:rPr>
          <w:bCs/>
        </w:rPr>
      </w:pPr>
      <w:r w:rsidRPr="00187A44">
        <w:rPr>
          <w:rFonts w:ascii="Times New Roman" w:eastAsia="Times New Roman" w:hAnsi="Times New Roman"/>
          <w:bCs/>
        </w:rPr>
        <w:t>The Compensation Committee shall advise the Board regarding employment policies, executive evaluation, compensation oversight, and related personnel matters.</w:t>
      </w:r>
    </w:p>
    <w:p w14:paraId="67F8256A" w14:textId="77777777" w:rsidR="00002430" w:rsidRPr="00187A44" w:rsidRDefault="00002430" w:rsidP="00F14EF6">
      <w:pPr>
        <w:spacing w:after="0" w:line="240" w:lineRule="auto"/>
        <w:rPr>
          <w:bCs/>
        </w:rPr>
      </w:pPr>
    </w:p>
    <w:p w14:paraId="35C035BD"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Removal and Vacancies</w:t>
      </w:r>
    </w:p>
    <w:p w14:paraId="29DA7285"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Any committee member may be removed by the Board or </w:t>
      </w:r>
      <w:r w:rsidRPr="00187A44">
        <w:rPr>
          <w:rFonts w:ascii="Times New Roman" w:eastAsia="Times New Roman" w:hAnsi="Times New Roman"/>
          <w:bCs/>
        </w:rPr>
        <w:t>by the appointing authority, if any, at any time with or without cause, unless otherwise provided by law or agreement. Vacancies shall be filled in the same manner as the original appointment.</w:t>
      </w:r>
    </w:p>
    <w:p w14:paraId="3C683082" w14:textId="77777777" w:rsidR="00002430" w:rsidRPr="00187A44" w:rsidRDefault="00002430" w:rsidP="00F14EF6">
      <w:pPr>
        <w:spacing w:after="0" w:line="240" w:lineRule="auto"/>
        <w:rPr>
          <w:bCs/>
        </w:rPr>
      </w:pPr>
    </w:p>
    <w:p w14:paraId="0419BD0D"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Meetings and Minutes</w:t>
      </w:r>
    </w:p>
    <w:p w14:paraId="6A765CAF"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provisions of </w:t>
      </w:r>
      <w:r w:rsidRPr="00187A44">
        <w:rPr>
          <w:rFonts w:ascii="Times New Roman" w:eastAsia="Times New Roman" w:hAnsi="Times New Roman"/>
          <w:bCs/>
        </w:rPr>
        <w:t>Article VI governing Board meetings, action without meeting, notice, waiver of notice, quorum, and voting requirements shall apply to committee meetings, to the extent applicable. Each committee shall keep minutes of its proceedings and shall report thereo</w:t>
      </w:r>
      <w:r w:rsidRPr="00187A44">
        <w:rPr>
          <w:rFonts w:ascii="Times New Roman" w:eastAsia="Times New Roman" w:hAnsi="Times New Roman"/>
          <w:bCs/>
        </w:rPr>
        <w:t>n to the Board at or before the next Board meeting.</w:t>
      </w:r>
    </w:p>
    <w:p w14:paraId="59CE91EB" w14:textId="77777777" w:rsidR="00002430" w:rsidRPr="00187A44" w:rsidRDefault="00002430" w:rsidP="00F14EF6">
      <w:pPr>
        <w:spacing w:after="0" w:line="240" w:lineRule="auto"/>
        <w:rPr>
          <w:bCs/>
        </w:rPr>
      </w:pPr>
    </w:p>
    <w:p w14:paraId="68355E6C"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5579B4D1" w14:textId="6F6A9DD1"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lastRenderedPageBreak/>
        <w:t xml:space="preserve">ARTICLE VIII. </w:t>
      </w:r>
    </w:p>
    <w:p w14:paraId="64C0D73C" w14:textId="4C00CB07"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SERVICE COUNCILS</w:t>
      </w:r>
    </w:p>
    <w:p w14:paraId="550E0418" w14:textId="77777777" w:rsidR="00002430" w:rsidRPr="00187A44" w:rsidRDefault="00002430" w:rsidP="00F14EF6">
      <w:pPr>
        <w:spacing w:after="0" w:line="240" w:lineRule="auto"/>
        <w:rPr>
          <w:bCs/>
        </w:rPr>
      </w:pPr>
    </w:p>
    <w:p w14:paraId="15BFEAC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Purpose</w:t>
      </w:r>
    </w:p>
    <w:p w14:paraId="7E9DC660" w14:textId="77777777" w:rsidR="00002430" w:rsidRPr="00187A44" w:rsidRDefault="00A57E56" w:rsidP="00F14EF6">
      <w:pPr>
        <w:spacing w:after="0" w:line="240" w:lineRule="auto"/>
        <w:rPr>
          <w:bCs/>
        </w:rPr>
      </w:pPr>
      <w:r w:rsidRPr="00187A44">
        <w:rPr>
          <w:rFonts w:ascii="Times New Roman" w:eastAsia="Times New Roman" w:hAnsi="Times New Roman"/>
          <w:bCs/>
        </w:rPr>
        <w:t>The Corporation may establish advisory Service Councils to support the Board and staff in the delivery of Member Services. Service Councils are advis</w:t>
      </w:r>
      <w:r w:rsidRPr="00187A44">
        <w:rPr>
          <w:rFonts w:ascii="Times New Roman" w:eastAsia="Times New Roman" w:hAnsi="Times New Roman"/>
          <w:bCs/>
        </w:rPr>
        <w:t>ory only and shall have no independent governing authority.</w:t>
      </w:r>
    </w:p>
    <w:p w14:paraId="05D05008" w14:textId="77777777" w:rsidR="00002430" w:rsidRPr="00187A44" w:rsidRDefault="00002430" w:rsidP="00F14EF6">
      <w:pPr>
        <w:spacing w:after="0" w:line="240" w:lineRule="auto"/>
        <w:rPr>
          <w:bCs/>
        </w:rPr>
      </w:pPr>
    </w:p>
    <w:p w14:paraId="239AFFD3"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Councils</w:t>
      </w:r>
    </w:p>
    <w:p w14:paraId="0C550EFB" w14:textId="77777777" w:rsidR="00002430" w:rsidRPr="00187A44" w:rsidRDefault="00A57E56" w:rsidP="00F14EF6">
      <w:pPr>
        <w:spacing w:after="0" w:line="240" w:lineRule="auto"/>
        <w:rPr>
          <w:bCs/>
        </w:rPr>
      </w:pPr>
      <w:r w:rsidRPr="00187A44">
        <w:rPr>
          <w:rFonts w:ascii="Times New Roman" w:eastAsia="Times New Roman" w:hAnsi="Times New Roman"/>
          <w:bCs/>
        </w:rPr>
        <w:t>The Board may establish one or more of the following Service Councils, or such other councils as it deems appropriate:</w:t>
      </w:r>
    </w:p>
    <w:p w14:paraId="362C780B" w14:textId="77777777" w:rsidR="00002430" w:rsidRPr="005B4AA0" w:rsidRDefault="00A57E56" w:rsidP="00F14EF6">
      <w:pPr>
        <w:spacing w:after="0" w:line="240" w:lineRule="auto"/>
        <w:rPr>
          <w:bCs/>
          <w:highlight w:val="yellow"/>
        </w:rPr>
      </w:pPr>
      <w:r w:rsidRPr="005B4AA0">
        <w:rPr>
          <w:rFonts w:ascii="Times New Roman" w:eastAsia="Times New Roman" w:hAnsi="Times New Roman"/>
          <w:bCs/>
          <w:highlight w:val="yellow"/>
        </w:rPr>
        <w:t>1. Membership Services Council.</w:t>
      </w:r>
    </w:p>
    <w:p w14:paraId="63061510" w14:textId="77777777" w:rsidR="00002430" w:rsidRPr="005B4AA0" w:rsidRDefault="00A57E56" w:rsidP="00F14EF6">
      <w:pPr>
        <w:spacing w:after="0" w:line="240" w:lineRule="auto"/>
        <w:rPr>
          <w:bCs/>
          <w:highlight w:val="yellow"/>
        </w:rPr>
      </w:pPr>
      <w:r w:rsidRPr="005B4AA0">
        <w:rPr>
          <w:rFonts w:ascii="Times New Roman" w:eastAsia="Times New Roman" w:hAnsi="Times New Roman"/>
          <w:bCs/>
          <w:highlight w:val="yellow"/>
        </w:rPr>
        <w:t xml:space="preserve">2. Competition Services </w:t>
      </w:r>
      <w:r w:rsidRPr="005B4AA0">
        <w:rPr>
          <w:rFonts w:ascii="Times New Roman" w:eastAsia="Times New Roman" w:hAnsi="Times New Roman"/>
          <w:bCs/>
          <w:highlight w:val="yellow"/>
        </w:rPr>
        <w:t>Council.</w:t>
      </w:r>
    </w:p>
    <w:p w14:paraId="7B62E332" w14:textId="77777777" w:rsidR="00002430" w:rsidRPr="005B4AA0" w:rsidRDefault="00A57E56" w:rsidP="00F14EF6">
      <w:pPr>
        <w:spacing w:after="0" w:line="240" w:lineRule="auto"/>
        <w:rPr>
          <w:bCs/>
          <w:highlight w:val="yellow"/>
        </w:rPr>
      </w:pPr>
      <w:r w:rsidRPr="005B4AA0">
        <w:rPr>
          <w:rFonts w:ascii="Times New Roman" w:eastAsia="Times New Roman" w:hAnsi="Times New Roman"/>
          <w:bCs/>
          <w:highlight w:val="yellow"/>
        </w:rPr>
        <w:t>3. Coaching Education Council.</w:t>
      </w:r>
    </w:p>
    <w:p w14:paraId="1BB2F3F2" w14:textId="77777777" w:rsidR="00002430" w:rsidRPr="005B4AA0" w:rsidRDefault="00A57E56" w:rsidP="00F14EF6">
      <w:pPr>
        <w:spacing w:after="0" w:line="240" w:lineRule="auto"/>
        <w:rPr>
          <w:bCs/>
          <w:highlight w:val="yellow"/>
        </w:rPr>
      </w:pPr>
      <w:r w:rsidRPr="005B4AA0">
        <w:rPr>
          <w:rFonts w:ascii="Times New Roman" w:eastAsia="Times New Roman" w:hAnsi="Times New Roman"/>
          <w:bCs/>
          <w:highlight w:val="yellow"/>
        </w:rPr>
        <w:t>4. Referee Services Council.</w:t>
      </w:r>
    </w:p>
    <w:p w14:paraId="3B454B47" w14:textId="77777777" w:rsidR="00002430" w:rsidRPr="005B4AA0" w:rsidRDefault="00A57E56" w:rsidP="00F14EF6">
      <w:pPr>
        <w:spacing w:after="0" w:line="240" w:lineRule="auto"/>
        <w:rPr>
          <w:bCs/>
          <w:highlight w:val="yellow"/>
        </w:rPr>
      </w:pPr>
      <w:r w:rsidRPr="005B4AA0">
        <w:rPr>
          <w:rFonts w:ascii="Times New Roman" w:eastAsia="Times New Roman" w:hAnsi="Times New Roman"/>
          <w:bCs/>
          <w:highlight w:val="yellow"/>
        </w:rPr>
        <w:t>5. Player Development Council.</w:t>
      </w:r>
    </w:p>
    <w:p w14:paraId="6C65BDC1" w14:textId="77777777" w:rsidR="00002430" w:rsidRPr="00187A44" w:rsidRDefault="00A57E56" w:rsidP="00F14EF6">
      <w:pPr>
        <w:spacing w:after="0" w:line="240" w:lineRule="auto"/>
        <w:rPr>
          <w:bCs/>
        </w:rPr>
      </w:pPr>
      <w:r w:rsidRPr="005B4AA0">
        <w:rPr>
          <w:rFonts w:ascii="Times New Roman" w:eastAsia="Times New Roman" w:hAnsi="Times New Roman"/>
          <w:bCs/>
          <w:highlight w:val="yellow"/>
        </w:rPr>
        <w:t>6. Risk Management and Compliance Council.</w:t>
      </w:r>
    </w:p>
    <w:p w14:paraId="162D8296" w14:textId="77777777" w:rsidR="00002430" w:rsidRPr="00187A44" w:rsidRDefault="00002430" w:rsidP="00F14EF6">
      <w:pPr>
        <w:spacing w:after="0" w:line="240" w:lineRule="auto"/>
        <w:rPr>
          <w:bCs/>
        </w:rPr>
      </w:pPr>
    </w:p>
    <w:p w14:paraId="6AF77680"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Duties</w:t>
      </w:r>
    </w:p>
    <w:p w14:paraId="328A0DAD"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Service Councils may identify needs, review service quality, recommend </w:t>
      </w:r>
      <w:r w:rsidRPr="00187A44">
        <w:rPr>
          <w:rFonts w:ascii="Times New Roman" w:eastAsia="Times New Roman" w:hAnsi="Times New Roman"/>
          <w:bCs/>
        </w:rPr>
        <w:t>improvements, share feedback, and assist in communication between the Corporation and Members, participants, and stakeholders. Service Councils shall not adopt binding rules, levy assessments, or exercise Board authority.</w:t>
      </w:r>
    </w:p>
    <w:p w14:paraId="753B8561" w14:textId="77777777" w:rsidR="00002430" w:rsidRPr="00187A44" w:rsidRDefault="00002430" w:rsidP="00F14EF6">
      <w:pPr>
        <w:spacing w:after="0" w:line="240" w:lineRule="auto"/>
        <w:rPr>
          <w:bCs/>
        </w:rPr>
      </w:pPr>
    </w:p>
    <w:p w14:paraId="0778CAC9"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Membership and Terms</w:t>
      </w:r>
    </w:p>
    <w:p w14:paraId="40082DE7" w14:textId="77777777" w:rsidR="00002430" w:rsidRPr="00187A44" w:rsidRDefault="00A57E56" w:rsidP="00F14EF6">
      <w:pPr>
        <w:spacing w:after="0" w:line="240" w:lineRule="auto"/>
        <w:rPr>
          <w:bCs/>
        </w:rPr>
      </w:pPr>
      <w:r w:rsidRPr="00187A44">
        <w:rPr>
          <w:rFonts w:ascii="Times New Roman" w:eastAsia="Times New Roman" w:hAnsi="Times New Roman"/>
          <w:bCs/>
        </w:rPr>
        <w:t>T</w:t>
      </w:r>
      <w:r w:rsidRPr="00187A44">
        <w:rPr>
          <w:rFonts w:ascii="Times New Roman" w:eastAsia="Times New Roman" w:hAnsi="Times New Roman"/>
          <w:bCs/>
        </w:rPr>
        <w:t>he Board shall determine the composition, appointment, and terms of Service Council members. The Board may appoint Directors, staff, Member representatives, or other individuals as it considers appropriate.</w:t>
      </w:r>
    </w:p>
    <w:p w14:paraId="14D5C931" w14:textId="77777777" w:rsidR="00002430" w:rsidRPr="00187A44" w:rsidRDefault="00002430" w:rsidP="00F14EF6">
      <w:pPr>
        <w:spacing w:after="0" w:line="240" w:lineRule="auto"/>
        <w:rPr>
          <w:bCs/>
        </w:rPr>
      </w:pPr>
    </w:p>
    <w:p w14:paraId="68942135"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Meetings</w:t>
      </w:r>
    </w:p>
    <w:p w14:paraId="15CAE83D"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Service Councils shall </w:t>
      </w:r>
      <w:r w:rsidRPr="00187A44">
        <w:rPr>
          <w:rFonts w:ascii="Times New Roman" w:eastAsia="Times New Roman" w:hAnsi="Times New Roman"/>
          <w:bCs/>
        </w:rPr>
        <w:t>meet at such times and in such manner as the Board or Executive Director may determine.</w:t>
      </w:r>
    </w:p>
    <w:p w14:paraId="243C3AE9" w14:textId="77777777" w:rsidR="00002430" w:rsidRPr="00187A44" w:rsidRDefault="00002430" w:rsidP="00F14EF6">
      <w:pPr>
        <w:spacing w:after="0" w:line="240" w:lineRule="auto"/>
        <w:rPr>
          <w:bCs/>
        </w:rPr>
      </w:pPr>
    </w:p>
    <w:p w14:paraId="3CDC0FB8" w14:textId="77777777"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IX. </w:t>
      </w:r>
    </w:p>
    <w:p w14:paraId="35ACD2D0" w14:textId="19F09049"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DIRECTORS; OFFICERS</w:t>
      </w:r>
    </w:p>
    <w:p w14:paraId="42204B0E" w14:textId="77777777" w:rsidR="00002430" w:rsidRPr="00187A44" w:rsidRDefault="00002430" w:rsidP="00F14EF6">
      <w:pPr>
        <w:spacing w:after="0" w:line="240" w:lineRule="auto"/>
        <w:rPr>
          <w:bCs/>
        </w:rPr>
      </w:pPr>
    </w:p>
    <w:p w14:paraId="6BEC3B9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Board Composition</w:t>
      </w:r>
    </w:p>
    <w:p w14:paraId="60B6F216" w14:textId="77777777" w:rsidR="00002430" w:rsidRPr="00187A44" w:rsidRDefault="00A57E56" w:rsidP="00F14EF6">
      <w:pPr>
        <w:spacing w:after="0" w:line="240" w:lineRule="auto"/>
        <w:rPr>
          <w:bCs/>
        </w:rPr>
      </w:pPr>
      <w:r w:rsidRPr="00360C50">
        <w:rPr>
          <w:rFonts w:ascii="Times New Roman" w:eastAsia="Times New Roman" w:hAnsi="Times New Roman"/>
          <w:bCs/>
          <w:highlight w:val="yellow"/>
        </w:rPr>
        <w:t xml:space="preserve">The Board of Directors shall consist of seven voting Directors and three non-voting members. The voting </w:t>
      </w:r>
      <w:r w:rsidRPr="00360C50">
        <w:rPr>
          <w:rFonts w:ascii="Times New Roman" w:eastAsia="Times New Roman" w:hAnsi="Times New Roman"/>
          <w:bCs/>
          <w:highlight w:val="yellow"/>
        </w:rPr>
        <w:t>Directors shall be Chair, Treasurer, Secretary, Large Club Director, Medium Club Director, Small Club Director, and At-Large Director. The non-voting members shall be Board Counsel, Medical Director, and State Referee Association Representative. The non-vo</w:t>
      </w:r>
      <w:r w:rsidRPr="00360C50">
        <w:rPr>
          <w:rFonts w:ascii="Times New Roman" w:eastAsia="Times New Roman" w:hAnsi="Times New Roman"/>
          <w:bCs/>
          <w:highlight w:val="yellow"/>
        </w:rPr>
        <w:t>ting members may attend meetings, participate in discussion, and provide advice and reports, but shall have no vote on any matter before the Board unless otherwise required by law.</w:t>
      </w:r>
    </w:p>
    <w:p w14:paraId="657214ED" w14:textId="77777777" w:rsidR="00002430" w:rsidRPr="00187A44" w:rsidRDefault="00002430" w:rsidP="00F14EF6">
      <w:pPr>
        <w:spacing w:after="0" w:line="240" w:lineRule="auto"/>
        <w:rPr>
          <w:bCs/>
        </w:rPr>
      </w:pPr>
    </w:p>
    <w:p w14:paraId="6499A741"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Eligibility for Election</w:t>
      </w:r>
    </w:p>
    <w:p w14:paraId="75B25CAD" w14:textId="77777777" w:rsidR="00002430" w:rsidRPr="00187A44" w:rsidRDefault="00A57E56" w:rsidP="00F14EF6">
      <w:pPr>
        <w:spacing w:after="0" w:line="240" w:lineRule="auto"/>
        <w:rPr>
          <w:bCs/>
        </w:rPr>
      </w:pPr>
      <w:r w:rsidRPr="00360C50">
        <w:rPr>
          <w:rFonts w:ascii="Times New Roman" w:eastAsia="Times New Roman" w:hAnsi="Times New Roman"/>
          <w:bCs/>
          <w:highlight w:val="yellow"/>
        </w:rPr>
        <w:t xml:space="preserve">Any natural person otherwise eligible </w:t>
      </w:r>
      <w:r w:rsidRPr="00360C50">
        <w:rPr>
          <w:rFonts w:ascii="Times New Roman" w:eastAsia="Times New Roman" w:hAnsi="Times New Roman"/>
          <w:bCs/>
          <w:highlight w:val="yellow"/>
        </w:rPr>
        <w:t>under the Articles, these Bylaws, and applicable law may be elected to and serve on the Board of Directors. A Voting Member Association may have only one serving and voting member on the Board of Directors at any time. No Voting Member Association may be r</w:t>
      </w:r>
      <w:r w:rsidRPr="00360C50">
        <w:rPr>
          <w:rFonts w:ascii="Times New Roman" w:eastAsia="Times New Roman" w:hAnsi="Times New Roman"/>
          <w:bCs/>
          <w:highlight w:val="yellow"/>
        </w:rPr>
        <w:t>epresented by more than one voting Director simultaneously.</w:t>
      </w:r>
    </w:p>
    <w:p w14:paraId="569A408C" w14:textId="77777777" w:rsidR="00002430" w:rsidRPr="00187A44" w:rsidRDefault="00002430" w:rsidP="00F14EF6">
      <w:pPr>
        <w:spacing w:after="0" w:line="240" w:lineRule="auto"/>
        <w:rPr>
          <w:bCs/>
        </w:rPr>
      </w:pPr>
    </w:p>
    <w:p w14:paraId="76AB23AE"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Section 3. Terms of Office</w:t>
      </w:r>
    </w:p>
    <w:p w14:paraId="1E84CED6" w14:textId="77777777" w:rsidR="00002430" w:rsidRPr="00187A44" w:rsidRDefault="00A57E56" w:rsidP="00F14EF6">
      <w:pPr>
        <w:spacing w:after="0" w:line="240" w:lineRule="auto"/>
        <w:rPr>
          <w:bCs/>
        </w:rPr>
      </w:pPr>
      <w:r w:rsidRPr="00187A44">
        <w:rPr>
          <w:rFonts w:ascii="Times New Roman" w:eastAsia="Times New Roman" w:hAnsi="Times New Roman"/>
          <w:bCs/>
        </w:rPr>
        <w:t>Each voting Director shall serve a term of three years and shall be eligible to serve no more than two consecutive terms in the same office. A Director who has served t</w:t>
      </w:r>
      <w:r w:rsidRPr="00187A44">
        <w:rPr>
          <w:rFonts w:ascii="Times New Roman" w:eastAsia="Times New Roman" w:hAnsi="Times New Roman"/>
          <w:bCs/>
        </w:rPr>
        <w:t>wo consecutive terms in the same office shall be ineligible for immediate reelection to that same office until at least one full term has elapsed. Each Director shall continue to serve until the Director’s successor is elected and qualified, unless the Dir</w:t>
      </w:r>
      <w:r w:rsidRPr="00187A44">
        <w:rPr>
          <w:rFonts w:ascii="Times New Roman" w:eastAsia="Times New Roman" w:hAnsi="Times New Roman"/>
          <w:bCs/>
        </w:rPr>
        <w:t>ector resigns, is removed, becomes disqualified, or the office otherwise becomes vacant.</w:t>
      </w:r>
    </w:p>
    <w:p w14:paraId="67FFAEB2" w14:textId="77777777" w:rsidR="00002430" w:rsidRPr="00187A44" w:rsidRDefault="00002430" w:rsidP="00F14EF6">
      <w:pPr>
        <w:spacing w:after="0" w:line="240" w:lineRule="auto"/>
        <w:rPr>
          <w:bCs/>
        </w:rPr>
      </w:pPr>
    </w:p>
    <w:p w14:paraId="56DDE36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Staggered Elections</w:t>
      </w:r>
    </w:p>
    <w:p w14:paraId="19694F6B" w14:textId="25DA5914" w:rsidR="00002430" w:rsidRPr="00187A44" w:rsidRDefault="00A57E56" w:rsidP="00F14EF6">
      <w:pPr>
        <w:spacing w:after="0" w:line="240" w:lineRule="auto"/>
        <w:rPr>
          <w:bCs/>
        </w:rPr>
      </w:pPr>
      <w:r w:rsidRPr="00360C50">
        <w:rPr>
          <w:rFonts w:ascii="Times New Roman" w:eastAsia="Times New Roman" w:hAnsi="Times New Roman"/>
          <w:bCs/>
          <w:highlight w:val="yellow"/>
        </w:rPr>
        <w:t xml:space="preserve">The Chair, Secretary, and Medium Club Director shall be elected </w:t>
      </w:r>
      <w:r w:rsidR="0006205B" w:rsidRPr="00360C50">
        <w:rPr>
          <w:rFonts w:ascii="Times New Roman" w:eastAsia="Times New Roman" w:hAnsi="Times New Roman"/>
          <w:bCs/>
          <w:highlight w:val="yellow"/>
        </w:rPr>
        <w:t xml:space="preserve">every 3 </w:t>
      </w:r>
      <w:r w:rsidRPr="00360C50">
        <w:rPr>
          <w:rFonts w:ascii="Times New Roman" w:eastAsia="Times New Roman" w:hAnsi="Times New Roman"/>
          <w:bCs/>
          <w:highlight w:val="yellow"/>
        </w:rPr>
        <w:t>years</w:t>
      </w:r>
      <w:r w:rsidR="0006205B" w:rsidRPr="00360C50">
        <w:rPr>
          <w:rFonts w:ascii="Times New Roman" w:eastAsia="Times New Roman" w:hAnsi="Times New Roman"/>
          <w:bCs/>
          <w:highlight w:val="yellow"/>
        </w:rPr>
        <w:t xml:space="preserve"> beginning in 2027</w:t>
      </w:r>
      <w:r w:rsidRPr="00360C50">
        <w:rPr>
          <w:rFonts w:ascii="Times New Roman" w:eastAsia="Times New Roman" w:hAnsi="Times New Roman"/>
          <w:bCs/>
          <w:highlight w:val="yellow"/>
        </w:rPr>
        <w:t>. The Treasurer, Large Club Director, Sm</w:t>
      </w:r>
      <w:r w:rsidRPr="00360C50">
        <w:rPr>
          <w:rFonts w:ascii="Times New Roman" w:eastAsia="Times New Roman" w:hAnsi="Times New Roman"/>
          <w:bCs/>
          <w:highlight w:val="yellow"/>
        </w:rPr>
        <w:t>all Club Director, and At-Large Director shall be elected</w:t>
      </w:r>
      <w:r w:rsidR="0006205B" w:rsidRPr="00360C50">
        <w:rPr>
          <w:rFonts w:ascii="Times New Roman" w:eastAsia="Times New Roman" w:hAnsi="Times New Roman"/>
          <w:bCs/>
          <w:highlight w:val="yellow"/>
        </w:rPr>
        <w:t xml:space="preserve"> every 3 years beginning in 2028</w:t>
      </w:r>
      <w:r w:rsidRPr="00360C50">
        <w:rPr>
          <w:rFonts w:ascii="Times New Roman" w:eastAsia="Times New Roman" w:hAnsi="Times New Roman"/>
          <w:bCs/>
          <w:highlight w:val="yellow"/>
        </w:rPr>
        <w:t>.</w:t>
      </w:r>
    </w:p>
    <w:p w14:paraId="78187869" w14:textId="77777777" w:rsidR="00002430" w:rsidRPr="00187A44" w:rsidRDefault="00002430" w:rsidP="00F14EF6">
      <w:pPr>
        <w:spacing w:after="0" w:line="240" w:lineRule="auto"/>
        <w:rPr>
          <w:bCs/>
        </w:rPr>
      </w:pPr>
    </w:p>
    <w:p w14:paraId="5DD04B5B" w14:textId="5EA114CC"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Vacancies</w:t>
      </w:r>
    </w:p>
    <w:p w14:paraId="1AE7BB9A" w14:textId="77777777" w:rsidR="00002430" w:rsidRPr="00187A44" w:rsidRDefault="00A57E56" w:rsidP="00F14EF6">
      <w:pPr>
        <w:spacing w:after="0" w:line="240" w:lineRule="auto"/>
        <w:rPr>
          <w:bCs/>
        </w:rPr>
      </w:pPr>
      <w:r w:rsidRPr="00187A44">
        <w:rPr>
          <w:rFonts w:ascii="Times New Roman" w:eastAsia="Times New Roman" w:hAnsi="Times New Roman"/>
          <w:bCs/>
        </w:rPr>
        <w:t>Any vacancy among the voting Directors shall be filled by the Board unless the Articles or these Bylaws require election by the Voting Members.</w:t>
      </w:r>
      <w:r w:rsidRPr="00187A44">
        <w:rPr>
          <w:rFonts w:ascii="Times New Roman" w:eastAsia="Times New Roman" w:hAnsi="Times New Roman"/>
          <w:bCs/>
        </w:rPr>
        <w:t xml:space="preserve"> A person elected or appointed to fill a vacancy shall serve for the remainder of the unexpired term and until a successor is elected and qualified. Vacancies in non-voting member positions shall be filled in the same manner as the original appointment or </w:t>
      </w:r>
      <w:r w:rsidRPr="00187A44">
        <w:rPr>
          <w:rFonts w:ascii="Times New Roman" w:eastAsia="Times New Roman" w:hAnsi="Times New Roman"/>
          <w:bCs/>
        </w:rPr>
        <w:t>designation.</w:t>
      </w:r>
    </w:p>
    <w:p w14:paraId="4714B8BE" w14:textId="77777777" w:rsidR="00002430" w:rsidRPr="00187A44" w:rsidRDefault="00002430" w:rsidP="00F14EF6">
      <w:pPr>
        <w:spacing w:after="0" w:line="240" w:lineRule="auto"/>
        <w:rPr>
          <w:bCs/>
        </w:rPr>
      </w:pPr>
    </w:p>
    <w:p w14:paraId="01003AE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Officers</w:t>
      </w:r>
    </w:p>
    <w:p w14:paraId="00E05649" w14:textId="77777777" w:rsidR="00002430" w:rsidRPr="00187A44" w:rsidRDefault="00A57E56" w:rsidP="00F14EF6">
      <w:pPr>
        <w:spacing w:after="0" w:line="240" w:lineRule="auto"/>
        <w:rPr>
          <w:bCs/>
        </w:rPr>
      </w:pPr>
      <w:r w:rsidRPr="00360C50">
        <w:rPr>
          <w:rFonts w:ascii="Times New Roman" w:eastAsia="Times New Roman" w:hAnsi="Times New Roman"/>
          <w:bCs/>
          <w:highlight w:val="yellow"/>
        </w:rPr>
        <w:t>The officers of the Corporation shall be the Chair, Treasurer, and Secretary.</w:t>
      </w:r>
      <w:r w:rsidRPr="00187A44">
        <w:rPr>
          <w:rFonts w:ascii="Times New Roman" w:eastAsia="Times New Roman" w:hAnsi="Times New Roman"/>
          <w:bCs/>
        </w:rPr>
        <w:t xml:space="preserve"> No other Director shall be an Officer unless these Bylaws are amended to provide otherwise.</w:t>
      </w:r>
    </w:p>
    <w:p w14:paraId="395AE1FF" w14:textId="77777777" w:rsidR="00002430" w:rsidRPr="00187A44" w:rsidRDefault="00002430" w:rsidP="00F14EF6">
      <w:pPr>
        <w:spacing w:after="0" w:line="240" w:lineRule="auto"/>
        <w:rPr>
          <w:bCs/>
        </w:rPr>
      </w:pPr>
    </w:p>
    <w:p w14:paraId="6E9CD0CE"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Chair</w:t>
      </w:r>
    </w:p>
    <w:p w14:paraId="11036646" w14:textId="77777777" w:rsidR="00002430" w:rsidRPr="00187A44" w:rsidRDefault="00A57E56" w:rsidP="00F14EF6">
      <w:pPr>
        <w:spacing w:after="0" w:line="240" w:lineRule="auto"/>
        <w:rPr>
          <w:bCs/>
        </w:rPr>
      </w:pPr>
      <w:r w:rsidRPr="00187A44">
        <w:rPr>
          <w:rFonts w:ascii="Times New Roman" w:eastAsia="Times New Roman" w:hAnsi="Times New Roman"/>
          <w:bCs/>
        </w:rPr>
        <w:t>The Chair shall preside at all mee</w:t>
      </w:r>
      <w:r w:rsidRPr="00187A44">
        <w:rPr>
          <w:rFonts w:ascii="Times New Roman" w:eastAsia="Times New Roman" w:hAnsi="Times New Roman"/>
          <w:bCs/>
        </w:rPr>
        <w:t>tings of the Members and the Board, serve as the principal officer of the Corporation, and act as the Corporation’s primary representative as authorized by the Board. The Chair shall provide leadership to the Board and perform such other duties as may be a</w:t>
      </w:r>
      <w:r w:rsidRPr="00187A44">
        <w:rPr>
          <w:rFonts w:ascii="Times New Roman" w:eastAsia="Times New Roman" w:hAnsi="Times New Roman"/>
          <w:bCs/>
        </w:rPr>
        <w:t>ssigned by the Board or required by these Bylaws.</w:t>
      </w:r>
    </w:p>
    <w:p w14:paraId="4A775396" w14:textId="77777777" w:rsidR="00002430" w:rsidRPr="00187A44" w:rsidRDefault="00002430" w:rsidP="00F14EF6">
      <w:pPr>
        <w:spacing w:after="0" w:line="240" w:lineRule="auto"/>
        <w:rPr>
          <w:bCs/>
        </w:rPr>
      </w:pPr>
    </w:p>
    <w:p w14:paraId="5ECE784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8. Treasurer</w:t>
      </w:r>
    </w:p>
    <w:p w14:paraId="31E862DB"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Treasurer shall oversee the financial affairs of the Corporation, including financial reporting, budgeting oversight, fiscal controls, and Board review of financial </w:t>
      </w:r>
      <w:r w:rsidRPr="00187A44">
        <w:rPr>
          <w:rFonts w:ascii="Times New Roman" w:eastAsia="Times New Roman" w:hAnsi="Times New Roman"/>
          <w:bCs/>
        </w:rPr>
        <w:t xml:space="preserve">condition, and shall perform such other duties as may be assigned by the Board. </w:t>
      </w:r>
      <w:r w:rsidRPr="00A06A89">
        <w:rPr>
          <w:rFonts w:ascii="Times New Roman" w:eastAsia="Times New Roman" w:hAnsi="Times New Roman"/>
          <w:bCs/>
          <w:highlight w:val="yellow"/>
        </w:rPr>
        <w:t>In the absence or inability to act of the Chair, or in the event of a vacancy in the office of Chair, the Treasurer shall exercise the powers and perform the duties of the Chai</w:t>
      </w:r>
      <w:r w:rsidRPr="00A06A89">
        <w:rPr>
          <w:rFonts w:ascii="Times New Roman" w:eastAsia="Times New Roman" w:hAnsi="Times New Roman"/>
          <w:bCs/>
          <w:highlight w:val="yellow"/>
        </w:rPr>
        <w:t>r until the Chair returns, is replaced, or the vacancy is filled, unless the Board provides otherwise consistent with these Bylaws</w:t>
      </w:r>
      <w:r w:rsidRPr="00187A44">
        <w:rPr>
          <w:rFonts w:ascii="Times New Roman" w:eastAsia="Times New Roman" w:hAnsi="Times New Roman"/>
          <w:bCs/>
        </w:rPr>
        <w:t>.</w:t>
      </w:r>
    </w:p>
    <w:p w14:paraId="3B252E18" w14:textId="77777777" w:rsidR="00002430" w:rsidRPr="00187A44" w:rsidRDefault="00002430" w:rsidP="00F14EF6">
      <w:pPr>
        <w:spacing w:after="0" w:line="240" w:lineRule="auto"/>
        <w:rPr>
          <w:bCs/>
        </w:rPr>
      </w:pPr>
    </w:p>
    <w:p w14:paraId="1C6633F3"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9. Secretary</w:t>
      </w:r>
    </w:p>
    <w:p w14:paraId="17E3B3F7" w14:textId="77777777" w:rsidR="00002430" w:rsidRPr="00187A44" w:rsidRDefault="00A57E56" w:rsidP="00F14EF6">
      <w:pPr>
        <w:spacing w:after="0" w:line="240" w:lineRule="auto"/>
        <w:rPr>
          <w:bCs/>
        </w:rPr>
      </w:pPr>
      <w:r w:rsidRPr="00187A44">
        <w:rPr>
          <w:rFonts w:ascii="Times New Roman" w:eastAsia="Times New Roman" w:hAnsi="Times New Roman"/>
          <w:bCs/>
        </w:rPr>
        <w:t>The Secretary shall maintain the minutes, records, notices, and corporate documents of the Corporation</w:t>
      </w:r>
      <w:r w:rsidRPr="00187A44">
        <w:rPr>
          <w:rFonts w:ascii="Times New Roman" w:eastAsia="Times New Roman" w:hAnsi="Times New Roman"/>
          <w:bCs/>
        </w:rPr>
        <w:t xml:space="preserve"> and shall ensure proper notice of meetings and maintenance of the corporate records.</w:t>
      </w:r>
    </w:p>
    <w:p w14:paraId="157BD789" w14:textId="77777777" w:rsidR="00002430" w:rsidRPr="00187A44" w:rsidRDefault="00002430" w:rsidP="00F14EF6">
      <w:pPr>
        <w:spacing w:after="0" w:line="240" w:lineRule="auto"/>
        <w:rPr>
          <w:bCs/>
        </w:rPr>
      </w:pPr>
    </w:p>
    <w:p w14:paraId="4B085D3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10. Large Club Director</w:t>
      </w:r>
    </w:p>
    <w:p w14:paraId="1AECD489" w14:textId="77777777" w:rsidR="00002430" w:rsidRPr="00187A44" w:rsidRDefault="00A57E56" w:rsidP="00F14EF6">
      <w:pPr>
        <w:spacing w:after="0" w:line="240" w:lineRule="auto"/>
        <w:rPr>
          <w:bCs/>
        </w:rPr>
      </w:pPr>
      <w:r w:rsidRPr="00187A44">
        <w:rPr>
          <w:rFonts w:ascii="Times New Roman" w:eastAsia="Times New Roman" w:hAnsi="Times New Roman"/>
          <w:bCs/>
        </w:rPr>
        <w:t>The Large Club Director shall represent the interests of Large Club Members in Board deliberations and shall perform such other duties as</w:t>
      </w:r>
      <w:r w:rsidRPr="00187A44">
        <w:rPr>
          <w:rFonts w:ascii="Times New Roman" w:eastAsia="Times New Roman" w:hAnsi="Times New Roman"/>
          <w:bCs/>
        </w:rPr>
        <w:t xml:space="preserve"> assigned by the Board.</w:t>
      </w:r>
    </w:p>
    <w:p w14:paraId="0AA23F2D" w14:textId="77777777" w:rsidR="00002430" w:rsidRPr="00187A44" w:rsidRDefault="00002430" w:rsidP="00F14EF6">
      <w:pPr>
        <w:spacing w:after="0" w:line="240" w:lineRule="auto"/>
        <w:rPr>
          <w:bCs/>
        </w:rPr>
      </w:pPr>
    </w:p>
    <w:p w14:paraId="0D5E45B1"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11. Medium Club Director</w:t>
      </w:r>
    </w:p>
    <w:p w14:paraId="74A44E72" w14:textId="77777777" w:rsidR="00002430" w:rsidRPr="00187A44" w:rsidRDefault="00A57E56" w:rsidP="00F14EF6">
      <w:pPr>
        <w:spacing w:after="0" w:line="240" w:lineRule="auto"/>
        <w:rPr>
          <w:bCs/>
        </w:rPr>
      </w:pPr>
      <w:r w:rsidRPr="00187A44">
        <w:rPr>
          <w:rFonts w:ascii="Times New Roman" w:eastAsia="Times New Roman" w:hAnsi="Times New Roman"/>
          <w:bCs/>
        </w:rPr>
        <w:t>The Medium Club Director shall represent the interests of Medium Club Members in Board deliberations and shall perform such other duties as assigned by the Board.</w:t>
      </w:r>
    </w:p>
    <w:p w14:paraId="5E625FA0" w14:textId="77777777" w:rsidR="00002430" w:rsidRPr="00187A44" w:rsidRDefault="00002430" w:rsidP="00F14EF6">
      <w:pPr>
        <w:spacing w:after="0" w:line="240" w:lineRule="auto"/>
        <w:rPr>
          <w:bCs/>
        </w:rPr>
      </w:pPr>
    </w:p>
    <w:p w14:paraId="7EFB72D5"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12. Small Club Director</w:t>
      </w:r>
    </w:p>
    <w:p w14:paraId="0F71634C" w14:textId="77777777" w:rsidR="00002430" w:rsidRPr="00187A44" w:rsidRDefault="00A57E56" w:rsidP="00F14EF6">
      <w:pPr>
        <w:spacing w:after="0" w:line="240" w:lineRule="auto"/>
        <w:rPr>
          <w:bCs/>
        </w:rPr>
      </w:pPr>
      <w:r w:rsidRPr="00187A44">
        <w:rPr>
          <w:rFonts w:ascii="Times New Roman" w:eastAsia="Times New Roman" w:hAnsi="Times New Roman"/>
          <w:bCs/>
        </w:rPr>
        <w:t>Th</w:t>
      </w:r>
      <w:r w:rsidRPr="00187A44">
        <w:rPr>
          <w:rFonts w:ascii="Times New Roman" w:eastAsia="Times New Roman" w:hAnsi="Times New Roman"/>
          <w:bCs/>
        </w:rPr>
        <w:t>e Small Club Director shall represent the interests of Small Club Members in Board deliberations and shall perform such other duties as assigned by the Board.</w:t>
      </w:r>
    </w:p>
    <w:p w14:paraId="0BFB0F4A" w14:textId="77777777" w:rsidR="00002430" w:rsidRPr="00187A44" w:rsidRDefault="00002430" w:rsidP="00F14EF6">
      <w:pPr>
        <w:spacing w:after="0" w:line="240" w:lineRule="auto"/>
        <w:rPr>
          <w:bCs/>
        </w:rPr>
      </w:pPr>
    </w:p>
    <w:p w14:paraId="39863198"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13. At-Large Director</w:t>
      </w:r>
    </w:p>
    <w:p w14:paraId="6C297865" w14:textId="77777777" w:rsidR="00002430" w:rsidRPr="00187A44" w:rsidRDefault="00A57E56" w:rsidP="00F14EF6">
      <w:pPr>
        <w:spacing w:after="0" w:line="240" w:lineRule="auto"/>
        <w:rPr>
          <w:bCs/>
        </w:rPr>
      </w:pPr>
      <w:r w:rsidRPr="00187A44">
        <w:rPr>
          <w:rFonts w:ascii="Times New Roman" w:eastAsia="Times New Roman" w:hAnsi="Times New Roman"/>
          <w:bCs/>
        </w:rPr>
        <w:t>The At-Large Director shall serve the interests of the Corporation</w:t>
      </w:r>
      <w:r w:rsidRPr="00187A44">
        <w:rPr>
          <w:rFonts w:ascii="Times New Roman" w:eastAsia="Times New Roman" w:hAnsi="Times New Roman"/>
          <w:bCs/>
        </w:rPr>
        <w:t xml:space="preserve"> as a whole and shall not represent any single class of Member.</w:t>
      </w:r>
    </w:p>
    <w:p w14:paraId="0DFCB547" w14:textId="77777777" w:rsidR="00002430" w:rsidRPr="00187A44" w:rsidRDefault="00002430" w:rsidP="00F14EF6">
      <w:pPr>
        <w:spacing w:after="0" w:line="240" w:lineRule="auto"/>
        <w:rPr>
          <w:bCs/>
        </w:rPr>
      </w:pPr>
    </w:p>
    <w:p w14:paraId="32C31E90"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14. Duties of Non-Voting Members</w:t>
      </w:r>
    </w:p>
    <w:p w14:paraId="027855E1"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Board Counsel shall advise the Corporation on legal, governance, compliance, contract, and dispute-related matters. The Medical Director shall advise </w:t>
      </w:r>
      <w:r w:rsidRPr="00187A44">
        <w:rPr>
          <w:rFonts w:ascii="Times New Roman" w:eastAsia="Times New Roman" w:hAnsi="Times New Roman"/>
          <w:bCs/>
        </w:rPr>
        <w:t xml:space="preserve">the Corporation on medical, safety, return-to-play, concussion, emergency response, and related health matters. The State Referee Association Representative shall serve as a liaison regarding referee development, match official matters, and related policy </w:t>
      </w:r>
      <w:r w:rsidRPr="00187A44">
        <w:rPr>
          <w:rFonts w:ascii="Times New Roman" w:eastAsia="Times New Roman" w:hAnsi="Times New Roman"/>
          <w:bCs/>
        </w:rPr>
        <w:t>issues.</w:t>
      </w:r>
    </w:p>
    <w:p w14:paraId="5D834ADD" w14:textId="77777777" w:rsidR="00002430" w:rsidRPr="00187A44" w:rsidRDefault="00002430" w:rsidP="00F14EF6">
      <w:pPr>
        <w:spacing w:after="0" w:line="240" w:lineRule="auto"/>
        <w:rPr>
          <w:bCs/>
        </w:rPr>
      </w:pPr>
    </w:p>
    <w:p w14:paraId="10DBEDF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15. Strategic Governance Role</w:t>
      </w:r>
    </w:p>
    <w:p w14:paraId="6045A407" w14:textId="77777777" w:rsidR="00002430" w:rsidRPr="00187A44" w:rsidRDefault="00A57E56" w:rsidP="00F14EF6">
      <w:pPr>
        <w:spacing w:after="0" w:line="240" w:lineRule="auto"/>
        <w:rPr>
          <w:bCs/>
        </w:rPr>
      </w:pPr>
      <w:r w:rsidRPr="00360C50">
        <w:rPr>
          <w:rFonts w:ascii="Times New Roman" w:eastAsia="Times New Roman" w:hAnsi="Times New Roman"/>
          <w:bCs/>
          <w:highlight w:val="yellow"/>
        </w:rPr>
        <w:t>The Board shall be responsible for the strategic direction, oversight, and policy governance of the Corporation. The Board shall not be responsible for day-to-day operations, which shall be delegated to the Ex</w:t>
      </w:r>
      <w:r w:rsidRPr="00360C50">
        <w:rPr>
          <w:rFonts w:ascii="Times New Roman" w:eastAsia="Times New Roman" w:hAnsi="Times New Roman"/>
          <w:bCs/>
          <w:highlight w:val="yellow"/>
        </w:rPr>
        <w:t>ecutive Director and staff under Board-approved policies and procedures.</w:t>
      </w:r>
    </w:p>
    <w:p w14:paraId="6AB28552" w14:textId="77777777" w:rsidR="00002430" w:rsidRPr="00187A44" w:rsidRDefault="00002430" w:rsidP="00F14EF6">
      <w:pPr>
        <w:spacing w:after="0" w:line="240" w:lineRule="auto"/>
        <w:rPr>
          <w:bCs/>
        </w:rPr>
      </w:pPr>
    </w:p>
    <w:p w14:paraId="5DB18064"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16. Conflicts and Removal</w:t>
      </w:r>
    </w:p>
    <w:p w14:paraId="7D9761DA" w14:textId="77777777" w:rsidR="00002430" w:rsidRPr="00187A44" w:rsidRDefault="00A57E56" w:rsidP="00F14EF6">
      <w:pPr>
        <w:spacing w:after="0" w:line="240" w:lineRule="auto"/>
        <w:rPr>
          <w:bCs/>
        </w:rPr>
      </w:pPr>
      <w:r w:rsidRPr="00187A44">
        <w:rPr>
          <w:rFonts w:ascii="Times New Roman" w:eastAsia="Times New Roman" w:hAnsi="Times New Roman"/>
          <w:bCs/>
        </w:rPr>
        <w:t>Each Director shall comply with the Corporation’s conflict-of-interest policies and any applicable recusal requirements. Any Director may be removed</w:t>
      </w:r>
      <w:r w:rsidRPr="00187A44">
        <w:rPr>
          <w:rFonts w:ascii="Times New Roman" w:eastAsia="Times New Roman" w:hAnsi="Times New Roman"/>
          <w:bCs/>
        </w:rPr>
        <w:t xml:space="preserve"> in accordance with the Articles, these Bylaws, and applicable law.</w:t>
      </w:r>
    </w:p>
    <w:p w14:paraId="3391ED1F" w14:textId="77777777" w:rsidR="00002430" w:rsidRPr="00187A44" w:rsidRDefault="00002430" w:rsidP="00F14EF6">
      <w:pPr>
        <w:spacing w:after="0" w:line="240" w:lineRule="auto"/>
        <w:rPr>
          <w:bCs/>
        </w:rPr>
      </w:pPr>
    </w:p>
    <w:p w14:paraId="00427AB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17. Removal of Directors</w:t>
      </w:r>
    </w:p>
    <w:p w14:paraId="116B21D1" w14:textId="77777777" w:rsidR="00002430" w:rsidRPr="00187A44" w:rsidRDefault="00A57E56" w:rsidP="00F14EF6">
      <w:pPr>
        <w:spacing w:after="0" w:line="240" w:lineRule="auto"/>
        <w:rPr>
          <w:bCs/>
        </w:rPr>
      </w:pPr>
      <w:r w:rsidRPr="00360C50">
        <w:rPr>
          <w:rFonts w:ascii="Times New Roman" w:eastAsia="Times New Roman" w:hAnsi="Times New Roman"/>
          <w:bCs/>
          <w:highlight w:val="yellow"/>
        </w:rPr>
        <w:t xml:space="preserve">Any Director may be removed from office by the affirmative vote of 50.1% of the Voting Power. A Director removed under this Section shall be deemed to </w:t>
      </w:r>
      <w:r w:rsidRPr="00360C50">
        <w:rPr>
          <w:rFonts w:ascii="Times New Roman" w:eastAsia="Times New Roman" w:hAnsi="Times New Roman"/>
          <w:bCs/>
          <w:highlight w:val="yellow"/>
        </w:rPr>
        <w:t>have resigned effective immediately upon the effectiveness of the removal vote, and the resulting vacancy shall be filled in accordance with these Bylaws.</w:t>
      </w:r>
    </w:p>
    <w:p w14:paraId="55FD0626" w14:textId="77777777" w:rsidR="00002430" w:rsidRPr="00187A44" w:rsidRDefault="00002430" w:rsidP="00F14EF6">
      <w:pPr>
        <w:spacing w:after="0" w:line="240" w:lineRule="auto"/>
        <w:rPr>
          <w:bCs/>
        </w:rPr>
      </w:pPr>
    </w:p>
    <w:p w14:paraId="69B06EA2" w14:textId="77777777"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X. </w:t>
      </w:r>
    </w:p>
    <w:p w14:paraId="66E1C2FD" w14:textId="6153DF75"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INDEMNIFICATION</w:t>
      </w:r>
    </w:p>
    <w:p w14:paraId="7E02587F" w14:textId="77777777" w:rsidR="00002430" w:rsidRPr="00187A44" w:rsidRDefault="00002430" w:rsidP="00F14EF6">
      <w:pPr>
        <w:spacing w:after="0" w:line="240" w:lineRule="auto"/>
        <w:rPr>
          <w:bCs/>
        </w:rPr>
      </w:pPr>
    </w:p>
    <w:p w14:paraId="3B09F241"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Indemnification Provisions</w:t>
      </w:r>
    </w:p>
    <w:p w14:paraId="079F73AB" w14:textId="77777777" w:rsidR="00002430" w:rsidRPr="00187A44" w:rsidRDefault="00A57E56" w:rsidP="00F14EF6">
      <w:pPr>
        <w:spacing w:after="0" w:line="240" w:lineRule="auto"/>
        <w:rPr>
          <w:bCs/>
        </w:rPr>
      </w:pPr>
      <w:r w:rsidRPr="00187A44">
        <w:rPr>
          <w:rFonts w:ascii="Times New Roman" w:eastAsia="Times New Roman" w:hAnsi="Times New Roman"/>
          <w:bCs/>
        </w:rPr>
        <w:t>To the fullest extent permitted b</w:t>
      </w:r>
      <w:r w:rsidRPr="00187A44">
        <w:rPr>
          <w:rFonts w:ascii="Times New Roman" w:eastAsia="Times New Roman" w:hAnsi="Times New Roman"/>
          <w:bCs/>
        </w:rPr>
        <w:t>y law, the Corporation shall indemnify any person who is or was a Director, Officer, employee, committee member, or agent of the Corporation against liabilities and litigation expenses incurred in connection with any threatened, pending, or completed actio</w:t>
      </w:r>
      <w:r w:rsidRPr="00187A44">
        <w:rPr>
          <w:rFonts w:ascii="Times New Roman" w:eastAsia="Times New Roman" w:hAnsi="Times New Roman"/>
          <w:bCs/>
        </w:rPr>
        <w:t>n, suit, or proceeding by reason of such person’s status or conduct on behalf of the Corporation, except to the extent prohibited by law or based on conduct not in the best interests of the Corporation.</w:t>
      </w:r>
    </w:p>
    <w:p w14:paraId="0B25289D" w14:textId="77777777" w:rsidR="00002430" w:rsidRPr="00187A44" w:rsidRDefault="00002430" w:rsidP="00F14EF6">
      <w:pPr>
        <w:spacing w:after="0" w:line="240" w:lineRule="auto"/>
        <w:rPr>
          <w:bCs/>
        </w:rPr>
      </w:pPr>
    </w:p>
    <w:p w14:paraId="2B93B91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Definitions</w:t>
      </w:r>
    </w:p>
    <w:p w14:paraId="5D2FBD8E" w14:textId="77777777" w:rsidR="00002430" w:rsidRPr="00187A44" w:rsidRDefault="00A57E56" w:rsidP="00F14EF6">
      <w:pPr>
        <w:spacing w:after="0" w:line="240" w:lineRule="auto"/>
        <w:rPr>
          <w:bCs/>
        </w:rPr>
      </w:pPr>
      <w:r w:rsidRPr="00187A44">
        <w:rPr>
          <w:rFonts w:ascii="Times New Roman" w:eastAsia="Times New Roman" w:hAnsi="Times New Roman"/>
          <w:bCs/>
        </w:rPr>
        <w:t>For purposes of this Article,</w:t>
      </w:r>
      <w:r w:rsidRPr="00187A44">
        <w:rPr>
          <w:rFonts w:ascii="Times New Roman" w:eastAsia="Times New Roman" w:hAnsi="Times New Roman"/>
          <w:bCs/>
        </w:rPr>
        <w:t xml:space="preserve"> “liabilities” and “litigation expenses” shall include amounts and costs of the kind customarily indemnifiable under North Carolina law and the policies of the Corporation.</w:t>
      </w:r>
    </w:p>
    <w:p w14:paraId="0B87DE82" w14:textId="77777777" w:rsidR="00002430" w:rsidRPr="00187A44" w:rsidRDefault="00002430" w:rsidP="00F14EF6">
      <w:pPr>
        <w:spacing w:after="0" w:line="240" w:lineRule="auto"/>
        <w:rPr>
          <w:bCs/>
        </w:rPr>
      </w:pPr>
    </w:p>
    <w:p w14:paraId="766FE69B"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Settlements</w:t>
      </w:r>
    </w:p>
    <w:p w14:paraId="3DEED027"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The Corporation shall not be liable to indemnify a </w:t>
      </w:r>
      <w:r w:rsidRPr="00187A44">
        <w:rPr>
          <w:rFonts w:ascii="Times New Roman" w:eastAsia="Times New Roman" w:hAnsi="Times New Roman"/>
          <w:bCs/>
        </w:rPr>
        <w:t>claimant for amounts paid in settlement of any proceeding without the Corporation’s written consent, which consent shall not be unreasonably withheld.</w:t>
      </w:r>
    </w:p>
    <w:p w14:paraId="0DB44E26" w14:textId="77777777" w:rsidR="00002430" w:rsidRPr="00187A44" w:rsidRDefault="00002430" w:rsidP="00F14EF6">
      <w:pPr>
        <w:spacing w:after="0" w:line="240" w:lineRule="auto"/>
        <w:rPr>
          <w:bCs/>
        </w:rPr>
      </w:pPr>
    </w:p>
    <w:p w14:paraId="5926C37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Litigation Expense Advances</w:t>
      </w:r>
    </w:p>
    <w:p w14:paraId="3F24DCBB" w14:textId="77777777" w:rsidR="00002430" w:rsidRPr="00187A44" w:rsidRDefault="00A57E56" w:rsidP="00F14EF6">
      <w:pPr>
        <w:spacing w:after="0" w:line="240" w:lineRule="auto"/>
        <w:rPr>
          <w:bCs/>
        </w:rPr>
      </w:pPr>
      <w:r w:rsidRPr="00187A44">
        <w:rPr>
          <w:rFonts w:ascii="Times New Roman" w:eastAsia="Times New Roman" w:hAnsi="Times New Roman"/>
          <w:bCs/>
        </w:rPr>
        <w:t>The Corporation may advance litigation expenses in appropriate ci</w:t>
      </w:r>
      <w:r w:rsidRPr="00187A44">
        <w:rPr>
          <w:rFonts w:ascii="Times New Roman" w:eastAsia="Times New Roman" w:hAnsi="Times New Roman"/>
          <w:bCs/>
        </w:rPr>
        <w:t>rcumstances upon such terms as the Board deems proper and permitted by law.</w:t>
      </w:r>
    </w:p>
    <w:p w14:paraId="0434D67E" w14:textId="77777777" w:rsidR="00002430" w:rsidRPr="00187A44" w:rsidRDefault="00002430" w:rsidP="00F14EF6">
      <w:pPr>
        <w:spacing w:after="0" w:line="240" w:lineRule="auto"/>
        <w:rPr>
          <w:bCs/>
        </w:rPr>
      </w:pPr>
    </w:p>
    <w:p w14:paraId="7A154A1B"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5. Approval of Indemnification Payments</w:t>
      </w:r>
    </w:p>
    <w:p w14:paraId="1DC8DFB4" w14:textId="77777777" w:rsidR="00002430" w:rsidRPr="00187A44" w:rsidRDefault="00A57E56" w:rsidP="00F14EF6">
      <w:pPr>
        <w:spacing w:after="0" w:line="240" w:lineRule="auto"/>
        <w:rPr>
          <w:bCs/>
        </w:rPr>
      </w:pPr>
      <w:r w:rsidRPr="00187A44">
        <w:rPr>
          <w:rFonts w:ascii="Times New Roman" w:eastAsia="Times New Roman" w:hAnsi="Times New Roman"/>
          <w:bCs/>
        </w:rPr>
        <w:t>Except as otherwise provided in this Article, the Board shall take such action as may be necessary and appropriate to authorize pay</w:t>
      </w:r>
      <w:r w:rsidRPr="00187A44">
        <w:rPr>
          <w:rFonts w:ascii="Times New Roman" w:eastAsia="Times New Roman" w:hAnsi="Times New Roman"/>
          <w:bCs/>
        </w:rPr>
        <w:t>ment of indemnification required by this Article.</w:t>
      </w:r>
    </w:p>
    <w:p w14:paraId="3E3AB377" w14:textId="77777777" w:rsidR="00002430" w:rsidRPr="00187A44" w:rsidRDefault="00002430" w:rsidP="00F14EF6">
      <w:pPr>
        <w:spacing w:after="0" w:line="240" w:lineRule="auto"/>
        <w:rPr>
          <w:bCs/>
        </w:rPr>
      </w:pPr>
    </w:p>
    <w:p w14:paraId="6D03A31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6. Suits by Claimant</w:t>
      </w:r>
    </w:p>
    <w:p w14:paraId="3F9562EE" w14:textId="77777777" w:rsidR="00002430" w:rsidRPr="00187A44" w:rsidRDefault="00A57E56" w:rsidP="00F14EF6">
      <w:pPr>
        <w:spacing w:after="0" w:line="240" w:lineRule="auto"/>
        <w:rPr>
          <w:bCs/>
        </w:rPr>
      </w:pPr>
      <w:r w:rsidRPr="00187A44">
        <w:rPr>
          <w:rFonts w:ascii="Times New Roman" w:eastAsia="Times New Roman" w:hAnsi="Times New Roman"/>
          <w:bCs/>
        </w:rPr>
        <w:t>A claimant may bring suit to enforce rights under this Article only after the claim procedures established by the Corporation have been exhausted or after the period required b</w:t>
      </w:r>
      <w:r w:rsidRPr="00187A44">
        <w:rPr>
          <w:rFonts w:ascii="Times New Roman" w:eastAsia="Times New Roman" w:hAnsi="Times New Roman"/>
          <w:bCs/>
        </w:rPr>
        <w:t>y law has elapsed.</w:t>
      </w:r>
    </w:p>
    <w:p w14:paraId="610124BE" w14:textId="77777777" w:rsidR="00002430" w:rsidRPr="00187A44" w:rsidRDefault="00002430" w:rsidP="00F14EF6">
      <w:pPr>
        <w:spacing w:after="0" w:line="240" w:lineRule="auto"/>
        <w:rPr>
          <w:bCs/>
        </w:rPr>
      </w:pPr>
    </w:p>
    <w:p w14:paraId="03EB7687" w14:textId="1071CAD0"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7. Consideration; Personal Representatives and Other Remedies</w:t>
      </w:r>
    </w:p>
    <w:p w14:paraId="7B2EC2ED" w14:textId="77777777" w:rsidR="00002430" w:rsidRPr="00187A44" w:rsidRDefault="00A57E56" w:rsidP="00F14EF6">
      <w:pPr>
        <w:spacing w:after="0" w:line="240" w:lineRule="auto"/>
        <w:rPr>
          <w:bCs/>
        </w:rPr>
      </w:pPr>
      <w:r w:rsidRPr="00187A44">
        <w:rPr>
          <w:rFonts w:ascii="Times New Roman" w:eastAsia="Times New Roman" w:hAnsi="Times New Roman"/>
          <w:bCs/>
        </w:rPr>
        <w:t>The rights granted in this Article shall inure to the benefit of the legal representatives of any person who qualifies or would qualify as a claimant and shall not be</w:t>
      </w:r>
      <w:r w:rsidRPr="00187A44">
        <w:rPr>
          <w:rFonts w:ascii="Times New Roman" w:eastAsia="Times New Roman" w:hAnsi="Times New Roman"/>
          <w:bCs/>
        </w:rPr>
        <w:t xml:space="preserve"> exclusive of any other rights to which such person may be entitled.</w:t>
      </w:r>
    </w:p>
    <w:p w14:paraId="4BF8EC8B" w14:textId="77777777" w:rsidR="00002430" w:rsidRPr="00187A44" w:rsidRDefault="00002430" w:rsidP="00F14EF6">
      <w:pPr>
        <w:spacing w:after="0" w:line="240" w:lineRule="auto"/>
        <w:rPr>
          <w:bCs/>
        </w:rPr>
      </w:pPr>
    </w:p>
    <w:p w14:paraId="27976072"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8. Scope of Indemnification Rights</w:t>
      </w:r>
    </w:p>
    <w:p w14:paraId="755BC7FB"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Except as otherwise set forth in these Bylaws or required by law, the rights granted in this Article shall not be limited by the </w:t>
      </w:r>
      <w:r w:rsidRPr="00187A44">
        <w:rPr>
          <w:rFonts w:ascii="Times New Roman" w:eastAsia="Times New Roman" w:hAnsi="Times New Roman"/>
          <w:bCs/>
        </w:rPr>
        <w:t>provisions of the Nonprofit Law.</w:t>
      </w:r>
    </w:p>
    <w:p w14:paraId="5D13EED4" w14:textId="77777777" w:rsidR="00002430" w:rsidRPr="00187A44" w:rsidRDefault="00002430" w:rsidP="00F14EF6">
      <w:pPr>
        <w:spacing w:after="0" w:line="240" w:lineRule="auto"/>
        <w:rPr>
          <w:bCs/>
        </w:rPr>
      </w:pPr>
    </w:p>
    <w:p w14:paraId="60BE2497"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9. Extension of Indemnification Rights to Additional Persons</w:t>
      </w:r>
    </w:p>
    <w:p w14:paraId="798E8C12" w14:textId="77777777" w:rsidR="00002430" w:rsidRPr="00187A44" w:rsidRDefault="00A57E56" w:rsidP="00F14EF6">
      <w:pPr>
        <w:spacing w:after="0" w:line="240" w:lineRule="auto"/>
        <w:rPr>
          <w:bCs/>
        </w:rPr>
      </w:pPr>
      <w:r w:rsidRPr="00187A44">
        <w:rPr>
          <w:rFonts w:ascii="Times New Roman" w:eastAsia="Times New Roman" w:hAnsi="Times New Roman"/>
          <w:bCs/>
        </w:rPr>
        <w:t>The Board may, from time to time, extend indemnification rights consistent with this Article to other persons serving at the request of the Corporation.</w:t>
      </w:r>
    </w:p>
    <w:p w14:paraId="6CA078DC" w14:textId="77777777" w:rsidR="00002430" w:rsidRPr="00187A44" w:rsidRDefault="00002430" w:rsidP="00F14EF6">
      <w:pPr>
        <w:spacing w:after="0" w:line="240" w:lineRule="auto"/>
        <w:rPr>
          <w:bCs/>
        </w:rPr>
      </w:pPr>
    </w:p>
    <w:p w14:paraId="352C60DD" w14:textId="77777777"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XI. </w:t>
      </w:r>
    </w:p>
    <w:p w14:paraId="63498688" w14:textId="0B6ECFF3"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EMERGENCY BYLAWS</w:t>
      </w:r>
    </w:p>
    <w:p w14:paraId="16BAFDEE" w14:textId="77777777" w:rsidR="00002430" w:rsidRPr="00187A44" w:rsidRDefault="00002430" w:rsidP="00F14EF6">
      <w:pPr>
        <w:spacing w:after="0" w:line="240" w:lineRule="auto"/>
        <w:rPr>
          <w:bCs/>
        </w:rPr>
      </w:pPr>
    </w:p>
    <w:p w14:paraId="1EAC43DE"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Effectiveness</w:t>
      </w:r>
    </w:p>
    <w:p w14:paraId="51B45C29" w14:textId="77777777" w:rsidR="00002430" w:rsidRPr="00187A44" w:rsidRDefault="00A57E56" w:rsidP="00F14EF6">
      <w:pPr>
        <w:spacing w:after="0" w:line="240" w:lineRule="auto"/>
        <w:rPr>
          <w:bCs/>
        </w:rPr>
      </w:pPr>
      <w:r w:rsidRPr="00187A44">
        <w:rPr>
          <w:rFonts w:ascii="Times New Roman" w:eastAsia="Times New Roman" w:hAnsi="Times New Roman"/>
          <w:bCs/>
        </w:rPr>
        <w:t>Notwithstanding any other provisions of these Bylaws or the Articles, the emergency bylaws in this Article shall be effective during any Emergency. To the extent not inconsistent with this Article, t</w:t>
      </w:r>
      <w:r w:rsidRPr="00187A44">
        <w:rPr>
          <w:rFonts w:ascii="Times New Roman" w:eastAsia="Times New Roman" w:hAnsi="Times New Roman"/>
          <w:bCs/>
        </w:rPr>
        <w:t>he provisions of the regular Bylaws shall remain in effect during such Emergency. Upon termination of the Emergency, this Article shall cease to be effective.</w:t>
      </w:r>
    </w:p>
    <w:p w14:paraId="0F4079CC" w14:textId="77777777" w:rsidR="00002430" w:rsidRPr="00187A44" w:rsidRDefault="00002430" w:rsidP="00F14EF6">
      <w:pPr>
        <w:spacing w:after="0" w:line="240" w:lineRule="auto"/>
        <w:rPr>
          <w:bCs/>
        </w:rPr>
      </w:pPr>
    </w:p>
    <w:p w14:paraId="378D45FA"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Board Meetings</w:t>
      </w:r>
    </w:p>
    <w:p w14:paraId="41C24A82" w14:textId="77777777" w:rsidR="00002430" w:rsidRPr="00187A44" w:rsidRDefault="00A57E56" w:rsidP="00F14EF6">
      <w:pPr>
        <w:spacing w:after="0" w:line="240" w:lineRule="auto"/>
        <w:rPr>
          <w:bCs/>
        </w:rPr>
      </w:pPr>
      <w:r w:rsidRPr="00187A44">
        <w:rPr>
          <w:rFonts w:ascii="Times New Roman" w:eastAsia="Times New Roman" w:hAnsi="Times New Roman"/>
          <w:bCs/>
        </w:rPr>
        <w:t>During any such Emergency, a meeting of the Board may be called by any</w:t>
      </w:r>
      <w:r w:rsidRPr="00187A44">
        <w:rPr>
          <w:rFonts w:ascii="Times New Roman" w:eastAsia="Times New Roman" w:hAnsi="Times New Roman"/>
          <w:bCs/>
        </w:rPr>
        <w:t xml:space="preserve"> Director. Notice of the time and place of the meeting shall be given by the person calling the meeting to such of the Directors as it may be feasible to reach at the time by any available means of communication. The Board may take any action it deems nece</w:t>
      </w:r>
      <w:r w:rsidRPr="00187A44">
        <w:rPr>
          <w:rFonts w:ascii="Times New Roman" w:eastAsia="Times New Roman" w:hAnsi="Times New Roman"/>
          <w:bCs/>
        </w:rPr>
        <w:t>ssary for managing the Corporation during the Emergency.</w:t>
      </w:r>
    </w:p>
    <w:p w14:paraId="55B12A07" w14:textId="77777777" w:rsidR="00002430" w:rsidRPr="00187A44" w:rsidRDefault="00002430" w:rsidP="00F14EF6">
      <w:pPr>
        <w:spacing w:after="0" w:line="240" w:lineRule="auto"/>
        <w:rPr>
          <w:bCs/>
        </w:rPr>
      </w:pPr>
    </w:p>
    <w:p w14:paraId="08A62F5B"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3. Principal Office</w:t>
      </w:r>
    </w:p>
    <w:p w14:paraId="6A735D3E"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During the Emergency, the Board may change the principal office of the Corporation or designate alternative principal offices or authorize officers to do so, which </w:t>
      </w:r>
      <w:proofErr w:type="gramStart"/>
      <w:r w:rsidRPr="00187A44">
        <w:rPr>
          <w:rFonts w:ascii="Times New Roman" w:eastAsia="Times New Roman" w:hAnsi="Times New Roman"/>
          <w:bCs/>
        </w:rPr>
        <w:t>change</w:t>
      </w:r>
      <w:proofErr w:type="gramEnd"/>
      <w:r w:rsidRPr="00187A44">
        <w:rPr>
          <w:rFonts w:ascii="Times New Roman" w:eastAsia="Times New Roman" w:hAnsi="Times New Roman"/>
          <w:bCs/>
        </w:rPr>
        <w:t xml:space="preserve"> or designation shall last for the duration of the Emergency.</w:t>
      </w:r>
    </w:p>
    <w:p w14:paraId="66CD13A6" w14:textId="77777777" w:rsidR="00002430" w:rsidRPr="00187A44" w:rsidRDefault="00002430" w:rsidP="00F14EF6">
      <w:pPr>
        <w:spacing w:after="0" w:line="240" w:lineRule="auto"/>
        <w:rPr>
          <w:bCs/>
        </w:rPr>
      </w:pPr>
    </w:p>
    <w:p w14:paraId="6477B85F"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4. Specific Powers</w:t>
      </w:r>
    </w:p>
    <w:p w14:paraId="5FE8F205" w14:textId="77777777" w:rsidR="00002430" w:rsidRPr="00187A44" w:rsidRDefault="00A57E56" w:rsidP="00F14EF6">
      <w:pPr>
        <w:spacing w:after="0" w:line="240" w:lineRule="auto"/>
        <w:rPr>
          <w:bCs/>
        </w:rPr>
      </w:pPr>
      <w:r w:rsidRPr="00187A44">
        <w:rPr>
          <w:rFonts w:ascii="Times New Roman" w:eastAsia="Times New Roman" w:hAnsi="Times New Roman"/>
          <w:bCs/>
        </w:rPr>
        <w:t>Without limiting the generality of the foregoing, the Board acting pursuant to this Article is authorized to make all necessary determinations of fact regarding the e</w:t>
      </w:r>
      <w:r w:rsidRPr="00187A44">
        <w:rPr>
          <w:rFonts w:ascii="Times New Roman" w:eastAsia="Times New Roman" w:hAnsi="Times New Roman"/>
          <w:bCs/>
        </w:rPr>
        <w:t>xistence and severity of the Emergency and the availability of Board members, designate and replace officers, agents, and employees, provide for continuity of management, and adopt rules of procedure and fill vacancies on the Board.</w:t>
      </w:r>
    </w:p>
    <w:p w14:paraId="06999E09" w14:textId="77777777" w:rsidR="00002430" w:rsidRPr="00187A44" w:rsidRDefault="00002430" w:rsidP="00F14EF6">
      <w:pPr>
        <w:spacing w:after="0" w:line="240" w:lineRule="auto"/>
        <w:rPr>
          <w:bCs/>
        </w:rPr>
      </w:pPr>
    </w:p>
    <w:p w14:paraId="4F7CB516" w14:textId="77777777" w:rsidR="005F3B83" w:rsidRDefault="005F3B83">
      <w:pPr>
        <w:rPr>
          <w:rFonts w:ascii="Times New Roman" w:eastAsia="Times New Roman" w:hAnsi="Times New Roman"/>
          <w:bCs/>
          <w:u w:val="single"/>
        </w:rPr>
      </w:pPr>
      <w:r>
        <w:rPr>
          <w:rFonts w:ascii="Times New Roman" w:eastAsia="Times New Roman" w:hAnsi="Times New Roman"/>
          <w:bCs/>
          <w:u w:val="single"/>
        </w:rPr>
        <w:br w:type="page"/>
      </w:r>
    </w:p>
    <w:p w14:paraId="4E50682E" w14:textId="534D171E" w:rsidR="00002430" w:rsidRPr="006E12CA" w:rsidRDefault="00A57E56" w:rsidP="00F14EF6">
      <w:pPr>
        <w:spacing w:after="0" w:line="240" w:lineRule="auto"/>
        <w:rPr>
          <w:bCs/>
          <w:u w:val="single"/>
        </w:rPr>
      </w:pPr>
      <w:r w:rsidRPr="006E12CA">
        <w:rPr>
          <w:rFonts w:ascii="Times New Roman" w:eastAsia="Times New Roman" w:hAnsi="Times New Roman"/>
          <w:bCs/>
          <w:u w:val="single"/>
        </w:rPr>
        <w:lastRenderedPageBreak/>
        <w:t xml:space="preserve">Section 5. </w:t>
      </w:r>
      <w:r w:rsidRPr="006E12CA">
        <w:rPr>
          <w:rFonts w:ascii="Times New Roman" w:eastAsia="Times New Roman" w:hAnsi="Times New Roman"/>
          <w:bCs/>
          <w:u w:val="single"/>
        </w:rPr>
        <w:t>Nonexclusive Powers</w:t>
      </w:r>
    </w:p>
    <w:p w14:paraId="7DB98D4A" w14:textId="77777777" w:rsidR="00002430" w:rsidRPr="00187A44" w:rsidRDefault="00A57E56" w:rsidP="00F14EF6">
      <w:pPr>
        <w:spacing w:after="0" w:line="240" w:lineRule="auto"/>
        <w:rPr>
          <w:bCs/>
        </w:rPr>
      </w:pPr>
      <w:r w:rsidRPr="00187A44">
        <w:rPr>
          <w:rFonts w:ascii="Times New Roman" w:eastAsia="Times New Roman" w:hAnsi="Times New Roman"/>
          <w:bCs/>
        </w:rPr>
        <w:t>The emergency powers provided in this Article shall be in addition to any powers provided by law.</w:t>
      </w:r>
    </w:p>
    <w:p w14:paraId="526E5541" w14:textId="77777777" w:rsidR="00002430" w:rsidRPr="00187A44" w:rsidRDefault="00002430" w:rsidP="00F14EF6">
      <w:pPr>
        <w:spacing w:after="0" w:line="240" w:lineRule="auto"/>
        <w:rPr>
          <w:bCs/>
        </w:rPr>
      </w:pPr>
    </w:p>
    <w:p w14:paraId="4AE96169" w14:textId="21BC89D6" w:rsidR="002D1E9A" w:rsidRPr="00187A44" w:rsidRDefault="00A57E56" w:rsidP="002D1E9A">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XII. </w:t>
      </w:r>
    </w:p>
    <w:p w14:paraId="6DC984BD" w14:textId="3091229B" w:rsidR="00002430" w:rsidRPr="00187A44" w:rsidRDefault="00A57E56" w:rsidP="002D1E9A">
      <w:pPr>
        <w:spacing w:before="240" w:after="0" w:line="240" w:lineRule="auto"/>
        <w:jc w:val="center"/>
        <w:rPr>
          <w:bCs/>
          <w:u w:val="single"/>
        </w:rPr>
      </w:pPr>
      <w:r w:rsidRPr="00187A44">
        <w:rPr>
          <w:rFonts w:ascii="Times New Roman" w:eastAsia="Times New Roman" w:hAnsi="Times New Roman"/>
          <w:bCs/>
          <w:u w:val="single"/>
        </w:rPr>
        <w:t>EXCLUSIVE FORUM</w:t>
      </w:r>
    </w:p>
    <w:p w14:paraId="66F6369A" w14:textId="77777777" w:rsidR="00002430" w:rsidRPr="00187A44" w:rsidRDefault="00002430" w:rsidP="00F14EF6">
      <w:pPr>
        <w:spacing w:after="0" w:line="240" w:lineRule="auto"/>
        <w:rPr>
          <w:bCs/>
        </w:rPr>
      </w:pPr>
    </w:p>
    <w:p w14:paraId="0E999A2D"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Exclusive Forum</w:t>
      </w:r>
    </w:p>
    <w:p w14:paraId="35BC56DD" w14:textId="77777777" w:rsidR="00002430" w:rsidRPr="00187A44" w:rsidRDefault="00A57E56" w:rsidP="00F14EF6">
      <w:pPr>
        <w:spacing w:after="0" w:line="240" w:lineRule="auto"/>
        <w:rPr>
          <w:bCs/>
        </w:rPr>
      </w:pPr>
      <w:r w:rsidRPr="00187A44">
        <w:rPr>
          <w:rFonts w:ascii="Times New Roman" w:eastAsia="Times New Roman" w:hAnsi="Times New Roman"/>
          <w:bCs/>
        </w:rPr>
        <w:t xml:space="preserve">To the fullest extent permitted by law, any claim or action arising under </w:t>
      </w:r>
      <w:r w:rsidRPr="00187A44">
        <w:rPr>
          <w:rFonts w:ascii="Times New Roman" w:eastAsia="Times New Roman" w:hAnsi="Times New Roman"/>
          <w:bCs/>
        </w:rPr>
        <w:t>the Articles, these Bylaws, or the internal affairs of the Corporation shall be brought in the appropriate state court located in North Carolina, unless a different forum is required by law.</w:t>
      </w:r>
    </w:p>
    <w:p w14:paraId="155D1DB3" w14:textId="77777777" w:rsidR="00002430" w:rsidRPr="00187A44" w:rsidRDefault="00002430" w:rsidP="00F14EF6">
      <w:pPr>
        <w:spacing w:after="0" w:line="240" w:lineRule="auto"/>
        <w:rPr>
          <w:bCs/>
        </w:rPr>
      </w:pPr>
    </w:p>
    <w:p w14:paraId="2F05C54C" w14:textId="089B6DB8" w:rsidR="002D1E9A" w:rsidRPr="00187A44" w:rsidRDefault="00A57E56" w:rsidP="00A56307">
      <w:pPr>
        <w:spacing w:before="240" w:after="0" w:line="240" w:lineRule="auto"/>
        <w:jc w:val="center"/>
        <w:rPr>
          <w:rFonts w:ascii="Times New Roman" w:eastAsia="Times New Roman" w:hAnsi="Times New Roman"/>
          <w:bCs/>
          <w:u w:val="single"/>
        </w:rPr>
      </w:pPr>
      <w:r w:rsidRPr="00187A44">
        <w:rPr>
          <w:rFonts w:ascii="Times New Roman" w:eastAsia="Times New Roman" w:hAnsi="Times New Roman"/>
          <w:bCs/>
          <w:u w:val="single"/>
        </w:rPr>
        <w:t xml:space="preserve">ARTICLE XIII. </w:t>
      </w:r>
    </w:p>
    <w:p w14:paraId="30492575" w14:textId="764ACF75" w:rsidR="00002430" w:rsidRPr="00187A44" w:rsidRDefault="00A57E56" w:rsidP="00A56307">
      <w:pPr>
        <w:spacing w:before="240" w:after="0" w:line="240" w:lineRule="auto"/>
        <w:jc w:val="center"/>
        <w:rPr>
          <w:bCs/>
          <w:u w:val="single"/>
        </w:rPr>
      </w:pPr>
      <w:r w:rsidRPr="00187A44">
        <w:rPr>
          <w:rFonts w:ascii="Times New Roman" w:eastAsia="Times New Roman" w:hAnsi="Times New Roman"/>
          <w:bCs/>
          <w:u w:val="single"/>
        </w:rPr>
        <w:t>GENERAL PROVISIONS</w:t>
      </w:r>
    </w:p>
    <w:p w14:paraId="012ED3A6" w14:textId="77777777" w:rsidR="00002430" w:rsidRPr="00187A44" w:rsidRDefault="00002430" w:rsidP="00F14EF6">
      <w:pPr>
        <w:spacing w:after="0" w:line="240" w:lineRule="auto"/>
        <w:rPr>
          <w:bCs/>
        </w:rPr>
      </w:pPr>
    </w:p>
    <w:p w14:paraId="7C7A281F"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1. Seal</w:t>
      </w:r>
    </w:p>
    <w:p w14:paraId="75621C87" w14:textId="77777777" w:rsidR="00002430" w:rsidRPr="00187A44" w:rsidRDefault="00A57E56" w:rsidP="00F14EF6">
      <w:pPr>
        <w:spacing w:after="0" w:line="240" w:lineRule="auto"/>
        <w:rPr>
          <w:bCs/>
        </w:rPr>
      </w:pPr>
      <w:r w:rsidRPr="00187A44">
        <w:rPr>
          <w:rFonts w:ascii="Times New Roman" w:eastAsia="Times New Roman" w:hAnsi="Times New Roman"/>
          <w:bCs/>
        </w:rPr>
        <w:t>The seal of t</w:t>
      </w:r>
      <w:r w:rsidRPr="00187A44">
        <w:rPr>
          <w:rFonts w:ascii="Times New Roman" w:eastAsia="Times New Roman" w:hAnsi="Times New Roman"/>
          <w:bCs/>
        </w:rPr>
        <w:t>he Corporation, if the Board determines to adopt one, shall be in the form approved by the Board.</w:t>
      </w:r>
    </w:p>
    <w:p w14:paraId="4FED68BE" w14:textId="77777777" w:rsidR="00002430" w:rsidRPr="00187A44" w:rsidRDefault="00002430" w:rsidP="00F14EF6">
      <w:pPr>
        <w:spacing w:after="0" w:line="240" w:lineRule="auto"/>
        <w:rPr>
          <w:bCs/>
        </w:rPr>
      </w:pPr>
    </w:p>
    <w:p w14:paraId="61D82B0C" w14:textId="77777777" w:rsidR="00002430" w:rsidRPr="006E12CA" w:rsidRDefault="00A57E56" w:rsidP="00F14EF6">
      <w:pPr>
        <w:spacing w:after="0" w:line="240" w:lineRule="auto"/>
        <w:rPr>
          <w:bCs/>
          <w:u w:val="single"/>
        </w:rPr>
      </w:pPr>
      <w:r w:rsidRPr="006E12CA">
        <w:rPr>
          <w:rFonts w:ascii="Times New Roman" w:eastAsia="Times New Roman" w:hAnsi="Times New Roman"/>
          <w:bCs/>
          <w:u w:val="single"/>
        </w:rPr>
        <w:t>Section 2. Waiver of Notice</w:t>
      </w:r>
    </w:p>
    <w:p w14:paraId="3CF84606" w14:textId="77777777" w:rsidR="00002430" w:rsidRPr="00187A44" w:rsidRDefault="00A57E56" w:rsidP="00F14EF6">
      <w:pPr>
        <w:spacing w:line="240" w:lineRule="auto"/>
        <w:rPr>
          <w:bCs/>
        </w:rPr>
      </w:pPr>
      <w:r w:rsidRPr="00187A44">
        <w:rPr>
          <w:rFonts w:ascii="Times New Roman" w:eastAsia="Times New Roman" w:hAnsi="Times New Roman"/>
          <w:bCs/>
        </w:rPr>
        <w:t>Whenever notice is required to be given to a Member, Director, or other person under the provisions of these Bylaws, the Articles</w:t>
      </w:r>
      <w:r w:rsidRPr="00187A44">
        <w:rPr>
          <w:rFonts w:ascii="Times New Roman" w:eastAsia="Times New Roman" w:hAnsi="Times New Roman"/>
          <w:bCs/>
        </w:rPr>
        <w:t>, or applicable law, a written waiver signed by the person entitled to notice and delivered to the Corporation shall be equivalent to giving the notice.</w:t>
      </w:r>
    </w:p>
    <w:p w14:paraId="5CED15B6" w14:textId="77777777" w:rsidR="00002430" w:rsidRPr="00F03BF8" w:rsidRDefault="00A57E56" w:rsidP="006E12CA">
      <w:pPr>
        <w:spacing w:after="0" w:line="240" w:lineRule="auto"/>
        <w:rPr>
          <w:bCs/>
          <w:highlight w:val="yellow"/>
          <w:u w:val="single"/>
        </w:rPr>
      </w:pPr>
      <w:r w:rsidRPr="00F03BF8">
        <w:rPr>
          <w:rFonts w:ascii="Times New Roman" w:eastAsia="Times New Roman" w:hAnsi="Times New Roman"/>
          <w:bCs/>
          <w:highlight w:val="yellow"/>
          <w:u w:val="single"/>
        </w:rPr>
        <w:t>Section 3. Checks</w:t>
      </w:r>
    </w:p>
    <w:p w14:paraId="0E66DFD4" w14:textId="3AF812B8" w:rsidR="00002430" w:rsidRPr="00187A44" w:rsidRDefault="00A57E56" w:rsidP="006E12CA">
      <w:pPr>
        <w:spacing w:after="0" w:line="240" w:lineRule="auto"/>
        <w:rPr>
          <w:bCs/>
        </w:rPr>
      </w:pPr>
      <w:r w:rsidRPr="00F03BF8">
        <w:rPr>
          <w:rFonts w:ascii="Times New Roman" w:eastAsia="Times New Roman" w:hAnsi="Times New Roman"/>
          <w:bCs/>
          <w:highlight w:val="yellow"/>
        </w:rPr>
        <w:t xml:space="preserve">All checks, drafts, or orders for the payment of money </w:t>
      </w:r>
      <w:r w:rsidR="00F03BF8" w:rsidRPr="00F03BF8">
        <w:rPr>
          <w:rFonts w:ascii="Times New Roman" w:eastAsia="Times New Roman" w:hAnsi="Times New Roman"/>
          <w:bCs/>
          <w:highlight w:val="yellow"/>
        </w:rPr>
        <w:t>may</w:t>
      </w:r>
      <w:r w:rsidRPr="00F03BF8">
        <w:rPr>
          <w:rFonts w:ascii="Times New Roman" w:eastAsia="Times New Roman" w:hAnsi="Times New Roman"/>
          <w:bCs/>
          <w:highlight w:val="yellow"/>
        </w:rPr>
        <w:t xml:space="preserve"> be signed by the </w:t>
      </w:r>
      <w:r w:rsidR="00F03BF8" w:rsidRPr="00F03BF8">
        <w:rPr>
          <w:rFonts w:ascii="Times New Roman" w:eastAsia="Times New Roman" w:hAnsi="Times New Roman"/>
          <w:bCs/>
          <w:highlight w:val="yellow"/>
        </w:rPr>
        <w:t xml:space="preserve">Executive Director, </w:t>
      </w:r>
      <w:r w:rsidRPr="00F03BF8">
        <w:rPr>
          <w:rFonts w:ascii="Times New Roman" w:eastAsia="Times New Roman" w:hAnsi="Times New Roman"/>
          <w:bCs/>
          <w:highlight w:val="yellow"/>
        </w:rPr>
        <w:t>Chair,</w:t>
      </w:r>
      <w:r w:rsidR="00F03BF8">
        <w:rPr>
          <w:rFonts w:ascii="Times New Roman" w:eastAsia="Times New Roman" w:hAnsi="Times New Roman"/>
          <w:bCs/>
          <w:highlight w:val="yellow"/>
        </w:rPr>
        <w:t xml:space="preserve"> </w:t>
      </w:r>
      <w:r w:rsidRPr="00F03BF8">
        <w:rPr>
          <w:rFonts w:ascii="Times New Roman" w:eastAsia="Times New Roman" w:hAnsi="Times New Roman"/>
          <w:bCs/>
          <w:highlight w:val="yellow"/>
        </w:rPr>
        <w:t>Treasurer</w:t>
      </w:r>
      <w:r w:rsidR="00F03BF8">
        <w:rPr>
          <w:rFonts w:ascii="Times New Roman" w:eastAsia="Times New Roman" w:hAnsi="Times New Roman"/>
          <w:bCs/>
          <w:highlight w:val="yellow"/>
        </w:rPr>
        <w:t xml:space="preserve">, </w:t>
      </w:r>
      <w:r w:rsidR="00F03BF8" w:rsidRPr="00F03BF8">
        <w:rPr>
          <w:rFonts w:ascii="Times New Roman" w:eastAsia="Times New Roman" w:hAnsi="Times New Roman"/>
          <w:bCs/>
          <w:highlight w:val="yellow"/>
        </w:rPr>
        <w:t>or other individuals designated by the Board</w:t>
      </w:r>
      <w:r w:rsidR="00F03BF8">
        <w:rPr>
          <w:rFonts w:ascii="Times New Roman" w:eastAsia="Times New Roman" w:hAnsi="Times New Roman"/>
          <w:bCs/>
          <w:highlight w:val="yellow"/>
        </w:rPr>
        <w:t xml:space="preserve"> per the Board adopted policy for signing checks.</w:t>
      </w:r>
      <w:r w:rsidRPr="00F03BF8">
        <w:rPr>
          <w:rFonts w:ascii="Times New Roman" w:eastAsia="Times New Roman" w:hAnsi="Times New Roman"/>
          <w:bCs/>
          <w:highlight w:val="yellow"/>
        </w:rPr>
        <w:t xml:space="preserve"> </w:t>
      </w:r>
    </w:p>
    <w:p w14:paraId="3A145931" w14:textId="77777777" w:rsidR="00002430" w:rsidRPr="006E12CA" w:rsidRDefault="00A57E56" w:rsidP="006E12CA">
      <w:pPr>
        <w:spacing w:before="240" w:after="0" w:line="240" w:lineRule="auto"/>
        <w:rPr>
          <w:bCs/>
          <w:u w:val="single"/>
        </w:rPr>
      </w:pPr>
      <w:r w:rsidRPr="006E12CA">
        <w:rPr>
          <w:rFonts w:ascii="Times New Roman" w:eastAsia="Times New Roman" w:hAnsi="Times New Roman"/>
          <w:bCs/>
          <w:u w:val="single"/>
        </w:rPr>
        <w:t>Section 4. Bond</w:t>
      </w:r>
    </w:p>
    <w:p w14:paraId="39AE7BED" w14:textId="77777777" w:rsidR="00002430" w:rsidRPr="00187A44" w:rsidRDefault="00A57E56" w:rsidP="00F14EF6">
      <w:pPr>
        <w:spacing w:line="240" w:lineRule="auto"/>
        <w:rPr>
          <w:bCs/>
        </w:rPr>
      </w:pPr>
      <w:r w:rsidRPr="00187A44">
        <w:rPr>
          <w:rFonts w:ascii="Times New Roman" w:eastAsia="Times New Roman" w:hAnsi="Times New Roman"/>
          <w:bCs/>
        </w:rPr>
        <w:t xml:space="preserve">The Board may by resolution require any or all Directors, agents, and employees of the Corporation to give bond to </w:t>
      </w:r>
      <w:r w:rsidRPr="00187A44">
        <w:rPr>
          <w:rFonts w:ascii="Times New Roman" w:eastAsia="Times New Roman" w:hAnsi="Times New Roman"/>
          <w:bCs/>
        </w:rPr>
        <w:t>the Corporation with sufficient sureties conditioned on the faithful performance of their respective duties.</w:t>
      </w:r>
    </w:p>
    <w:p w14:paraId="084A3147" w14:textId="77777777" w:rsidR="00002430" w:rsidRPr="006E12CA" w:rsidRDefault="00A57E56" w:rsidP="006E12CA">
      <w:pPr>
        <w:spacing w:after="0" w:line="240" w:lineRule="auto"/>
        <w:rPr>
          <w:bCs/>
          <w:u w:val="single"/>
        </w:rPr>
      </w:pPr>
      <w:r w:rsidRPr="006E12CA">
        <w:rPr>
          <w:rFonts w:ascii="Times New Roman" w:eastAsia="Times New Roman" w:hAnsi="Times New Roman"/>
          <w:bCs/>
          <w:u w:val="single"/>
        </w:rPr>
        <w:t>Section 5. Fiscal Year</w:t>
      </w:r>
    </w:p>
    <w:p w14:paraId="21512FF6" w14:textId="77777777" w:rsidR="00002430" w:rsidRPr="00187A44" w:rsidRDefault="00A57E56" w:rsidP="00F14EF6">
      <w:pPr>
        <w:spacing w:line="240" w:lineRule="auto"/>
        <w:rPr>
          <w:bCs/>
        </w:rPr>
      </w:pPr>
      <w:r w:rsidRPr="00EC56CD">
        <w:rPr>
          <w:rFonts w:ascii="Times New Roman" w:eastAsia="Times New Roman" w:hAnsi="Times New Roman"/>
          <w:bCs/>
          <w:highlight w:val="yellow"/>
        </w:rPr>
        <w:t>The fiscal year of the Corporation shall be the period beginning on September 1 and ending on August 31 of the following cal</w:t>
      </w:r>
      <w:r w:rsidRPr="00EC56CD">
        <w:rPr>
          <w:rFonts w:ascii="Times New Roman" w:eastAsia="Times New Roman" w:hAnsi="Times New Roman"/>
          <w:bCs/>
          <w:highlight w:val="yellow"/>
        </w:rPr>
        <w:t>endar year, unless otherwise determined by the Board and permitted by law.</w:t>
      </w:r>
    </w:p>
    <w:p w14:paraId="1A6612AE" w14:textId="77777777" w:rsidR="00C14A03" w:rsidRDefault="00C14A03" w:rsidP="00F14EF6">
      <w:pPr>
        <w:spacing w:line="240" w:lineRule="auto"/>
        <w:rPr>
          <w:rFonts w:ascii="Times New Roman" w:eastAsia="Times New Roman" w:hAnsi="Times New Roman"/>
          <w:bCs/>
        </w:rPr>
      </w:pPr>
    </w:p>
    <w:p w14:paraId="7B339A0F" w14:textId="1E2A7F7A" w:rsidR="00C14A03" w:rsidRPr="00D1229D" w:rsidRDefault="00C14A03" w:rsidP="00C14A03">
      <w:pPr>
        <w:jc w:val="center"/>
        <w:rPr>
          <w:rFonts w:ascii="Times New Roman" w:hAnsi="Times New Roman" w:cs="Times New Roman"/>
          <w:highlight w:val="yellow"/>
          <w:u w:val="single"/>
        </w:rPr>
      </w:pPr>
      <w:r w:rsidRPr="00D1229D">
        <w:rPr>
          <w:rFonts w:ascii="Times New Roman" w:hAnsi="Times New Roman" w:cs="Times New Roman"/>
          <w:highlight w:val="yellow"/>
          <w:u w:val="single"/>
        </w:rPr>
        <w:t>ARTICLE XIV</w:t>
      </w:r>
    </w:p>
    <w:p w14:paraId="7C2E65BE" w14:textId="5AB542ED" w:rsidR="00C14A03" w:rsidRPr="00D1229D" w:rsidRDefault="00C14A03" w:rsidP="00C14A03">
      <w:pPr>
        <w:jc w:val="center"/>
        <w:rPr>
          <w:rFonts w:ascii="Times New Roman" w:hAnsi="Times New Roman" w:cs="Times New Roman"/>
          <w:highlight w:val="yellow"/>
          <w:u w:val="single"/>
        </w:rPr>
      </w:pPr>
      <w:r w:rsidRPr="00D1229D">
        <w:rPr>
          <w:rFonts w:ascii="Times New Roman" w:hAnsi="Times New Roman" w:cs="Times New Roman"/>
          <w:highlight w:val="yellow"/>
          <w:u w:val="single"/>
        </w:rPr>
        <w:t>AMENDMENT OF BYLAWS</w:t>
      </w:r>
    </w:p>
    <w:p w14:paraId="1B0237B7" w14:textId="77777777" w:rsidR="00C14A03" w:rsidRPr="00D1229D" w:rsidRDefault="00C14A03" w:rsidP="00C14A03">
      <w:pPr>
        <w:spacing w:after="0"/>
        <w:rPr>
          <w:rFonts w:ascii="Times New Roman" w:hAnsi="Times New Roman" w:cs="Times New Roman"/>
          <w:highlight w:val="yellow"/>
          <w:u w:val="single"/>
        </w:rPr>
      </w:pPr>
      <w:r w:rsidRPr="00D1229D">
        <w:rPr>
          <w:rFonts w:ascii="Times New Roman" w:hAnsi="Times New Roman" w:cs="Times New Roman"/>
          <w:highlight w:val="yellow"/>
          <w:u w:val="single"/>
        </w:rPr>
        <w:t>Section 1. Board Authority to Amend</w:t>
      </w:r>
    </w:p>
    <w:p w14:paraId="3F202D8A"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 xml:space="preserve">The Board of Directors shall have the authority to adopt, amend, or repeal these Bylaws by the affirmative vote of not less than two-thirds (2/3) of the Directors then in office at any duly called meeting of the Board, </w:t>
      </w:r>
      <w:proofErr w:type="gramStart"/>
      <w:r w:rsidRPr="00D1229D">
        <w:rPr>
          <w:rFonts w:ascii="Times New Roman" w:hAnsi="Times New Roman" w:cs="Times New Roman"/>
          <w:highlight w:val="yellow"/>
        </w:rPr>
        <w:t>provided that</w:t>
      </w:r>
      <w:proofErr w:type="gramEnd"/>
      <w:r w:rsidRPr="00D1229D">
        <w:rPr>
          <w:rFonts w:ascii="Times New Roman" w:hAnsi="Times New Roman" w:cs="Times New Roman"/>
          <w:highlight w:val="yellow"/>
        </w:rPr>
        <w:t xml:space="preserve"> notice of the proposed amendment is included with the meeting notice.</w:t>
      </w:r>
    </w:p>
    <w:p w14:paraId="507FDA9A" w14:textId="77777777" w:rsidR="00C14A03" w:rsidRPr="00D1229D" w:rsidRDefault="00C14A03" w:rsidP="00C14A03">
      <w:pPr>
        <w:spacing w:after="0"/>
        <w:rPr>
          <w:rFonts w:ascii="Times New Roman" w:hAnsi="Times New Roman" w:cs="Times New Roman"/>
          <w:highlight w:val="yellow"/>
          <w:u w:val="single"/>
        </w:rPr>
      </w:pPr>
      <w:r w:rsidRPr="00D1229D">
        <w:rPr>
          <w:rFonts w:ascii="Times New Roman" w:hAnsi="Times New Roman" w:cs="Times New Roman"/>
          <w:highlight w:val="yellow"/>
          <w:u w:val="single"/>
        </w:rPr>
        <w:lastRenderedPageBreak/>
        <w:t>Section 2. Membership Review of Board Amendments</w:t>
      </w:r>
    </w:p>
    <w:p w14:paraId="53F22D1F"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Any amendment adopted by the Board pursuant to Section 1 shall become effective immediately unless otherwise specified by the Board. Notice of such amendment shall be provided to the Membership within thirty (30) days of adoption and shall include the text of the amendment and a summary of its purpose and effect.</w:t>
      </w:r>
    </w:p>
    <w:p w14:paraId="0CB9DCAD" w14:textId="77777777" w:rsidR="00C14A03" w:rsidRPr="00D1229D" w:rsidRDefault="00C14A03" w:rsidP="00C14A03">
      <w:pPr>
        <w:spacing w:after="0"/>
        <w:rPr>
          <w:rFonts w:ascii="Times New Roman" w:hAnsi="Times New Roman" w:cs="Times New Roman"/>
          <w:highlight w:val="yellow"/>
          <w:u w:val="single"/>
        </w:rPr>
      </w:pPr>
      <w:r w:rsidRPr="00D1229D">
        <w:rPr>
          <w:rFonts w:ascii="Times New Roman" w:hAnsi="Times New Roman" w:cs="Times New Roman"/>
          <w:highlight w:val="yellow"/>
          <w:u w:val="single"/>
        </w:rPr>
        <w:t>Section 3. Membership Reversal of Board Amendments</w:t>
      </w:r>
    </w:p>
    <w:p w14:paraId="5153873A"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The Membership shall have the right to rescind, modify, or overturn any amendment adopted by the Board. Such action may be taken at any Annual Meeting of the Membership or at a Special Meeting of the Membership called in accordance with these Bylaws.</w:t>
      </w:r>
    </w:p>
    <w:p w14:paraId="0C77A69F" w14:textId="011AFB7A"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An amendment adopted by the Board shall be rescinded, modified, or overturned upon the affirmative vote of Members holding at least fifty and one-tenth percent (50.1%) of the voting power of the Voting Members represented and entitled to vote on the matter.</w:t>
      </w:r>
    </w:p>
    <w:p w14:paraId="653FE07A"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Upon such vote, the challenged amendment shall be deemed repealed, modified, or replaced, as applicable, effective immediately unless otherwise specified in the Membership action.</w:t>
      </w:r>
    </w:p>
    <w:p w14:paraId="5E93836E" w14:textId="77777777" w:rsidR="00C14A03" w:rsidRPr="00D1229D" w:rsidRDefault="00C14A03" w:rsidP="00C14A03">
      <w:pPr>
        <w:spacing w:after="0"/>
        <w:rPr>
          <w:rFonts w:ascii="Times New Roman" w:hAnsi="Times New Roman" w:cs="Times New Roman"/>
          <w:highlight w:val="yellow"/>
          <w:u w:val="single"/>
        </w:rPr>
      </w:pPr>
      <w:r w:rsidRPr="00D1229D">
        <w:rPr>
          <w:rFonts w:ascii="Times New Roman" w:hAnsi="Times New Roman" w:cs="Times New Roman"/>
          <w:highlight w:val="yellow"/>
          <w:u w:val="single"/>
        </w:rPr>
        <w:t>Section 4. Special Meeting Petition Rights</w:t>
      </w:r>
    </w:p>
    <w:p w14:paraId="5C260E5E"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Members holding at least ten percent (10%) of the total voting power may submit a written petition requesting a vote on a Board-adopted bylaw amendment. Upon receipt and verification of such petition, the Board shall call a Special Meeting of the Membership to be held within sixty (60) days for the purpose of considering the challenged amendment.</w:t>
      </w:r>
    </w:p>
    <w:p w14:paraId="3B020C35" w14:textId="77777777" w:rsidR="00C14A03" w:rsidRPr="00D1229D" w:rsidRDefault="00C14A03" w:rsidP="00C14A03">
      <w:pPr>
        <w:rPr>
          <w:rFonts w:ascii="Times New Roman" w:hAnsi="Times New Roman" w:cs="Times New Roman"/>
          <w:highlight w:val="yellow"/>
        </w:rPr>
      </w:pPr>
      <w:r w:rsidRPr="00D1229D">
        <w:rPr>
          <w:rFonts w:ascii="Times New Roman" w:hAnsi="Times New Roman" w:cs="Times New Roman"/>
          <w:highlight w:val="yellow"/>
        </w:rPr>
        <w:t>Notice of the Special Meeting shall be provided in accordance with these Bylaws and shall include the text of the challenged amendment and the proposed action to be considered by the Membership.</w:t>
      </w:r>
    </w:p>
    <w:p w14:paraId="589B21D9" w14:textId="77777777" w:rsidR="00C14A03" w:rsidRPr="00D1229D" w:rsidRDefault="00C14A03" w:rsidP="00C14A03">
      <w:pPr>
        <w:spacing w:after="0"/>
        <w:rPr>
          <w:rFonts w:ascii="Times New Roman" w:hAnsi="Times New Roman" w:cs="Times New Roman"/>
          <w:highlight w:val="yellow"/>
          <w:u w:val="single"/>
        </w:rPr>
      </w:pPr>
      <w:r w:rsidRPr="00D1229D">
        <w:rPr>
          <w:rFonts w:ascii="Times New Roman" w:hAnsi="Times New Roman" w:cs="Times New Roman"/>
          <w:highlight w:val="yellow"/>
          <w:u w:val="single"/>
        </w:rPr>
        <w:t>Section 5. Limitations</w:t>
      </w:r>
    </w:p>
    <w:p w14:paraId="526E5E71" w14:textId="77777777" w:rsidR="00C14A03" w:rsidRPr="00D1229D" w:rsidRDefault="00C14A03" w:rsidP="00C14A03">
      <w:pPr>
        <w:spacing w:after="0"/>
        <w:rPr>
          <w:rFonts w:ascii="Times New Roman" w:hAnsi="Times New Roman" w:cs="Times New Roman"/>
          <w:highlight w:val="yellow"/>
        </w:rPr>
      </w:pPr>
      <w:r w:rsidRPr="00D1229D">
        <w:rPr>
          <w:rFonts w:ascii="Times New Roman" w:hAnsi="Times New Roman" w:cs="Times New Roman"/>
          <w:highlight w:val="yellow"/>
        </w:rPr>
        <w:t>No amendment adopted by the Board may:</w:t>
      </w:r>
    </w:p>
    <w:p w14:paraId="6F2A025E" w14:textId="77777777" w:rsidR="00C14A03" w:rsidRPr="00D1229D" w:rsidRDefault="00C14A03" w:rsidP="00C14A03">
      <w:pPr>
        <w:numPr>
          <w:ilvl w:val="0"/>
          <w:numId w:val="12"/>
        </w:numPr>
        <w:spacing w:after="0" w:line="278" w:lineRule="auto"/>
        <w:rPr>
          <w:rFonts w:ascii="Times New Roman" w:hAnsi="Times New Roman" w:cs="Times New Roman"/>
          <w:highlight w:val="yellow"/>
        </w:rPr>
      </w:pPr>
      <w:r w:rsidRPr="00D1229D">
        <w:rPr>
          <w:rFonts w:ascii="Times New Roman" w:hAnsi="Times New Roman" w:cs="Times New Roman"/>
          <w:highlight w:val="yellow"/>
        </w:rPr>
        <w:t xml:space="preserve">Conflict with applicable federal, state, or local </w:t>
      </w:r>
      <w:proofErr w:type="gramStart"/>
      <w:r w:rsidRPr="00D1229D">
        <w:rPr>
          <w:rFonts w:ascii="Times New Roman" w:hAnsi="Times New Roman" w:cs="Times New Roman"/>
          <w:highlight w:val="yellow"/>
        </w:rPr>
        <w:t>law;</w:t>
      </w:r>
      <w:proofErr w:type="gramEnd"/>
    </w:p>
    <w:p w14:paraId="39A9D0E0" w14:textId="77777777" w:rsidR="00C14A03" w:rsidRPr="00D1229D" w:rsidRDefault="00C14A03" w:rsidP="00C14A03">
      <w:pPr>
        <w:numPr>
          <w:ilvl w:val="0"/>
          <w:numId w:val="12"/>
        </w:numPr>
        <w:spacing w:after="0" w:line="278" w:lineRule="auto"/>
        <w:rPr>
          <w:rFonts w:ascii="Times New Roman" w:hAnsi="Times New Roman" w:cs="Times New Roman"/>
          <w:highlight w:val="yellow"/>
        </w:rPr>
      </w:pPr>
      <w:r w:rsidRPr="00D1229D">
        <w:rPr>
          <w:rFonts w:ascii="Times New Roman" w:hAnsi="Times New Roman" w:cs="Times New Roman"/>
          <w:highlight w:val="yellow"/>
        </w:rPr>
        <w:t xml:space="preserve">Conflict with the Articles of </w:t>
      </w:r>
      <w:proofErr w:type="gramStart"/>
      <w:r w:rsidRPr="00D1229D">
        <w:rPr>
          <w:rFonts w:ascii="Times New Roman" w:hAnsi="Times New Roman" w:cs="Times New Roman"/>
          <w:highlight w:val="yellow"/>
        </w:rPr>
        <w:t>Incorporation;</w:t>
      </w:r>
      <w:proofErr w:type="gramEnd"/>
    </w:p>
    <w:p w14:paraId="42BEFD9D" w14:textId="77777777" w:rsidR="00C14A03" w:rsidRPr="00D1229D" w:rsidRDefault="00C14A03" w:rsidP="00C14A03">
      <w:pPr>
        <w:numPr>
          <w:ilvl w:val="0"/>
          <w:numId w:val="12"/>
        </w:numPr>
        <w:spacing w:after="0" w:line="278" w:lineRule="auto"/>
        <w:rPr>
          <w:rFonts w:ascii="Times New Roman" w:hAnsi="Times New Roman" w:cs="Times New Roman"/>
          <w:highlight w:val="yellow"/>
        </w:rPr>
      </w:pPr>
      <w:r w:rsidRPr="00D1229D">
        <w:rPr>
          <w:rFonts w:ascii="Times New Roman" w:hAnsi="Times New Roman" w:cs="Times New Roman"/>
          <w:highlight w:val="yellow"/>
        </w:rPr>
        <w:t xml:space="preserve">Alter the rights, voting powers, or membership classifications of Members except as otherwise permitted by </w:t>
      </w:r>
      <w:proofErr w:type="gramStart"/>
      <w:r w:rsidRPr="00D1229D">
        <w:rPr>
          <w:rFonts w:ascii="Times New Roman" w:hAnsi="Times New Roman" w:cs="Times New Roman"/>
          <w:highlight w:val="yellow"/>
        </w:rPr>
        <w:t>law;</w:t>
      </w:r>
      <w:proofErr w:type="gramEnd"/>
    </w:p>
    <w:p w14:paraId="34143A84" w14:textId="77777777" w:rsidR="00C14A03" w:rsidRPr="00D1229D" w:rsidRDefault="00C14A03" w:rsidP="00C14A03">
      <w:pPr>
        <w:numPr>
          <w:ilvl w:val="0"/>
          <w:numId w:val="12"/>
        </w:numPr>
        <w:spacing w:after="0" w:line="278" w:lineRule="auto"/>
        <w:rPr>
          <w:rFonts w:ascii="Times New Roman" w:hAnsi="Times New Roman" w:cs="Times New Roman"/>
          <w:highlight w:val="yellow"/>
        </w:rPr>
      </w:pPr>
      <w:r w:rsidRPr="00D1229D">
        <w:rPr>
          <w:rFonts w:ascii="Times New Roman" w:hAnsi="Times New Roman" w:cs="Times New Roman"/>
          <w:highlight w:val="yellow"/>
        </w:rPr>
        <w:t>Modify any provision of these Bylaws that is expressly reserved to the Membership for approval; or</w:t>
      </w:r>
    </w:p>
    <w:p w14:paraId="0715A290" w14:textId="77777777" w:rsidR="00C14A03" w:rsidRPr="00D1229D" w:rsidRDefault="00C14A03" w:rsidP="00C14A03">
      <w:pPr>
        <w:numPr>
          <w:ilvl w:val="0"/>
          <w:numId w:val="12"/>
        </w:numPr>
        <w:spacing w:after="0" w:line="278" w:lineRule="auto"/>
        <w:rPr>
          <w:rFonts w:ascii="Times New Roman" w:hAnsi="Times New Roman" w:cs="Times New Roman"/>
          <w:highlight w:val="yellow"/>
        </w:rPr>
      </w:pPr>
      <w:r w:rsidRPr="00D1229D">
        <w:rPr>
          <w:rFonts w:ascii="Times New Roman" w:hAnsi="Times New Roman" w:cs="Times New Roman"/>
          <w:highlight w:val="yellow"/>
        </w:rPr>
        <w:t>Affect any action already taken in reliance upon a bylaw provision prior to its amendment or repeal.</w:t>
      </w:r>
    </w:p>
    <w:p w14:paraId="3E513320" w14:textId="77777777" w:rsidR="00C14A03" w:rsidRPr="00187A44" w:rsidRDefault="00C14A03" w:rsidP="00F14EF6">
      <w:pPr>
        <w:spacing w:line="240" w:lineRule="auto"/>
        <w:rPr>
          <w:bCs/>
        </w:rPr>
      </w:pPr>
    </w:p>
    <w:p w14:paraId="264DEB99" w14:textId="77777777" w:rsidR="00002430" w:rsidRPr="00F14EF6" w:rsidRDefault="00002430" w:rsidP="00F14EF6">
      <w:pPr>
        <w:spacing w:line="240" w:lineRule="auto"/>
      </w:pPr>
    </w:p>
    <w:sectPr w:rsidR="00002430" w:rsidRPr="00F14EF6"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4EA78" w14:textId="77777777" w:rsidR="00A57E56" w:rsidRDefault="00A57E56" w:rsidP="00F14EF6">
      <w:pPr>
        <w:spacing w:after="0" w:line="240" w:lineRule="auto"/>
      </w:pPr>
      <w:r>
        <w:separator/>
      </w:r>
    </w:p>
  </w:endnote>
  <w:endnote w:type="continuationSeparator" w:id="0">
    <w:p w14:paraId="5ADF8FF9" w14:textId="77777777" w:rsidR="00A57E56" w:rsidRDefault="00A57E56" w:rsidP="00F14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9807657"/>
      <w:docPartObj>
        <w:docPartGallery w:val="Page Numbers (Bottom of Page)"/>
        <w:docPartUnique/>
      </w:docPartObj>
    </w:sdtPr>
    <w:sdtEndPr>
      <w:rPr>
        <w:noProof/>
      </w:rPr>
    </w:sdtEndPr>
    <w:sdtContent>
      <w:p w14:paraId="608A4388" w14:textId="571A498B" w:rsidR="00F14EF6" w:rsidRDefault="00F14E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DC65FE" w14:textId="77777777" w:rsidR="00F14EF6" w:rsidRDefault="00F14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8C0AB" w14:textId="77777777" w:rsidR="00A57E56" w:rsidRDefault="00A57E56" w:rsidP="00F14EF6">
      <w:pPr>
        <w:spacing w:after="0" w:line="240" w:lineRule="auto"/>
      </w:pPr>
      <w:r>
        <w:separator/>
      </w:r>
    </w:p>
  </w:footnote>
  <w:footnote w:type="continuationSeparator" w:id="0">
    <w:p w14:paraId="5CE11AA8" w14:textId="77777777" w:rsidR="00A57E56" w:rsidRDefault="00A57E56" w:rsidP="00F14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020852"/>
    <w:multiLevelType w:val="hybridMultilevel"/>
    <w:tmpl w:val="DB58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D37C6"/>
    <w:multiLevelType w:val="hybridMultilevel"/>
    <w:tmpl w:val="6592F204"/>
    <w:lvl w:ilvl="0" w:tplc="1EC848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03FDF"/>
    <w:multiLevelType w:val="multilevel"/>
    <w:tmpl w:val="1444B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30"/>
    <w:rsid w:val="00034616"/>
    <w:rsid w:val="0006063C"/>
    <w:rsid w:val="0006205B"/>
    <w:rsid w:val="000E3F47"/>
    <w:rsid w:val="0015074B"/>
    <w:rsid w:val="00187A44"/>
    <w:rsid w:val="0029639D"/>
    <w:rsid w:val="002D1E9A"/>
    <w:rsid w:val="002F03E4"/>
    <w:rsid w:val="00326F90"/>
    <w:rsid w:val="003609BC"/>
    <w:rsid w:val="00360C50"/>
    <w:rsid w:val="003D0471"/>
    <w:rsid w:val="00405B07"/>
    <w:rsid w:val="00441FD4"/>
    <w:rsid w:val="004D0438"/>
    <w:rsid w:val="004D70C8"/>
    <w:rsid w:val="00594BF5"/>
    <w:rsid w:val="005B4AA0"/>
    <w:rsid w:val="005F3B83"/>
    <w:rsid w:val="006E12CA"/>
    <w:rsid w:val="00966909"/>
    <w:rsid w:val="00A06A89"/>
    <w:rsid w:val="00A56307"/>
    <w:rsid w:val="00A57E56"/>
    <w:rsid w:val="00AA1D8D"/>
    <w:rsid w:val="00AF4783"/>
    <w:rsid w:val="00B431A7"/>
    <w:rsid w:val="00B47730"/>
    <w:rsid w:val="00B605A4"/>
    <w:rsid w:val="00B75BCD"/>
    <w:rsid w:val="00C14A03"/>
    <w:rsid w:val="00C22922"/>
    <w:rsid w:val="00C43255"/>
    <w:rsid w:val="00C62925"/>
    <w:rsid w:val="00CB0664"/>
    <w:rsid w:val="00D1229D"/>
    <w:rsid w:val="00D6455C"/>
    <w:rsid w:val="00D91F95"/>
    <w:rsid w:val="00D96E26"/>
    <w:rsid w:val="00EC56CD"/>
    <w:rsid w:val="00F03BF8"/>
    <w:rsid w:val="00F14EF6"/>
    <w:rsid w:val="00F30EBF"/>
    <w:rsid w:val="00FA1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945BD"/>
  <w14:defaultImageDpi w14:val="300"/>
  <w15:docId w15:val="{DADE21FB-8C19-458B-8974-90E57837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19</Pages>
  <Words>6513</Words>
  <Characters>37128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info mooresportsradio.com</cp:lastModifiedBy>
  <cp:revision>7</cp:revision>
  <cp:lastPrinted>2026-06-30T12:50:00Z</cp:lastPrinted>
  <dcterms:created xsi:type="dcterms:W3CDTF">2026-06-27T01:53:00Z</dcterms:created>
  <dcterms:modified xsi:type="dcterms:W3CDTF">2026-06-30T12:50:00Z</dcterms:modified>
  <cp:category/>
</cp:coreProperties>
</file>